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AD61E5" w:rsidRPr="007844EA" w14:paraId="1E424C09" w14:textId="77777777" w:rsidTr="009D2C13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436AD0" w14:textId="58DF2100" w:rsidR="00AD61E5" w:rsidRPr="007844EA" w:rsidRDefault="00130FC4" w:rsidP="00130FC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0F57E00" wp14:editId="76593F52">
                  <wp:extent cx="963295" cy="1122045"/>
                  <wp:effectExtent l="0" t="0" r="8255" b="1905"/>
                  <wp:docPr id="130342332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B6574E6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</w:tc>
      </w:tr>
      <w:tr w:rsidR="00AD61E5" w:rsidRPr="007844EA" w14:paraId="3AE27EB9" w14:textId="77777777" w:rsidTr="009D2C13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06BBCC0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034F687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Consiliul Jude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țean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</w:t>
            </w:r>
          </w:p>
        </w:tc>
      </w:tr>
      <w:tr w:rsidR="00AD61E5" w:rsidRPr="007844EA" w14:paraId="30FC0CE8" w14:textId="77777777" w:rsidTr="009D2C13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E24456B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087D4E9" w14:textId="77777777" w:rsidR="00AD61E5" w:rsidRPr="00130FC4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Cod de </w:t>
            </w:r>
            <w:proofErr w:type="spellStart"/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identificare</w:t>
            </w:r>
            <w:proofErr w:type="spellEnd"/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fiscală</w:t>
            </w:r>
            <w:proofErr w:type="spellEnd"/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(CIF)</w:t>
            </w:r>
          </w:p>
          <w:p w14:paraId="25FFF3F2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4245763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73E43C8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530221,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Kossuth Lajos, nr. 8</w:t>
            </w:r>
          </w:p>
          <w:p w14:paraId="5ABB4AB0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Ciuc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 Harghita</w:t>
            </w:r>
          </w:p>
          <w:p w14:paraId="5E2D2584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 +0266 207 700</w:t>
            </w:r>
          </w:p>
          <w:p w14:paraId="05052228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E-mail: info@judetulharghita.ro</w:t>
            </w:r>
          </w:p>
        </w:tc>
      </w:tr>
      <w:tr w:rsidR="00AD61E5" w:rsidRPr="007844EA" w14:paraId="07B902C3" w14:textId="77777777" w:rsidTr="009D2C13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5087F8D9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626B23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9B4CA12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AD61E5" w:rsidRPr="00130FC4" w14:paraId="5834D64B" w14:textId="77777777" w:rsidTr="009D2C13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ABADBB" w14:textId="77777777" w:rsidR="00AD61E5" w:rsidRPr="00130FC4" w:rsidRDefault="00AD61E5" w:rsidP="005A67B9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proofErr w:type="gram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se</w:t>
            </w:r>
            <w:proofErr w:type="gram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completează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de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autoritate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—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solicitantul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nu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scrie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această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zonă</w:t>
            </w:r>
            <w:proofErr w:type="spellEnd"/>
          </w:p>
        </w:tc>
      </w:tr>
    </w:tbl>
    <w:p w14:paraId="50AF6568" w14:textId="77777777" w:rsidR="009D2C13" w:rsidRPr="009D2C13" w:rsidRDefault="009D2C13" w:rsidP="009D2C13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9D2C13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7E0DE2A5" w14:textId="73D22BB5" w:rsidR="00AD61E5" w:rsidRPr="007844EA" w:rsidRDefault="009D2C13" w:rsidP="009D2C13">
      <w:pPr>
        <w:spacing w:before="80" w:after="60" w:line="240" w:lineRule="auto"/>
        <w:jc w:val="center"/>
        <w:rPr>
          <w:sz w:val="24"/>
          <w:szCs w:val="24"/>
        </w:rPr>
      </w:pPr>
      <w:proofErr w:type="spellStart"/>
      <w:r w:rsidRPr="009D2C13">
        <w:rPr>
          <w:rFonts w:ascii="Times New Roman" w:hAnsi="Times New Roman"/>
          <w:b/>
          <w:sz w:val="28"/>
          <w:szCs w:val="24"/>
        </w:rPr>
        <w:t>privind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încheierea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execuției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D61E5" w:rsidRPr="007844EA" w14:paraId="6634F76E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BCC741" w14:textId="77777777" w:rsidR="00AD61E5" w:rsidRPr="007844EA" w:rsidRDefault="00AD61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AD61E5" w:rsidRPr="007844EA" w14:paraId="457A6A88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90529AE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761CAF35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Consiliul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Județean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Harghita</w:t>
            </w:r>
          </w:p>
        </w:tc>
      </w:tr>
      <w:tr w:rsidR="00AD61E5" w:rsidRPr="007844EA" w14:paraId="67F3AF7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55BB00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președintele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consiliului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județean</w:t>
            </w:r>
            <w:proofErr w:type="spellEnd"/>
          </w:p>
        </w:tc>
      </w:tr>
    </w:tbl>
    <w:p w14:paraId="2DC0B1E9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24549" w:rsidRPr="00AD61E5" w14:paraId="500279C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4760DF6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24549" w:rsidRPr="00AD61E5" w14:paraId="6BB9EE96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07626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855B97E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24549" w:rsidRPr="00AD61E5" w14:paraId="262C362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702EC3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24549" w:rsidRPr="00AD61E5" w14:paraId="62B06357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927011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8609CC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6C441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7CAAC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24549" w:rsidRPr="00AD61E5" w14:paraId="616F6F2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3DFF2B9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24549" w:rsidRPr="00AD61E5" w14:paraId="04ED964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B093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CC11185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5CA17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24549" w:rsidRPr="00AD61E5" w14:paraId="05303800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9AC0F4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8D38BB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6A47CD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F554FBF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6E1029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12C46A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A9F1D3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24549" w:rsidRPr="00AD61E5" w14:paraId="439F2EB8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5E0FEE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24549" w:rsidRPr="00AD61E5" w14:paraId="5B5F6D4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0240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0322E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76F144AA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130FC4" w14:paraId="6CA7496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20E42D37" w14:textId="77777777" w:rsidR="00F24549" w:rsidRPr="00130FC4" w:rsidRDefault="00501CDD">
            <w:pPr>
              <w:spacing w:before="10" w:after="10" w:line="240" w:lineRule="auto"/>
              <w:rPr>
                <w:sz w:val="24"/>
                <w:szCs w:val="24"/>
                <w:lang w:val="fr-FR"/>
              </w:rPr>
            </w:pPr>
            <w:r w:rsidRPr="00130FC4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>3. TITULAR AL AUTORIZAȚIEI DE CONSTRUIRE / DESFIINȚARE</w:t>
            </w:r>
          </w:p>
        </w:tc>
      </w:tr>
      <w:tr w:rsidR="00F24549" w:rsidRPr="00AD61E5" w14:paraId="4831643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8B7FDF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7597994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53DFB50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24549" w:rsidRPr="00AD61E5" w14:paraId="40DBA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9DDE660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24549" w:rsidRPr="00130FC4" w14:paraId="2FED6D9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6E08F7C" w14:textId="77777777" w:rsidR="00F24549" w:rsidRPr="00130FC4" w:rsidRDefault="00501CDD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Denumirea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lucrării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,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capacitatea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și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categoria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lucrări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din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t>autorizație</w:t>
            </w:r>
            <w:proofErr w:type="spellEnd"/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  <w:r w:rsidRPr="00130FC4">
              <w:rPr>
                <w:rFonts w:ascii="Times New Roman" w:hAnsi="Times New Roman"/>
                <w:b/>
                <w:color w:val="000000"/>
                <w:sz w:val="18"/>
                <w:szCs w:val="24"/>
                <w:lang w:val="fr-FR"/>
              </w:rPr>
              <w:br/>
            </w:r>
          </w:p>
        </w:tc>
      </w:tr>
      <w:tr w:rsidR="00F24549" w:rsidRPr="00AD61E5" w14:paraId="62C0860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2917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</w:t>
            </w:r>
            <w:proofErr w:type="spellEnd"/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valoare</w:t>
            </w:r>
            <w:proofErr w:type="spellEnd"/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(lei)</w:t>
            </w:r>
          </w:p>
        </w:tc>
      </w:tr>
      <w:tr w:rsidR="00F24549" w:rsidRPr="00130FC4" w14:paraId="4366CB9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0EE35CAB" w14:textId="77777777" w:rsidR="00F24549" w:rsidRPr="00130FC4" w:rsidRDefault="00501CDD">
            <w:pPr>
              <w:spacing w:before="40" w:after="40" w:line="240" w:lineRule="auto"/>
              <w:jc w:val="center"/>
              <w:rPr>
                <w:sz w:val="24"/>
                <w:szCs w:val="24"/>
                <w:lang w:val="fr-FR"/>
              </w:rPr>
            </w:pPr>
            <w:r w:rsidRPr="00130FC4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t>ADUC LA CUNOȘTINȚĂ</w:t>
            </w:r>
            <w:r w:rsidRPr="00130FC4">
              <w:rPr>
                <w:rFonts w:ascii="Times New Roman" w:hAnsi="Times New Roman"/>
                <w:b/>
                <w:sz w:val="18"/>
                <w:szCs w:val="24"/>
                <w:lang w:val="fr-FR"/>
              </w:rPr>
              <w:br/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Că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la data de _______________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ora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________ au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fost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finalizate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lucrările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construcții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autorizate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br/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pentru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imobilul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de mai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jos</w:t>
            </w:r>
            <w:proofErr w:type="spellEnd"/>
          </w:p>
        </w:tc>
      </w:tr>
    </w:tbl>
    <w:p w14:paraId="599D0D8F" w14:textId="77777777" w:rsidR="00F24549" w:rsidRPr="00130FC4" w:rsidRDefault="00F24549">
      <w:pPr>
        <w:spacing w:before="2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24549" w:rsidRPr="00AD61E5" w14:paraId="13ABA209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791E1F81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24549" w:rsidRPr="00AD61E5" w14:paraId="0B1782A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3A73E4A6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24549" w:rsidRPr="00AD61E5" w14:paraId="01BF867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1FFD26E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DCA2FA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092FB4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24549" w:rsidRPr="00AD61E5" w14:paraId="596F7C70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B95BC9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70223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DDFF3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19482E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24549" w:rsidRPr="00AD61E5" w14:paraId="0477B8E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505B353" w14:textId="77777777" w:rsidR="00F24549" w:rsidRPr="00130FC4" w:rsidRDefault="00501CDD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proofErr w:type="spellStart"/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Număr</w:t>
            </w:r>
            <w:proofErr w:type="spellEnd"/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 xml:space="preserve"> cadastral</w:t>
            </w:r>
            <w:r w:rsidRPr="00130FC4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br/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dacă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imobilul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e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înscris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în</w:t>
            </w:r>
            <w:proofErr w:type="spellEnd"/>
            <w:r w:rsidRPr="00130FC4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6BD3A7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</w:tbl>
    <w:p w14:paraId="7FFC2936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4549" w:rsidRPr="00AD61E5" w14:paraId="501C661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C5F388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5. CONVOCAREA COMISIEI DE RECEPȚIE</w:t>
            </w:r>
          </w:p>
        </w:tc>
      </w:tr>
      <w:tr w:rsidR="00F24549" w:rsidRPr="00130FC4" w14:paraId="38F4CC7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6C84AD2F" w14:textId="77777777" w:rsidR="00F24549" w:rsidRPr="00130FC4" w:rsidRDefault="00501CDD">
            <w:pPr>
              <w:spacing w:after="10" w:line="240" w:lineRule="auto"/>
              <w:rPr>
                <w:sz w:val="24"/>
                <w:szCs w:val="24"/>
                <w:lang w:val="fr-FR"/>
              </w:rPr>
            </w:pPr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Se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convoacă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comisia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recepție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la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terminarea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lucrărilor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, la data ____________________ </w:t>
            </w:r>
            <w:proofErr w:type="spellStart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>ora</w:t>
            </w:r>
            <w:proofErr w:type="spellEnd"/>
            <w:r w:rsidRPr="00130FC4">
              <w:rPr>
                <w:rFonts w:ascii="Times New Roman" w:hAnsi="Times New Roman"/>
                <w:sz w:val="18"/>
                <w:szCs w:val="24"/>
                <w:lang w:val="fr-FR"/>
              </w:rPr>
              <w:t xml:space="preserve"> ________</w:t>
            </w:r>
          </w:p>
        </w:tc>
      </w:tr>
    </w:tbl>
    <w:p w14:paraId="225432AB" w14:textId="77777777" w:rsidR="00F24549" w:rsidRPr="00130FC4" w:rsidRDefault="00F24549">
      <w:pPr>
        <w:spacing w:before="20" w:after="0"/>
        <w:rPr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154CF26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3288A43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F24549" w:rsidRPr="00AD61E5" w14:paraId="5894C2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3FC068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369329D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6B994F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E03764A" w14:textId="77777777" w:rsidR="00686D6D" w:rsidRPr="00AD61E5" w:rsidRDefault="00686D6D">
      <w:pPr>
        <w:rPr>
          <w:sz w:val="24"/>
          <w:szCs w:val="24"/>
        </w:rPr>
      </w:pPr>
    </w:p>
    <w:sectPr w:rsidR="00686D6D" w:rsidRPr="00AD61E5" w:rsidSect="005A3293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C391F" w14:textId="77777777" w:rsidR="005212F1" w:rsidRDefault="005212F1">
      <w:pPr>
        <w:spacing w:after="0" w:line="240" w:lineRule="auto"/>
      </w:pPr>
      <w:r>
        <w:separator/>
      </w:r>
    </w:p>
  </w:endnote>
  <w:endnote w:type="continuationSeparator" w:id="0">
    <w:p w14:paraId="1AC3DB6F" w14:textId="77777777" w:rsidR="005212F1" w:rsidRDefault="00521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6ACA" w14:textId="77777777" w:rsidR="00F24549" w:rsidRDefault="00501CDD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F_A_10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DD3DB" w14:textId="77777777" w:rsidR="005212F1" w:rsidRDefault="005212F1">
      <w:pPr>
        <w:spacing w:after="0" w:line="240" w:lineRule="auto"/>
      </w:pPr>
      <w:r>
        <w:separator/>
      </w:r>
    </w:p>
  </w:footnote>
  <w:footnote w:type="continuationSeparator" w:id="0">
    <w:p w14:paraId="651D8685" w14:textId="77777777" w:rsidR="005212F1" w:rsidRDefault="00521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998215">
    <w:abstractNumId w:val="8"/>
  </w:num>
  <w:num w:numId="2" w16cid:durableId="1251163928">
    <w:abstractNumId w:val="6"/>
  </w:num>
  <w:num w:numId="3" w16cid:durableId="710806097">
    <w:abstractNumId w:val="5"/>
  </w:num>
  <w:num w:numId="4" w16cid:durableId="1485468355">
    <w:abstractNumId w:val="4"/>
  </w:num>
  <w:num w:numId="5" w16cid:durableId="1054426092">
    <w:abstractNumId w:val="7"/>
  </w:num>
  <w:num w:numId="6" w16cid:durableId="1973946956">
    <w:abstractNumId w:val="3"/>
  </w:num>
  <w:num w:numId="7" w16cid:durableId="46493603">
    <w:abstractNumId w:val="2"/>
  </w:num>
  <w:num w:numId="8" w16cid:durableId="1895003029">
    <w:abstractNumId w:val="1"/>
  </w:num>
  <w:num w:numId="9" w16cid:durableId="153187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FC4"/>
    <w:rsid w:val="0015074B"/>
    <w:rsid w:val="00200FFD"/>
    <w:rsid w:val="0029639D"/>
    <w:rsid w:val="00326F90"/>
    <w:rsid w:val="00501CDD"/>
    <w:rsid w:val="005212F1"/>
    <w:rsid w:val="005A3293"/>
    <w:rsid w:val="00686D6D"/>
    <w:rsid w:val="00827DB9"/>
    <w:rsid w:val="008C4840"/>
    <w:rsid w:val="00975A5A"/>
    <w:rsid w:val="009D2C13"/>
    <w:rsid w:val="00AA1D8D"/>
    <w:rsid w:val="00AD61E5"/>
    <w:rsid w:val="00B47730"/>
    <w:rsid w:val="00CB0664"/>
    <w:rsid w:val="00F245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F040E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CJHR CJHR</cp:lastModifiedBy>
  <cp:revision>5</cp:revision>
  <cp:lastPrinted>2026-08-28T06:23:00Z</cp:lastPrinted>
  <dcterms:created xsi:type="dcterms:W3CDTF">2013-12-23T23:15:00Z</dcterms:created>
  <dcterms:modified xsi:type="dcterms:W3CDTF">2026-09-16T11:08:00Z</dcterms:modified>
  <cp:category/>
</cp:coreProperties>
</file>