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4320"/>
        <w:gridCol w:w="4320"/>
      </w:tblGrid>
      <w:tr w:rsidR="00AD61E5" w:rsidRPr="007844EA" w14:paraId="1E424C09" w14:textId="77777777" w:rsidTr="009D2C13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1E436AD0" w14:textId="77777777" w:rsidR="00AD61E5" w:rsidRPr="007844EA" w:rsidRDefault="00AD61E5" w:rsidP="005A67B9">
            <w:pPr>
              <w:rPr>
                <w:sz w:val="24"/>
                <w:szCs w:val="24"/>
              </w:rPr>
            </w:pPr>
            <w:r w:rsidRPr="007844EA">
              <w:rPr>
                <w:noProof/>
                <w:sz w:val="24"/>
                <w:szCs w:val="24"/>
              </w:rPr>
              <w:drawing>
                <wp:inline distT="0" distB="0" distL="0" distR="0" wp14:anchorId="0A9E3D9F" wp14:editId="73AEBFBF">
                  <wp:extent cx="1308100" cy="806449"/>
                  <wp:effectExtent l="0" t="0" r="6350" b="0"/>
                  <wp:docPr id="333996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96234" name="Picture 333996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97" cy="82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1B6574E6" w14:textId="77777777" w:rsidR="00AD61E5" w:rsidRPr="007844EA" w:rsidRDefault="00AD61E5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Harghita</w:t>
            </w:r>
          </w:p>
        </w:tc>
      </w:tr>
      <w:tr w:rsidR="00AD61E5" w:rsidRPr="007844EA" w14:paraId="3AE27EB9" w14:textId="77777777" w:rsidTr="009D2C13">
        <w:trPr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</w:tcPr>
          <w:p w14:paraId="706BBCC0" w14:textId="77777777" w:rsidR="00AD61E5" w:rsidRPr="007844EA" w:rsidRDefault="00AD61E5" w:rsidP="005A67B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7034F687" w14:textId="77777777" w:rsidR="00AD61E5" w:rsidRPr="007844EA" w:rsidRDefault="00AD61E5" w:rsidP="005A67B9">
            <w:pPr>
              <w:spacing w:after="20" w:line="240" w:lineRule="auto"/>
              <w:rPr>
                <w:sz w:val="24"/>
                <w:szCs w:val="24"/>
                <w:lang w:val="ro-RO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Consiliul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Jude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>țean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 xml:space="preserve"> Harghita</w:t>
            </w:r>
          </w:p>
        </w:tc>
      </w:tr>
      <w:tr w:rsidR="00AD61E5" w:rsidRPr="007844EA" w14:paraId="30FC0CE8" w14:textId="77777777" w:rsidTr="009D2C13">
        <w:trPr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</w:tcPr>
          <w:p w14:paraId="1E24456B" w14:textId="77777777" w:rsidR="00AD61E5" w:rsidRPr="007844EA" w:rsidRDefault="00AD61E5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7087D4E9" w14:textId="77777777" w:rsidR="00AD61E5" w:rsidRPr="007844EA" w:rsidRDefault="00AD61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de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identificare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fiscală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(CIF)</w:t>
            </w:r>
          </w:p>
          <w:p w14:paraId="25FFF3F2" w14:textId="77777777" w:rsidR="00AD61E5" w:rsidRPr="007844EA" w:rsidRDefault="00AD61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4245763</w:t>
            </w: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673E43C8" w14:textId="77777777" w:rsidR="00AD61E5" w:rsidRPr="007844EA" w:rsidRDefault="00AD61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Adresa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oficială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: </w:t>
            </w: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530221,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Kossuth Lajos, nr. 8</w:t>
            </w:r>
          </w:p>
          <w:p w14:paraId="5ABB4AB0" w14:textId="77777777" w:rsidR="00AD61E5" w:rsidRPr="007844EA" w:rsidRDefault="00AD61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Miercurea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Ciuc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, Harghita</w:t>
            </w:r>
          </w:p>
          <w:p w14:paraId="5E2D2584" w14:textId="77777777" w:rsidR="00AD61E5" w:rsidRPr="007844EA" w:rsidRDefault="00AD61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România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ab/>
              <w:t>Tel: +0266 207 700</w:t>
            </w:r>
          </w:p>
          <w:p w14:paraId="05052228" w14:textId="77777777" w:rsidR="00AD61E5" w:rsidRPr="007844EA" w:rsidRDefault="00AD61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E-mail: info@judetulharghita.ro</w:t>
            </w:r>
          </w:p>
        </w:tc>
      </w:tr>
      <w:tr w:rsidR="00AD61E5" w:rsidRPr="007844EA" w14:paraId="07B902C3" w14:textId="77777777" w:rsidTr="009D2C13">
        <w:trPr>
          <w:trHeight w:val="124"/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</w:tcPr>
          <w:p w14:paraId="5087F8D9" w14:textId="77777777" w:rsidR="00AD61E5" w:rsidRPr="007844EA" w:rsidRDefault="00AD61E5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0B626B23" w14:textId="77777777" w:rsidR="00AD61E5" w:rsidRPr="007844EA" w:rsidRDefault="00AD61E5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înregistrare</w:t>
            </w:r>
            <w:proofErr w:type="spellEnd"/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9B4CA12" w14:textId="77777777" w:rsidR="00AD61E5" w:rsidRPr="007844EA" w:rsidRDefault="00AD61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</w:tr>
      <w:tr w:rsidR="00AD61E5" w:rsidRPr="007844EA" w14:paraId="5834D64B" w14:textId="77777777" w:rsidTr="009D2C13">
        <w:trPr>
          <w:jc w:val="center"/>
        </w:trPr>
        <w:tc>
          <w:tcPr>
            <w:tcW w:w="10800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9F9F9"/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FABADBB" w14:textId="77777777" w:rsidR="00AD61E5" w:rsidRPr="007844EA" w:rsidRDefault="00AD61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se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completează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de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autoritate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—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solicitantul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nu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scrie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această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zonă</w:t>
            </w:r>
            <w:proofErr w:type="spellEnd"/>
          </w:p>
        </w:tc>
      </w:tr>
    </w:tbl>
    <w:p w14:paraId="50AF6568" w14:textId="77777777" w:rsidR="009D2C13" w:rsidRPr="009D2C13" w:rsidRDefault="009D2C13" w:rsidP="009D2C13">
      <w:pPr>
        <w:spacing w:before="80" w:after="60" w:line="240" w:lineRule="auto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9D2C13">
        <w:rPr>
          <w:rFonts w:ascii="Times New Roman" w:hAnsi="Times New Roman"/>
          <w:b/>
          <w:sz w:val="28"/>
          <w:szCs w:val="24"/>
        </w:rPr>
        <w:t>ÎNȘTIINȚARE</w:t>
      </w:r>
      <w:proofErr w:type="spellEnd"/>
      <w:r w:rsidRPr="009D2C13">
        <w:rPr>
          <w:rFonts w:ascii="Times New Roman" w:hAnsi="Times New Roman"/>
          <w:b/>
          <w:sz w:val="28"/>
          <w:szCs w:val="24"/>
        </w:rPr>
        <w:t xml:space="preserve"> </w:t>
      </w:r>
    </w:p>
    <w:p w14:paraId="7E0DE2A5" w14:textId="73D22BB5" w:rsidR="00AD61E5" w:rsidRPr="007844EA" w:rsidRDefault="009D2C13" w:rsidP="009D2C13">
      <w:pPr>
        <w:spacing w:before="80" w:after="60" w:line="240" w:lineRule="auto"/>
        <w:jc w:val="center"/>
        <w:rPr>
          <w:sz w:val="24"/>
          <w:szCs w:val="24"/>
        </w:rPr>
      </w:pPr>
      <w:r w:rsidRPr="009D2C13">
        <w:rPr>
          <w:rFonts w:ascii="Times New Roman" w:hAnsi="Times New Roman"/>
          <w:b/>
          <w:sz w:val="28"/>
          <w:szCs w:val="24"/>
        </w:rPr>
        <w:t xml:space="preserve">privind </w:t>
      </w:r>
      <w:proofErr w:type="spellStart"/>
      <w:r w:rsidRPr="009D2C13">
        <w:rPr>
          <w:rFonts w:ascii="Times New Roman" w:hAnsi="Times New Roman"/>
          <w:b/>
          <w:sz w:val="28"/>
          <w:szCs w:val="24"/>
        </w:rPr>
        <w:t>încheierea</w:t>
      </w:r>
      <w:proofErr w:type="spellEnd"/>
      <w:r w:rsidRPr="009D2C13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9D2C13">
        <w:rPr>
          <w:rFonts w:ascii="Times New Roman" w:hAnsi="Times New Roman"/>
          <w:b/>
          <w:sz w:val="28"/>
          <w:szCs w:val="24"/>
        </w:rPr>
        <w:t>execuției</w:t>
      </w:r>
      <w:proofErr w:type="spellEnd"/>
      <w:r w:rsidRPr="009D2C13">
        <w:rPr>
          <w:rFonts w:ascii="Times New Roman" w:hAnsi="Times New Roman"/>
          <w:b/>
          <w:sz w:val="28"/>
          <w:szCs w:val="24"/>
        </w:rPr>
        <w:t xml:space="preserve"> lucrărilor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AD61E5" w:rsidRPr="007844EA" w14:paraId="6634F76E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5BCC741" w14:textId="77777777" w:rsidR="00AD61E5" w:rsidRPr="007844EA" w:rsidRDefault="00AD61E5" w:rsidP="005A67B9">
            <w:pPr>
              <w:spacing w:before="20"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sz w:val="18"/>
                <w:szCs w:val="24"/>
              </w:rPr>
              <w:t>1. CĂTRE</w:t>
            </w:r>
          </w:p>
        </w:tc>
      </w:tr>
      <w:tr w:rsidR="00AD61E5" w:rsidRPr="007844EA" w14:paraId="457A6A88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190529AE" w14:textId="77777777" w:rsidR="00AD61E5" w:rsidRPr="007844EA" w:rsidRDefault="00AD61E5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Instituția</w:t>
            </w:r>
            <w:proofErr w:type="spellEnd"/>
          </w:p>
          <w:p w14:paraId="761CAF35" w14:textId="77777777" w:rsidR="00AD61E5" w:rsidRPr="007844EA" w:rsidRDefault="00AD61E5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Consiliul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Județean Harghita</w:t>
            </w:r>
          </w:p>
        </w:tc>
      </w:tr>
      <w:tr w:rsidR="00AD61E5" w:rsidRPr="007844EA" w14:paraId="67F3AF70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0455BB00" w14:textId="77777777" w:rsidR="00AD61E5" w:rsidRPr="007844EA" w:rsidRDefault="00AD61E5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Către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președintele</w:t>
            </w:r>
            <w:proofErr w:type="spellEnd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consiliului</w:t>
            </w:r>
            <w:proofErr w:type="spellEnd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județean</w:t>
            </w:r>
            <w:proofErr w:type="spellEnd"/>
          </w:p>
        </w:tc>
      </w:tr>
    </w:tbl>
    <w:p w14:paraId="2DC0B1E9" w14:textId="77777777" w:rsidR="00F24549" w:rsidRPr="00AD61E5" w:rsidRDefault="00F24549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24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F24549" w:rsidRPr="00AD61E5" w14:paraId="500279CC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4760DF6" w14:textId="77777777" w:rsidR="00F24549" w:rsidRPr="00AD61E5" w:rsidRDefault="00501CDD">
            <w:pPr>
              <w:spacing w:before="10" w:after="1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sz w:val="18"/>
                <w:szCs w:val="24"/>
              </w:rPr>
              <w:t>2. SOLICITANTUL</w:t>
            </w:r>
          </w:p>
        </w:tc>
      </w:tr>
      <w:tr w:rsidR="00F24549" w:rsidRPr="00AD61E5" w14:paraId="6BB9EE96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A076260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 și prenume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855B97E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</w:p>
        </w:tc>
      </w:tr>
      <w:tr w:rsidR="00F24549" w:rsidRPr="00AD61E5" w14:paraId="262C362C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702EC33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color w:val="000000"/>
                <w:sz w:val="16"/>
                <w:szCs w:val="24"/>
              </w:rPr>
              <w:t>Act de identitate</w:t>
            </w:r>
          </w:p>
        </w:tc>
      </w:tr>
      <w:tr w:rsidR="00F24549" w:rsidRPr="00AD61E5" w14:paraId="62B06357" w14:textId="77777777">
        <w:trPr>
          <w:jc w:val="center"/>
        </w:trPr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9270111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38609CCD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D6C4414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D7CAAC6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F24549" w:rsidRPr="00AD61E5" w14:paraId="616F6F2F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3DFF2B9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color w:val="000000"/>
                <w:sz w:val="16"/>
                <w:szCs w:val="24"/>
              </w:rPr>
              <w:t>Domiciliul</w:t>
            </w:r>
          </w:p>
        </w:tc>
      </w:tr>
      <w:tr w:rsidR="00F24549" w:rsidRPr="00AD61E5" w14:paraId="04ED964F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B093EF6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7CC11185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Municipiul / orașul / comuna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15CA1753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 / sectorul</w:t>
            </w:r>
          </w:p>
        </w:tc>
      </w:tr>
      <w:tr w:rsidR="00F24549" w:rsidRPr="00AD61E5" w14:paraId="05303800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9AC0F4B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8D38BBC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76A47CD1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1F554FBF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6E10291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12C46A6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3A9F1D34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</w:t>
            </w: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ara</w:t>
            </w:r>
          </w:p>
        </w:tc>
      </w:tr>
      <w:tr w:rsidR="00F24549" w:rsidRPr="00AD61E5" w14:paraId="439F2EB8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5E0FEE4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color w:val="000000"/>
                <w:sz w:val="16"/>
                <w:szCs w:val="24"/>
              </w:rPr>
              <w:t>Date de contact</w:t>
            </w:r>
          </w:p>
        </w:tc>
      </w:tr>
      <w:tr w:rsidR="00F24549" w:rsidRPr="00AD61E5" w14:paraId="5B5F6D4F" w14:textId="77777777">
        <w:trPr>
          <w:jc w:val="center"/>
        </w:trPr>
        <w:tc>
          <w:tcPr>
            <w:tcW w:w="547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CD02408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80322EB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</w:tbl>
    <w:p w14:paraId="76F144AA" w14:textId="77777777" w:rsidR="00F24549" w:rsidRPr="00AD61E5" w:rsidRDefault="00F24549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F24549" w:rsidRPr="00AD61E5" w14:paraId="6CA74968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9" w:type="dxa"/>
              <w:left w:w="30" w:type="dxa"/>
              <w:bottom w:w="9" w:type="dxa"/>
              <w:right w:w="30" w:type="dxa"/>
            </w:tcMar>
          </w:tcPr>
          <w:p w14:paraId="20E42D37" w14:textId="77777777" w:rsidR="00F24549" w:rsidRPr="00AD61E5" w:rsidRDefault="00501CDD">
            <w:pPr>
              <w:spacing w:before="10" w:after="1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sz w:val="18"/>
                <w:szCs w:val="24"/>
              </w:rPr>
              <w:t>3. TITULAR AL AUTORIZAȚIEI DE CONSTRUIRE / DESFIINȚARE</w:t>
            </w:r>
          </w:p>
        </w:tc>
      </w:tr>
      <w:tr w:rsidR="00F24549" w:rsidRPr="00AD61E5" w14:paraId="48316433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68B7FDFC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75979944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Din 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53DFB50C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Emisă de</w:t>
            </w:r>
          </w:p>
        </w:tc>
      </w:tr>
      <w:tr w:rsidR="00F24549" w:rsidRPr="00AD61E5" w14:paraId="40DBAF4A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9DDE660" w14:textId="77777777" w:rsidR="00F24549" w:rsidRPr="00AD61E5" w:rsidRDefault="00501CDD">
            <w:pPr>
              <w:spacing w:after="1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i/>
                <w:sz w:val="16"/>
                <w:szCs w:val="24"/>
              </w:rPr>
              <w:t>emisă pentru executarea lucrărilor de construcții privind construirea / desființarea construcțiilor și amenajărilor</w:t>
            </w:r>
          </w:p>
        </w:tc>
      </w:tr>
      <w:tr w:rsidR="00F24549" w:rsidRPr="00AD61E5" w14:paraId="2FED6D93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46E08F7C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t>Denumirea lucrării, capacitatea și categoria de lucrări din autorizație</w:t>
            </w:r>
            <w:r w:rsidRPr="00AD61E5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br/>
            </w:r>
            <w:r w:rsidRPr="00AD61E5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br/>
            </w:r>
          </w:p>
        </w:tc>
      </w:tr>
      <w:tr w:rsidR="00F24549" w:rsidRPr="00AD61E5" w14:paraId="62C0860C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42917EF6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 valoare de (lei)</w:t>
            </w:r>
          </w:p>
        </w:tc>
      </w:tr>
      <w:tr w:rsidR="00F24549" w:rsidRPr="00AD61E5" w14:paraId="4366CB96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0EE35CAB" w14:textId="77777777" w:rsidR="00F24549" w:rsidRPr="00AD61E5" w:rsidRDefault="00501CDD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sz w:val="18"/>
                <w:szCs w:val="24"/>
              </w:rPr>
              <w:t>ADUC LA CUNOȘTINȚĂ</w:t>
            </w:r>
            <w:r w:rsidRPr="00AD61E5">
              <w:rPr>
                <w:rFonts w:ascii="Times New Roman" w:hAnsi="Times New Roman"/>
                <w:b/>
                <w:sz w:val="18"/>
                <w:szCs w:val="24"/>
              </w:rPr>
              <w:br/>
            </w:r>
            <w:r w:rsidRPr="00AD61E5">
              <w:rPr>
                <w:rFonts w:ascii="Times New Roman" w:hAnsi="Times New Roman"/>
                <w:sz w:val="18"/>
                <w:szCs w:val="24"/>
              </w:rPr>
              <w:t>Că la data de _______________ ora ________ au fost finalizate lucrările de construcții autorizate</w:t>
            </w:r>
            <w:r w:rsidRPr="00AD61E5">
              <w:rPr>
                <w:rFonts w:ascii="Times New Roman" w:hAnsi="Times New Roman"/>
                <w:sz w:val="18"/>
                <w:szCs w:val="24"/>
              </w:rPr>
              <w:br/>
              <w:t>pentru imobilul de mai jos</w:t>
            </w:r>
          </w:p>
        </w:tc>
      </w:tr>
    </w:tbl>
    <w:p w14:paraId="599D0D8F" w14:textId="77777777" w:rsidR="00F24549" w:rsidRPr="00AD61E5" w:rsidRDefault="00F24549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912"/>
        <w:gridCol w:w="2736"/>
        <w:gridCol w:w="912"/>
        <w:gridCol w:w="1824"/>
        <w:gridCol w:w="1824"/>
      </w:tblGrid>
      <w:tr w:rsidR="00F24549" w:rsidRPr="00AD61E5" w14:paraId="13ABA209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9" w:type="dxa"/>
              <w:left w:w="30" w:type="dxa"/>
              <w:bottom w:w="9" w:type="dxa"/>
              <w:right w:w="30" w:type="dxa"/>
            </w:tcMar>
          </w:tcPr>
          <w:p w14:paraId="791E1F81" w14:textId="77777777" w:rsidR="00F24549" w:rsidRPr="00AD61E5" w:rsidRDefault="00501CDD">
            <w:pPr>
              <w:spacing w:before="10" w:after="1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sz w:val="18"/>
                <w:szCs w:val="24"/>
              </w:rPr>
              <w:t>4. IMOBILUL</w:t>
            </w:r>
          </w:p>
        </w:tc>
      </w:tr>
      <w:tr w:rsidR="00F24549" w:rsidRPr="00AD61E5" w14:paraId="0B1782AF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3A73E4A6" w14:textId="77777777" w:rsidR="00F24549" w:rsidRPr="00AD61E5" w:rsidRDefault="00501CDD">
            <w:pPr>
              <w:spacing w:after="1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sz w:val="18"/>
                <w:szCs w:val="24"/>
              </w:rPr>
              <w:t>☐</w:t>
            </w:r>
            <w:r w:rsidRPr="00AD61E5">
              <w:rPr>
                <w:rFonts w:ascii="Times New Roman" w:hAnsi="Times New Roman"/>
                <w:sz w:val="18"/>
                <w:szCs w:val="24"/>
              </w:rPr>
              <w:t xml:space="preserve"> teren     ☐ construcții</w:t>
            </w:r>
          </w:p>
        </w:tc>
      </w:tr>
      <w:tr w:rsidR="00F24549" w:rsidRPr="00AD61E5" w14:paraId="01BF8674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1FFD26E7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4DCA2FA7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 / oraș / comună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6092FB4C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 / sector</w:t>
            </w:r>
          </w:p>
        </w:tc>
      </w:tr>
      <w:tr w:rsidR="00F24549" w:rsidRPr="00AD61E5" w14:paraId="596F7C70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B95BC93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A70223B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ADDFF36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19482ED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Bl. / sc. / et. / ap.</w:t>
            </w:r>
          </w:p>
        </w:tc>
      </w:tr>
      <w:tr w:rsidR="00F24549" w:rsidRPr="00AD61E5" w14:paraId="0477B8E0" w14:textId="77777777">
        <w:trPr>
          <w:jc w:val="center"/>
        </w:trPr>
        <w:tc>
          <w:tcPr>
            <w:tcW w:w="63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505B353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 cadastral</w:t>
            </w: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AD61E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dacă imobilul e înscris în e-Terra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66BD3A70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Carte funciară nr.</w:t>
            </w:r>
          </w:p>
        </w:tc>
      </w:tr>
    </w:tbl>
    <w:p w14:paraId="7FFC2936" w14:textId="77777777" w:rsidR="00F24549" w:rsidRPr="00AD61E5" w:rsidRDefault="00F24549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44"/>
      </w:tblGrid>
      <w:tr w:rsidR="00F24549" w:rsidRPr="00AD61E5" w14:paraId="501C6612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07C5F388" w14:textId="77777777" w:rsidR="00F24549" w:rsidRPr="00AD61E5" w:rsidRDefault="00501CDD">
            <w:pPr>
              <w:spacing w:before="10" w:after="1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sz w:val="18"/>
                <w:szCs w:val="24"/>
              </w:rPr>
              <w:t>5. CONVOCAREA COMISIEI DE RECEPȚIE</w:t>
            </w:r>
          </w:p>
        </w:tc>
      </w:tr>
      <w:tr w:rsidR="00F24549" w:rsidRPr="00AD61E5" w14:paraId="38F4CC73" w14:textId="77777777">
        <w:trPr>
          <w:jc w:val="center"/>
        </w:trPr>
        <w:tc>
          <w:tcPr>
            <w:tcW w:w="10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6C84AD2F" w14:textId="77777777" w:rsidR="00F24549" w:rsidRPr="00AD61E5" w:rsidRDefault="00501CDD">
            <w:pPr>
              <w:spacing w:after="1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sz w:val="18"/>
                <w:szCs w:val="24"/>
              </w:rPr>
              <w:t>Se convoacă comisia de recepție la terminarea lucrărilor, la data ____________________ ora ________</w:t>
            </w:r>
          </w:p>
        </w:tc>
      </w:tr>
    </w:tbl>
    <w:p w14:paraId="225432AB" w14:textId="77777777" w:rsidR="00F24549" w:rsidRPr="00AD61E5" w:rsidRDefault="00F24549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F24549" w:rsidRPr="00AD61E5" w14:paraId="154CF267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13288A43" w14:textId="77777777" w:rsidR="00F24549" w:rsidRPr="00AD61E5" w:rsidRDefault="00501CDD">
            <w:pPr>
              <w:spacing w:before="10" w:after="1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sz w:val="18"/>
                <w:szCs w:val="24"/>
              </w:rPr>
              <w:t>6. DATA ȘI SEMNĂTURA</w:t>
            </w:r>
          </w:p>
        </w:tc>
      </w:tr>
      <w:tr w:rsidR="00F24549" w:rsidRPr="00AD61E5" w14:paraId="5894C2D6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43FC0686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369329DB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Titularul autorizației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46B994F8" w14:textId="77777777" w:rsidR="00F24549" w:rsidRPr="00AD61E5" w:rsidRDefault="00501CDD">
            <w:pPr>
              <w:spacing w:after="0" w:line="240" w:lineRule="auto"/>
              <w:rPr>
                <w:sz w:val="24"/>
                <w:szCs w:val="24"/>
              </w:rPr>
            </w:pPr>
            <w:r w:rsidRPr="00AD61E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</w:p>
        </w:tc>
      </w:tr>
    </w:tbl>
    <w:p w14:paraId="5E03764A" w14:textId="77777777" w:rsidR="00686D6D" w:rsidRPr="00AD61E5" w:rsidRDefault="00686D6D">
      <w:pPr>
        <w:rPr>
          <w:sz w:val="24"/>
          <w:szCs w:val="24"/>
        </w:rPr>
      </w:pPr>
    </w:p>
    <w:sectPr w:rsidR="00686D6D" w:rsidRPr="00AD61E5" w:rsidSect="005A3293">
      <w:footerReference w:type="default" r:id="rId9"/>
      <w:pgSz w:w="11906" w:h="16838" w:code="9"/>
      <w:pgMar w:top="504" w:right="648" w:bottom="504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C2151" w14:textId="77777777" w:rsidR="00501CDD" w:rsidRDefault="00501CDD">
      <w:pPr>
        <w:spacing w:after="0" w:line="240" w:lineRule="auto"/>
      </w:pPr>
      <w:r>
        <w:separator/>
      </w:r>
    </w:p>
  </w:endnote>
  <w:endnote w:type="continuationSeparator" w:id="0">
    <w:p w14:paraId="6703F79B" w14:textId="77777777" w:rsidR="00501CDD" w:rsidRDefault="00501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16ACA" w14:textId="77777777" w:rsidR="00F24549" w:rsidRDefault="00501CDD">
    <w:pPr>
      <w:pStyle w:val="Footer"/>
      <w:jc w:val="center"/>
    </w:pPr>
    <w:r>
      <w:rPr>
        <w:rFonts w:ascii="Times New Roman" w:hAnsi="Times New Roman"/>
        <w:color w:val="646464"/>
        <w:sz w:val="16"/>
      </w:rPr>
      <w:t xml:space="preserve">F_A_10 · </w:t>
    </w:r>
    <w:proofErr w:type="spellStart"/>
    <w:r>
      <w:rPr>
        <w:rFonts w:ascii="Times New Roman" w:hAnsi="Times New Roman"/>
        <w:color w:val="646464"/>
        <w:sz w:val="16"/>
      </w:rPr>
      <w:t>versiunea</w:t>
    </w:r>
    <w:proofErr w:type="spellEnd"/>
    <w:r>
      <w:rPr>
        <w:rFonts w:ascii="Times New Roman" w:hAnsi="Times New Roman"/>
        <w:color w:val="646464"/>
        <w:sz w:val="16"/>
      </w:rPr>
      <w:t xml:space="preserve"> 1.0                                                  </w:t>
    </w:r>
    <w:proofErr w:type="spellStart"/>
    <w:r>
      <w:rPr>
        <w:rFonts w:ascii="Times New Roman" w:hAnsi="Times New Roman"/>
        <w:color w:val="646464"/>
        <w:sz w:val="16"/>
      </w:rPr>
      <w:t>pagina</w:t>
    </w:r>
    <w:proofErr w:type="spellEnd"/>
    <w:r>
      <w:rPr>
        <w:rFonts w:ascii="Times New Roman" w:hAnsi="Times New Roman"/>
        <w:color w:val="646464"/>
        <w:sz w:val="16"/>
      </w:rPr>
      <w:t xml:space="preserve"> 1 din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E579E" w14:textId="77777777" w:rsidR="00501CDD" w:rsidRDefault="00501CDD">
      <w:pPr>
        <w:spacing w:after="0" w:line="240" w:lineRule="auto"/>
      </w:pPr>
      <w:r>
        <w:separator/>
      </w:r>
    </w:p>
  </w:footnote>
  <w:footnote w:type="continuationSeparator" w:id="0">
    <w:p w14:paraId="20D52B74" w14:textId="77777777" w:rsidR="00501CDD" w:rsidRDefault="00501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1998215">
    <w:abstractNumId w:val="8"/>
  </w:num>
  <w:num w:numId="2" w16cid:durableId="1251163928">
    <w:abstractNumId w:val="6"/>
  </w:num>
  <w:num w:numId="3" w16cid:durableId="710806097">
    <w:abstractNumId w:val="5"/>
  </w:num>
  <w:num w:numId="4" w16cid:durableId="1485468355">
    <w:abstractNumId w:val="4"/>
  </w:num>
  <w:num w:numId="5" w16cid:durableId="1054426092">
    <w:abstractNumId w:val="7"/>
  </w:num>
  <w:num w:numId="6" w16cid:durableId="1973946956">
    <w:abstractNumId w:val="3"/>
  </w:num>
  <w:num w:numId="7" w16cid:durableId="46493603">
    <w:abstractNumId w:val="2"/>
  </w:num>
  <w:num w:numId="8" w16cid:durableId="1895003029">
    <w:abstractNumId w:val="1"/>
  </w:num>
  <w:num w:numId="9" w16cid:durableId="153187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0FFD"/>
    <w:rsid w:val="0029639D"/>
    <w:rsid w:val="00326F90"/>
    <w:rsid w:val="00501CDD"/>
    <w:rsid w:val="005A3293"/>
    <w:rsid w:val="00686D6D"/>
    <w:rsid w:val="00827DB9"/>
    <w:rsid w:val="008C4840"/>
    <w:rsid w:val="009D2C13"/>
    <w:rsid w:val="00AA1D8D"/>
    <w:rsid w:val="00AD61E5"/>
    <w:rsid w:val="00B47730"/>
    <w:rsid w:val="00CB0664"/>
    <w:rsid w:val="00F245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5F040E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Tamas Simo</cp:lastModifiedBy>
  <cp:revision>4</cp:revision>
  <cp:lastPrinted>2026-08-28T06:23:00Z</cp:lastPrinted>
  <dcterms:created xsi:type="dcterms:W3CDTF">2013-12-23T23:15:00Z</dcterms:created>
  <dcterms:modified xsi:type="dcterms:W3CDTF">2026-08-28T06:25:00Z</dcterms:modified>
  <cp:category/>
</cp:coreProperties>
</file>