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2A57DE" w:rsidRPr="007844EA" w14:paraId="670CEBBD" w14:textId="77777777" w:rsidTr="007E3051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25D5DB8" w14:textId="09D67495" w:rsidR="002A57DE" w:rsidRPr="007844EA" w:rsidRDefault="00DC4322" w:rsidP="00DC432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AF3E48F" wp14:editId="0C6E9854">
                  <wp:extent cx="963295" cy="1122045"/>
                  <wp:effectExtent l="0" t="0" r="8255" b="1905"/>
                  <wp:docPr id="1536293925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2E1447B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</w:tc>
      </w:tr>
      <w:tr w:rsidR="002A57DE" w:rsidRPr="007844EA" w14:paraId="0662ACE0" w14:textId="77777777" w:rsidTr="007E305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5BC8F5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DD31893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Consiliul Jude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țean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</w:t>
            </w:r>
          </w:p>
        </w:tc>
      </w:tr>
      <w:tr w:rsidR="002A57DE" w:rsidRPr="007844EA" w14:paraId="5AFAA372" w14:textId="77777777" w:rsidTr="007E305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28ECF5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B403E9" w14:textId="77777777" w:rsidR="002A57DE" w:rsidRPr="00DC4322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r w:rsidRPr="00DC4322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Cod de identificare fiscală (CIF)</w:t>
            </w:r>
          </w:p>
          <w:p w14:paraId="1406BEF0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4245763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1D7C6FD" w14:textId="77777777" w:rsidR="002A57DE" w:rsidRPr="007844EA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530221,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Kossuth Lajos, nr. 8</w:t>
            </w:r>
          </w:p>
          <w:p w14:paraId="2DF9D4E4" w14:textId="77777777" w:rsidR="002A57DE" w:rsidRPr="007844EA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Ciuc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 Harghita</w:t>
            </w:r>
          </w:p>
          <w:p w14:paraId="646907C4" w14:textId="77777777" w:rsidR="002A57DE" w:rsidRPr="007844EA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 +0266 207 700</w:t>
            </w:r>
          </w:p>
          <w:p w14:paraId="2C5BDB59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E-mail: info@judetulharghita.ro</w:t>
            </w:r>
          </w:p>
        </w:tc>
      </w:tr>
      <w:tr w:rsidR="002A57DE" w:rsidRPr="007844EA" w14:paraId="50FDCF3E" w14:textId="77777777" w:rsidTr="007E3051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5C5D3C8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FE716DF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656C6F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2A57DE" w:rsidRPr="00DC4322" w14:paraId="240E8E2D" w14:textId="77777777" w:rsidTr="007E3051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4044D19" w14:textId="77777777" w:rsidR="002A57DE" w:rsidRPr="00DC4322" w:rsidRDefault="002A57DE" w:rsidP="005A67B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r w:rsidRPr="00DC4322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se completează de autoritate — solicitantul nu scrie în această zonă</w:t>
            </w:r>
          </w:p>
        </w:tc>
      </w:tr>
    </w:tbl>
    <w:p w14:paraId="544EB3D2" w14:textId="77777777"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5D7122DF" w14:textId="6A556018" w:rsidR="002A57DE" w:rsidRPr="007E3051" w:rsidRDefault="007E3051" w:rsidP="007E3051">
      <w:pPr>
        <w:spacing w:before="80" w:after="60" w:line="240" w:lineRule="auto"/>
        <w:jc w:val="center"/>
        <w:rPr>
          <w:bCs/>
          <w:sz w:val="20"/>
          <w:szCs w:val="20"/>
        </w:rPr>
      </w:pPr>
      <w:proofErr w:type="spellStart"/>
      <w:r w:rsidRPr="007E3051">
        <w:rPr>
          <w:rFonts w:ascii="Times New Roman" w:hAnsi="Times New Roman"/>
          <w:bCs/>
          <w:szCs w:val="20"/>
        </w:rPr>
        <w:t>privind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începerea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execuției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7844EA" w14:paraId="1D12CB13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7844EA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2A57DE" w:rsidRPr="007844EA" w14:paraId="5D5D8091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0553EB" w14:textId="77777777" w:rsidR="002A57DE" w:rsidRPr="007844EA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68714B2A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Consiliul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Județean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Harghita</w:t>
            </w:r>
          </w:p>
        </w:tc>
      </w:tr>
      <w:tr w:rsidR="002A57DE" w:rsidRPr="007844EA" w14:paraId="733AC7F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președintele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consiliului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județean</w:t>
            </w:r>
            <w:proofErr w:type="spellEnd"/>
          </w:p>
        </w:tc>
      </w:tr>
    </w:tbl>
    <w:p w14:paraId="10A2AD89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2A57DE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D1AB0" w:rsidRPr="002A57DE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D1AB0" w:rsidRPr="002A57DE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D1AB0" w:rsidRPr="002A57DE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D1AB0" w:rsidRPr="002A57DE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D1AB0" w:rsidRPr="002A57DE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D1AB0" w:rsidRPr="002A57DE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D1AB0" w:rsidRPr="002A57DE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D1AB0" w:rsidRPr="002A57DE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DC4322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DC4322" w:rsidRDefault="00000000">
            <w:pPr>
              <w:spacing w:before="10" w:after="10" w:line="240" w:lineRule="auto"/>
              <w:rPr>
                <w:sz w:val="24"/>
                <w:szCs w:val="24"/>
                <w:lang w:val="fr-FR"/>
              </w:rPr>
            </w:pPr>
            <w:r w:rsidRPr="00DC4322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>3. TITULAR AL AUTORIZAȚIEI DE CONSTRUIRE/DESFIINȚARE</w:t>
            </w:r>
          </w:p>
        </w:tc>
      </w:tr>
      <w:tr w:rsidR="00FD1AB0" w:rsidRPr="002A57DE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D1AB0" w:rsidRPr="002A57DE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6E1749E" w14:textId="77777777" w:rsidR="00FD1AB0" w:rsidRPr="002A57DE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DC4322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DC4322" w:rsidRDefault="00000000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DC4322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Denumirea lucrării, capacitatea și categoria de lucrări din autorizație</w:t>
            </w:r>
            <w:r w:rsidRPr="00DC4322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  <w:r w:rsidRPr="00DC4322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</w:p>
        </w:tc>
      </w:tr>
      <w:tr w:rsidR="00FD1AB0" w:rsidRPr="002A57DE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D1AB0" w:rsidRPr="00DC4322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77777777" w:rsidR="00FD1AB0" w:rsidRPr="00DC4322" w:rsidRDefault="00000000">
            <w:pPr>
              <w:spacing w:before="40" w:after="40" w:line="240" w:lineRule="auto"/>
              <w:jc w:val="center"/>
              <w:rPr>
                <w:sz w:val="24"/>
                <w:szCs w:val="24"/>
                <w:lang w:val="fr-FR"/>
              </w:rPr>
            </w:pPr>
            <w:r w:rsidRPr="00DC4322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>ADUC LA CUNOȘTINȚĂ</w:t>
            </w:r>
            <w:r w:rsidRPr="00DC4322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br/>
            </w:r>
            <w:r w:rsidRPr="00DC4322">
              <w:rPr>
                <w:rFonts w:ascii="Times New Roman" w:hAnsi="Times New Roman"/>
                <w:sz w:val="18"/>
                <w:szCs w:val="24"/>
                <w:lang w:val="fr-FR"/>
              </w:rPr>
              <w:t>Că la data de _______________ ora ________ vor începe lucrările de construcții autorizate</w:t>
            </w:r>
            <w:r w:rsidRPr="00DC4322">
              <w:rPr>
                <w:rFonts w:ascii="Times New Roman" w:hAnsi="Times New Roman"/>
                <w:sz w:val="18"/>
                <w:szCs w:val="24"/>
                <w:lang w:val="fr-FR"/>
              </w:rPr>
              <w:br/>
              <w:t>pentru imobilul de mai jos</w:t>
            </w:r>
          </w:p>
        </w:tc>
      </w:tr>
    </w:tbl>
    <w:p w14:paraId="23C7DF4F" w14:textId="77777777" w:rsidR="00FD1AB0" w:rsidRPr="00DC4322" w:rsidRDefault="00FD1AB0">
      <w:pPr>
        <w:spacing w:before="2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D1AB0" w:rsidRPr="002A57DE" w14:paraId="22F9074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D1AB0" w:rsidRPr="002A57DE" w14:paraId="6665EA66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A57DE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D1AB0" w:rsidRPr="002A57DE" w14:paraId="23F0D1E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D1AB0" w:rsidRPr="002A57DE" w14:paraId="6F03A7A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46197A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D1AB0" w:rsidRPr="002A57DE" w14:paraId="25E74F5B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A437E2B" w14:textId="77777777" w:rsidR="00FD1AB0" w:rsidRPr="00DC4322" w:rsidRDefault="00000000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DC4322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Număr cadastral</w:t>
            </w:r>
            <w:r w:rsidRPr="00DC4322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br/>
            </w:r>
            <w:r w:rsidRPr="00DC4322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4C22F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35DC0AC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FD1AB0" w:rsidRPr="002A57DE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AE8C6B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63F9D63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D78B856" w14:textId="77777777" w:rsidR="00FD1AB0" w:rsidRPr="00DC4322" w:rsidRDefault="00000000">
      <w:pPr>
        <w:spacing w:before="60" w:after="0" w:line="240" w:lineRule="auto"/>
        <w:rPr>
          <w:sz w:val="24"/>
          <w:szCs w:val="24"/>
          <w:lang w:val="fr-FR"/>
        </w:rPr>
      </w:pPr>
      <w:r w:rsidRPr="00DC4322">
        <w:rPr>
          <w:rFonts w:ascii="Times New Roman" w:hAnsi="Times New Roman"/>
          <w:i/>
          <w:color w:val="3C3C3C"/>
          <w:sz w:val="16"/>
          <w:szCs w:val="24"/>
          <w:lang w:val="fr-FR"/>
        </w:rPr>
        <w:t>Formularul se anexează la autorizația de construire/desființare în două exemplare. Titularul autorizației este obligat să păstreze pe șantier un exemplar al acestei înștiințări, cu numărul și data înregistrării la autoritatea emitentă.</w:t>
      </w:r>
    </w:p>
    <w:sectPr w:rsidR="00FD1AB0" w:rsidRPr="00DC4322" w:rsidSect="00716742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4037F" w14:textId="77777777" w:rsidR="00EE3FB4" w:rsidRDefault="00EE3FB4">
      <w:pPr>
        <w:spacing w:after="0" w:line="240" w:lineRule="auto"/>
      </w:pPr>
      <w:r>
        <w:separator/>
      </w:r>
    </w:p>
  </w:endnote>
  <w:endnote w:type="continuationSeparator" w:id="0">
    <w:p w14:paraId="4112FA07" w14:textId="77777777" w:rsidR="00EE3FB4" w:rsidRDefault="00EE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A6AD" w14:textId="77777777" w:rsidR="00FD1AB0" w:rsidRDefault="00000000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F_A_08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EC824" w14:textId="77777777" w:rsidR="00EE3FB4" w:rsidRDefault="00EE3FB4">
      <w:pPr>
        <w:spacing w:after="0" w:line="240" w:lineRule="auto"/>
      </w:pPr>
      <w:r>
        <w:separator/>
      </w:r>
    </w:p>
  </w:footnote>
  <w:footnote w:type="continuationSeparator" w:id="0">
    <w:p w14:paraId="2E48F760" w14:textId="77777777" w:rsidR="00EE3FB4" w:rsidRDefault="00EE3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52CE" w14:textId="1DF8C02E" w:rsidR="00FD1AB0" w:rsidRDefault="00000000">
    <w:pPr>
      <w:pStyle w:val="lfej"/>
      <w:jc w:val="right"/>
    </w:pPr>
    <w:r>
      <w:rPr>
        <w:rFonts w:ascii="Times New Roman" w:hAnsi="Times New Roman"/>
        <w:b/>
        <w:sz w:val="19"/>
      </w:rPr>
      <w:t>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426199">
    <w:abstractNumId w:val="8"/>
  </w:num>
  <w:num w:numId="2" w16cid:durableId="681588258">
    <w:abstractNumId w:val="6"/>
  </w:num>
  <w:num w:numId="3" w16cid:durableId="474571281">
    <w:abstractNumId w:val="5"/>
  </w:num>
  <w:num w:numId="4" w16cid:durableId="793521822">
    <w:abstractNumId w:val="4"/>
  </w:num>
  <w:num w:numId="5" w16cid:durableId="491406445">
    <w:abstractNumId w:val="7"/>
  </w:num>
  <w:num w:numId="6" w16cid:durableId="1133445217">
    <w:abstractNumId w:val="3"/>
  </w:num>
  <w:num w:numId="7" w16cid:durableId="1065302417">
    <w:abstractNumId w:val="2"/>
  </w:num>
  <w:num w:numId="8" w16cid:durableId="921182981">
    <w:abstractNumId w:val="1"/>
  </w:num>
  <w:num w:numId="9" w16cid:durableId="214265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A95"/>
    <w:rsid w:val="00200FFD"/>
    <w:rsid w:val="0029639D"/>
    <w:rsid w:val="002A57DE"/>
    <w:rsid w:val="00321B9A"/>
    <w:rsid w:val="00326F90"/>
    <w:rsid w:val="00716742"/>
    <w:rsid w:val="007E3051"/>
    <w:rsid w:val="00975A5A"/>
    <w:rsid w:val="00AA1D8D"/>
    <w:rsid w:val="00B47730"/>
    <w:rsid w:val="00CB0664"/>
    <w:rsid w:val="00D96895"/>
    <w:rsid w:val="00DC4322"/>
    <w:rsid w:val="00EE3FB4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CJHR CJHR</cp:lastModifiedBy>
  <cp:revision>5</cp:revision>
  <dcterms:created xsi:type="dcterms:W3CDTF">2013-12-23T23:15:00Z</dcterms:created>
  <dcterms:modified xsi:type="dcterms:W3CDTF">2026-09-16T11:07:00Z</dcterms:modified>
  <cp:category/>
</cp:coreProperties>
</file>