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60"/>
        <w:gridCol w:w="4320"/>
        <w:gridCol w:w="4320"/>
      </w:tblGrid>
      <w:tr w:rsidR="00E30FE5" w:rsidRPr="0031126D" w14:paraId="7A338748" w14:textId="77777777" w:rsidTr="005A67B9">
        <w:trPr>
          <w:jc w:val="center"/>
        </w:trPr>
        <w:tc>
          <w:tcPr>
            <w:tcW w:w="2160" w:type="dxa"/>
            <w:vMerge w:val="restar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5AD8769A" w14:textId="77777777" w:rsidR="00E30FE5" w:rsidRPr="0031126D" w:rsidRDefault="00E30FE5" w:rsidP="005A67B9">
            <w:pPr>
              <w:rPr>
                <w:sz w:val="24"/>
                <w:szCs w:val="24"/>
              </w:rPr>
            </w:pPr>
            <w:r w:rsidRPr="0031126D">
              <w:rPr>
                <w:noProof/>
                <w:sz w:val="24"/>
                <w:szCs w:val="24"/>
              </w:rPr>
              <w:drawing>
                <wp:inline distT="0" distB="0" distL="0" distR="0" wp14:anchorId="61BD5E7E" wp14:editId="38DEFBFD">
                  <wp:extent cx="1308100" cy="806449"/>
                  <wp:effectExtent l="0" t="0" r="6350" b="0"/>
                  <wp:docPr id="3339962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996234" name="Picture 33399623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497" cy="828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3D4AD0A8" w14:textId="77777777" w:rsidR="00E30FE5" w:rsidRPr="0031126D" w:rsidRDefault="00E30FE5" w:rsidP="005A67B9">
            <w:pPr>
              <w:spacing w:after="20" w:line="240" w:lineRule="auto"/>
              <w:rPr>
                <w:sz w:val="24"/>
                <w:szCs w:val="24"/>
              </w:rPr>
            </w:pPr>
            <w:proofErr w:type="spellStart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Județul</w:t>
            </w:r>
            <w:proofErr w:type="spellEnd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Harghita</w:t>
            </w:r>
          </w:p>
        </w:tc>
      </w:tr>
      <w:tr w:rsidR="00E30FE5" w:rsidRPr="0031126D" w14:paraId="26DEFB86" w14:textId="77777777" w:rsidTr="005A67B9">
        <w:trPr>
          <w:jc w:val="center"/>
        </w:trPr>
        <w:tc>
          <w:tcPr>
            <w:tcW w:w="3600" w:type="dxa"/>
            <w:vMerge/>
            <w:tcBorders>
              <w:left w:val="single" w:sz="4" w:space="0" w:color="auto"/>
            </w:tcBorders>
          </w:tcPr>
          <w:p w14:paraId="25D9D596" w14:textId="77777777" w:rsidR="00E30FE5" w:rsidRPr="0031126D" w:rsidRDefault="00E30FE5" w:rsidP="005A67B9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30E39BDB" w14:textId="77777777" w:rsidR="00E30FE5" w:rsidRPr="0031126D" w:rsidRDefault="00E30FE5" w:rsidP="005A67B9">
            <w:pPr>
              <w:spacing w:after="20" w:line="240" w:lineRule="auto"/>
              <w:rPr>
                <w:sz w:val="24"/>
                <w:szCs w:val="24"/>
                <w:lang w:val="ro-RO"/>
              </w:rPr>
            </w:pPr>
            <w:proofErr w:type="spellStart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Consiliul</w:t>
            </w:r>
            <w:proofErr w:type="spellEnd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Jude</w:t>
            </w:r>
            <w:proofErr w:type="spellStart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  <w:lang w:val="ro-RO"/>
              </w:rPr>
              <w:t>țean</w:t>
            </w:r>
            <w:proofErr w:type="spellEnd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  <w:lang w:val="ro-RO"/>
              </w:rPr>
              <w:t xml:space="preserve"> Harghita</w:t>
            </w:r>
          </w:p>
        </w:tc>
      </w:tr>
      <w:tr w:rsidR="00E30FE5" w:rsidRPr="0031126D" w14:paraId="5873C58A" w14:textId="77777777" w:rsidTr="005A67B9">
        <w:trPr>
          <w:jc w:val="center"/>
        </w:trPr>
        <w:tc>
          <w:tcPr>
            <w:tcW w:w="3600" w:type="dxa"/>
            <w:vMerge/>
            <w:tcBorders>
              <w:left w:val="single" w:sz="4" w:space="0" w:color="auto"/>
            </w:tcBorders>
          </w:tcPr>
          <w:p w14:paraId="53640AC9" w14:textId="77777777" w:rsidR="00E30FE5" w:rsidRPr="0031126D" w:rsidRDefault="00E30FE5" w:rsidP="005A67B9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3FFEA952" w14:textId="77777777" w:rsidR="00E30FE5" w:rsidRPr="0031126D" w:rsidRDefault="00E30FE5" w:rsidP="005A67B9">
            <w:pPr>
              <w:spacing w:after="20" w:line="240" w:lineRule="auto"/>
              <w:rPr>
                <w:rFonts w:ascii="Times New Roman" w:hAnsi="Times New Roman"/>
                <w:b/>
                <w:color w:val="004682"/>
                <w:sz w:val="18"/>
                <w:szCs w:val="24"/>
              </w:rPr>
            </w:pPr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Cod de </w:t>
            </w:r>
            <w:proofErr w:type="spellStart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identificare</w:t>
            </w:r>
            <w:proofErr w:type="spellEnd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fiscală</w:t>
            </w:r>
            <w:proofErr w:type="spellEnd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(CIF)</w:t>
            </w:r>
          </w:p>
          <w:p w14:paraId="27B282A3" w14:textId="77777777" w:rsidR="00E30FE5" w:rsidRPr="0031126D" w:rsidRDefault="00E30FE5" w:rsidP="005A67B9">
            <w:pPr>
              <w:spacing w:after="20" w:line="240" w:lineRule="auto"/>
              <w:rPr>
                <w:sz w:val="24"/>
                <w:szCs w:val="24"/>
              </w:rPr>
            </w:pPr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4245763</w:t>
            </w:r>
          </w:p>
        </w:tc>
        <w:tc>
          <w:tcPr>
            <w:tcW w:w="43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064A6483" w14:textId="77777777" w:rsidR="00E30FE5" w:rsidRPr="0031126D" w:rsidRDefault="00E30FE5" w:rsidP="005A67B9">
            <w:pPr>
              <w:spacing w:after="20" w:line="240" w:lineRule="auto"/>
              <w:rPr>
                <w:rFonts w:ascii="Times New Roman" w:hAnsi="Times New Roman"/>
                <w:b/>
                <w:color w:val="004682"/>
                <w:sz w:val="18"/>
                <w:szCs w:val="24"/>
              </w:rPr>
            </w:pPr>
            <w:proofErr w:type="spellStart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Adresa</w:t>
            </w:r>
            <w:proofErr w:type="spellEnd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proofErr w:type="gramStart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oficială</w:t>
            </w:r>
            <w:proofErr w:type="spellEnd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:</w:t>
            </w:r>
            <w:proofErr w:type="gramEnd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br/>
              <w:t xml:space="preserve">530221, </w:t>
            </w:r>
            <w:proofErr w:type="spellStart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strada</w:t>
            </w:r>
            <w:proofErr w:type="spellEnd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Kossuth Lajos, nr. 8</w:t>
            </w:r>
          </w:p>
          <w:p w14:paraId="6EFE9907" w14:textId="77777777" w:rsidR="00E30FE5" w:rsidRPr="0031126D" w:rsidRDefault="00E30FE5" w:rsidP="005A67B9">
            <w:pPr>
              <w:spacing w:after="20" w:line="240" w:lineRule="auto"/>
              <w:rPr>
                <w:rFonts w:ascii="Times New Roman" w:hAnsi="Times New Roman"/>
                <w:b/>
                <w:color w:val="004682"/>
                <w:sz w:val="18"/>
                <w:szCs w:val="24"/>
              </w:rPr>
            </w:pPr>
            <w:proofErr w:type="spellStart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Miercurea</w:t>
            </w:r>
            <w:proofErr w:type="spellEnd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Ciuc</w:t>
            </w:r>
            <w:proofErr w:type="spellEnd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, Harghita</w:t>
            </w:r>
          </w:p>
          <w:p w14:paraId="38419E86" w14:textId="77777777" w:rsidR="00E30FE5" w:rsidRPr="0031126D" w:rsidRDefault="00E30FE5" w:rsidP="005A67B9">
            <w:pPr>
              <w:spacing w:after="20" w:line="240" w:lineRule="auto"/>
              <w:rPr>
                <w:rFonts w:ascii="Times New Roman" w:hAnsi="Times New Roman"/>
                <w:b/>
                <w:color w:val="004682"/>
                <w:sz w:val="18"/>
                <w:szCs w:val="24"/>
              </w:rPr>
            </w:pPr>
            <w:proofErr w:type="spellStart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România</w:t>
            </w:r>
            <w:proofErr w:type="spellEnd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ab/>
              <w:t>Tel: +0266 207 700</w:t>
            </w:r>
          </w:p>
          <w:p w14:paraId="486B539F" w14:textId="77777777" w:rsidR="00E30FE5" w:rsidRPr="0031126D" w:rsidRDefault="00E30FE5" w:rsidP="005A67B9">
            <w:pPr>
              <w:spacing w:after="20" w:line="240" w:lineRule="auto"/>
              <w:rPr>
                <w:sz w:val="24"/>
                <w:szCs w:val="24"/>
              </w:rPr>
            </w:pPr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E-mail: info@judetulharghita.ro</w:t>
            </w:r>
          </w:p>
        </w:tc>
      </w:tr>
      <w:tr w:rsidR="00E30FE5" w:rsidRPr="0031126D" w14:paraId="0D65BD42" w14:textId="77777777" w:rsidTr="005A67B9">
        <w:trPr>
          <w:trHeight w:val="124"/>
          <w:jc w:val="center"/>
        </w:trPr>
        <w:tc>
          <w:tcPr>
            <w:tcW w:w="3600" w:type="dxa"/>
            <w:vMerge/>
            <w:tcBorders>
              <w:left w:val="single" w:sz="4" w:space="0" w:color="auto"/>
            </w:tcBorders>
          </w:tcPr>
          <w:p w14:paraId="6C6E239C" w14:textId="77777777" w:rsidR="00E30FE5" w:rsidRPr="0031126D" w:rsidRDefault="00E30FE5" w:rsidP="005A67B9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585907C3" w14:textId="77777777" w:rsidR="00E30FE5" w:rsidRPr="0031126D" w:rsidRDefault="00E30FE5" w:rsidP="005A67B9">
            <w:pPr>
              <w:spacing w:after="20" w:line="240" w:lineRule="auto"/>
              <w:rPr>
                <w:sz w:val="24"/>
                <w:szCs w:val="24"/>
              </w:rPr>
            </w:pPr>
            <w:proofErr w:type="spellStart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Număr</w:t>
            </w:r>
            <w:proofErr w:type="spellEnd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înregistrare</w:t>
            </w:r>
            <w:proofErr w:type="spellEnd"/>
          </w:p>
        </w:tc>
        <w:tc>
          <w:tcPr>
            <w:tcW w:w="43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6A8BB9DA" w14:textId="77777777" w:rsidR="00E30FE5" w:rsidRPr="0031126D" w:rsidRDefault="00E30FE5" w:rsidP="005A67B9">
            <w:pPr>
              <w:spacing w:after="20" w:line="240" w:lineRule="auto"/>
              <w:rPr>
                <w:sz w:val="24"/>
                <w:szCs w:val="24"/>
              </w:rPr>
            </w:pPr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Data</w:t>
            </w:r>
          </w:p>
        </w:tc>
      </w:tr>
      <w:tr w:rsidR="00E30FE5" w:rsidRPr="0031126D" w14:paraId="74970C3C" w14:textId="77777777" w:rsidTr="005A67B9">
        <w:trPr>
          <w:jc w:val="center"/>
        </w:trPr>
        <w:tc>
          <w:tcPr>
            <w:tcW w:w="4320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F9F9F9"/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131A5762" w14:textId="77777777" w:rsidR="00E30FE5" w:rsidRPr="0031126D" w:rsidRDefault="00E30FE5" w:rsidP="005A67B9">
            <w:pPr>
              <w:spacing w:after="20" w:line="240" w:lineRule="auto"/>
              <w:rPr>
                <w:sz w:val="24"/>
                <w:szCs w:val="24"/>
              </w:rPr>
            </w:pPr>
            <w:r w:rsidRPr="0031126D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se </w:t>
            </w:r>
            <w:proofErr w:type="spellStart"/>
            <w:r w:rsidRPr="0031126D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completează</w:t>
            </w:r>
            <w:proofErr w:type="spellEnd"/>
            <w:r w:rsidRPr="0031126D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de </w:t>
            </w:r>
            <w:proofErr w:type="spellStart"/>
            <w:r w:rsidRPr="0031126D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autoritate</w:t>
            </w:r>
            <w:proofErr w:type="spellEnd"/>
            <w:r w:rsidRPr="0031126D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— </w:t>
            </w:r>
            <w:proofErr w:type="spellStart"/>
            <w:r w:rsidRPr="0031126D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solicitantul</w:t>
            </w:r>
            <w:proofErr w:type="spellEnd"/>
            <w:r w:rsidRPr="0031126D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nu </w:t>
            </w:r>
            <w:proofErr w:type="spellStart"/>
            <w:r w:rsidRPr="0031126D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scrie</w:t>
            </w:r>
            <w:proofErr w:type="spellEnd"/>
            <w:r w:rsidRPr="0031126D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</w:t>
            </w:r>
            <w:proofErr w:type="spellStart"/>
            <w:r w:rsidRPr="0031126D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în</w:t>
            </w:r>
            <w:proofErr w:type="spellEnd"/>
            <w:r w:rsidRPr="0031126D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</w:t>
            </w:r>
            <w:proofErr w:type="spellStart"/>
            <w:r w:rsidRPr="0031126D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această</w:t>
            </w:r>
            <w:proofErr w:type="spellEnd"/>
            <w:r w:rsidRPr="0031126D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</w:t>
            </w:r>
            <w:proofErr w:type="spellStart"/>
            <w:r w:rsidRPr="0031126D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zonă</w:t>
            </w:r>
            <w:proofErr w:type="spellEnd"/>
          </w:p>
        </w:tc>
      </w:tr>
    </w:tbl>
    <w:p w14:paraId="5030EDFC" w14:textId="785DA1D3" w:rsidR="00AF1FE7" w:rsidRPr="002E0547" w:rsidRDefault="00000000" w:rsidP="00E30FE5">
      <w:pPr>
        <w:spacing w:before="160" w:after="80" w:line="240" w:lineRule="auto"/>
        <w:jc w:val="center"/>
        <w:rPr>
          <w:sz w:val="24"/>
          <w:szCs w:val="24"/>
        </w:rPr>
      </w:pPr>
      <w:proofErr w:type="spellStart"/>
      <w:r w:rsidRPr="002E0547">
        <w:rPr>
          <w:rFonts w:ascii="Times New Roman" w:hAnsi="Times New Roman"/>
          <w:b/>
          <w:sz w:val="28"/>
          <w:szCs w:val="24"/>
        </w:rPr>
        <w:t>ÎNȘTIINȚARE</w:t>
      </w:r>
      <w:proofErr w:type="spellEnd"/>
      <w:r w:rsidRPr="002E0547">
        <w:rPr>
          <w:rFonts w:ascii="Times New Roman" w:hAnsi="Times New Roman"/>
          <w:b/>
          <w:sz w:val="28"/>
          <w:szCs w:val="24"/>
        </w:rPr>
        <w:br/>
      </w:r>
      <w:r w:rsidRPr="002E0547">
        <w:rPr>
          <w:rFonts w:ascii="Times New Roman" w:hAnsi="Times New Roman"/>
          <w:sz w:val="20"/>
          <w:szCs w:val="24"/>
        </w:rPr>
        <w:t xml:space="preserve">privind </w:t>
      </w:r>
      <w:proofErr w:type="spellStart"/>
      <w:r w:rsidRPr="002E0547">
        <w:rPr>
          <w:rFonts w:ascii="Times New Roman" w:hAnsi="Times New Roman"/>
          <w:sz w:val="20"/>
          <w:szCs w:val="24"/>
        </w:rPr>
        <w:t>finalizarea</w:t>
      </w:r>
      <w:proofErr w:type="spellEnd"/>
      <w:r w:rsidRPr="002E0547">
        <w:rPr>
          <w:rFonts w:ascii="Times New Roman" w:hAnsi="Times New Roman"/>
          <w:sz w:val="20"/>
          <w:szCs w:val="24"/>
        </w:rPr>
        <w:t xml:space="preserve"> lucrărilor </w:t>
      </w:r>
      <w:proofErr w:type="spellStart"/>
      <w:r w:rsidRPr="002E0547">
        <w:rPr>
          <w:rFonts w:ascii="Times New Roman" w:hAnsi="Times New Roman"/>
          <w:sz w:val="20"/>
          <w:szCs w:val="24"/>
        </w:rPr>
        <w:t>notificate</w:t>
      </w:r>
      <w:proofErr w:type="spellEnd"/>
      <w:r w:rsidRPr="002E0547">
        <w:rPr>
          <w:rFonts w:ascii="Times New Roman" w:hAnsi="Times New Roman"/>
          <w:sz w:val="20"/>
          <w:szCs w:val="24"/>
        </w:rPr>
        <w:t xml:space="preserve"> și </w:t>
      </w:r>
      <w:proofErr w:type="spellStart"/>
      <w:r w:rsidRPr="002E0547">
        <w:rPr>
          <w:rFonts w:ascii="Times New Roman" w:hAnsi="Times New Roman"/>
          <w:sz w:val="20"/>
          <w:szCs w:val="24"/>
        </w:rPr>
        <w:t>solicitarea</w:t>
      </w:r>
      <w:proofErr w:type="spellEnd"/>
      <w:r w:rsidRPr="002E0547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2E0547">
        <w:rPr>
          <w:rFonts w:ascii="Times New Roman" w:hAnsi="Times New Roman"/>
          <w:sz w:val="20"/>
          <w:szCs w:val="24"/>
        </w:rPr>
        <w:t>participării</w:t>
      </w:r>
      <w:proofErr w:type="spellEnd"/>
      <w:r w:rsidRPr="002E0547">
        <w:rPr>
          <w:rFonts w:ascii="Times New Roman" w:hAnsi="Times New Roman"/>
          <w:sz w:val="20"/>
          <w:szCs w:val="24"/>
        </w:rPr>
        <w:t xml:space="preserve"> reprezentantului UAT la recepție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908"/>
      </w:tblGrid>
      <w:tr w:rsidR="00E30FE5" w:rsidRPr="002E0547" w14:paraId="59A0B278" w14:textId="77777777" w:rsidTr="005A67B9">
        <w:trPr>
          <w:jc w:val="center"/>
        </w:trPr>
        <w:tc>
          <w:tcPr>
            <w:tcW w:w="109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1DD398FC" w14:textId="77777777" w:rsidR="00E30FE5" w:rsidRPr="002E0547" w:rsidRDefault="00E30FE5" w:rsidP="005A67B9">
            <w:pPr>
              <w:spacing w:before="20" w:after="20" w:line="240" w:lineRule="auto"/>
              <w:rPr>
                <w:sz w:val="24"/>
                <w:szCs w:val="24"/>
              </w:rPr>
            </w:pPr>
            <w:r w:rsidRPr="002E0547">
              <w:rPr>
                <w:rFonts w:ascii="Times New Roman" w:hAnsi="Times New Roman"/>
                <w:b/>
                <w:sz w:val="18"/>
                <w:szCs w:val="24"/>
              </w:rPr>
              <w:t>1. CĂTRE</w:t>
            </w:r>
          </w:p>
        </w:tc>
      </w:tr>
      <w:tr w:rsidR="00E30FE5" w:rsidRPr="002E0547" w14:paraId="40B5C00B" w14:textId="77777777" w:rsidTr="005A67B9">
        <w:trPr>
          <w:jc w:val="center"/>
        </w:trPr>
        <w:tc>
          <w:tcPr>
            <w:tcW w:w="109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04EB84E8" w14:textId="77777777" w:rsidR="00E30FE5" w:rsidRPr="002E0547" w:rsidRDefault="00E30FE5" w:rsidP="005A67B9">
            <w:pPr>
              <w:spacing w:after="20" w:line="240" w:lineRule="auto"/>
              <w:rPr>
                <w:rFonts w:ascii="Times New Roman" w:hAnsi="Times New Roman"/>
                <w:b/>
                <w:color w:val="004682"/>
                <w:sz w:val="18"/>
                <w:szCs w:val="24"/>
              </w:rPr>
            </w:pPr>
            <w:proofErr w:type="spellStart"/>
            <w:r w:rsidRPr="002E0547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Instituția</w:t>
            </w:r>
            <w:proofErr w:type="spellEnd"/>
          </w:p>
          <w:p w14:paraId="5A566D8E" w14:textId="77777777" w:rsidR="00E30FE5" w:rsidRPr="002E0547" w:rsidRDefault="00E30FE5" w:rsidP="005A67B9">
            <w:pPr>
              <w:spacing w:after="20" w:line="240" w:lineRule="auto"/>
              <w:rPr>
                <w:sz w:val="24"/>
                <w:szCs w:val="24"/>
              </w:rPr>
            </w:pPr>
            <w:proofErr w:type="spellStart"/>
            <w:r w:rsidRPr="002E0547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Consiliul</w:t>
            </w:r>
            <w:proofErr w:type="spellEnd"/>
            <w:r w:rsidRPr="002E0547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Județean Harghita</w:t>
            </w:r>
          </w:p>
        </w:tc>
      </w:tr>
      <w:tr w:rsidR="00E30FE5" w:rsidRPr="002E0547" w14:paraId="561A6B41" w14:textId="77777777" w:rsidTr="005A67B9">
        <w:trPr>
          <w:jc w:val="center"/>
        </w:trPr>
        <w:tc>
          <w:tcPr>
            <w:tcW w:w="109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17954F93" w14:textId="77777777" w:rsidR="00E30FE5" w:rsidRPr="002E0547" w:rsidRDefault="00E30FE5" w:rsidP="005A67B9">
            <w:pPr>
              <w:spacing w:after="20" w:line="240" w:lineRule="auto"/>
              <w:rPr>
                <w:sz w:val="24"/>
                <w:szCs w:val="24"/>
              </w:rPr>
            </w:pPr>
            <w:r w:rsidRPr="002E0547">
              <w:rPr>
                <w:rFonts w:ascii="Times New Roman" w:hAnsi="Times New Roman"/>
                <w:i/>
                <w:sz w:val="16"/>
                <w:szCs w:val="24"/>
              </w:rPr>
              <w:t xml:space="preserve">Către </w:t>
            </w:r>
            <w:proofErr w:type="spellStart"/>
            <w:r w:rsidRPr="002E0547">
              <w:rPr>
                <w:rFonts w:ascii="Times New Roman" w:hAnsi="Times New Roman"/>
                <w:i/>
                <w:sz w:val="16"/>
                <w:szCs w:val="24"/>
              </w:rPr>
              <w:t>președintele</w:t>
            </w:r>
            <w:proofErr w:type="spellEnd"/>
            <w:r w:rsidRPr="002E0547">
              <w:rPr>
                <w:rFonts w:ascii="Times New Roman" w:hAnsi="Times New Roman"/>
                <w:i/>
                <w:sz w:val="16"/>
                <w:szCs w:val="24"/>
              </w:rPr>
              <w:t xml:space="preserve"> </w:t>
            </w:r>
            <w:proofErr w:type="spellStart"/>
            <w:r w:rsidRPr="002E0547">
              <w:rPr>
                <w:rFonts w:ascii="Times New Roman" w:hAnsi="Times New Roman"/>
                <w:i/>
                <w:sz w:val="16"/>
                <w:szCs w:val="24"/>
              </w:rPr>
              <w:t>consiliului</w:t>
            </w:r>
            <w:proofErr w:type="spellEnd"/>
            <w:r w:rsidRPr="002E0547">
              <w:rPr>
                <w:rFonts w:ascii="Times New Roman" w:hAnsi="Times New Roman"/>
                <w:i/>
                <w:sz w:val="16"/>
                <w:szCs w:val="24"/>
              </w:rPr>
              <w:t xml:space="preserve"> </w:t>
            </w:r>
            <w:proofErr w:type="spellStart"/>
            <w:r w:rsidRPr="002E0547">
              <w:rPr>
                <w:rFonts w:ascii="Times New Roman" w:hAnsi="Times New Roman"/>
                <w:i/>
                <w:sz w:val="16"/>
                <w:szCs w:val="24"/>
              </w:rPr>
              <w:t>județean</w:t>
            </w:r>
            <w:proofErr w:type="spellEnd"/>
          </w:p>
        </w:tc>
      </w:tr>
    </w:tbl>
    <w:p w14:paraId="175FDC6A" w14:textId="77777777" w:rsidR="00AF1FE7" w:rsidRPr="002E0547" w:rsidRDefault="00AF1FE7">
      <w:pPr>
        <w:spacing w:before="40" w:after="0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24"/>
        <w:gridCol w:w="1824"/>
        <w:gridCol w:w="912"/>
        <w:gridCol w:w="912"/>
        <w:gridCol w:w="912"/>
        <w:gridCol w:w="912"/>
        <w:gridCol w:w="912"/>
        <w:gridCol w:w="912"/>
        <w:gridCol w:w="1824"/>
      </w:tblGrid>
      <w:tr w:rsidR="00AF1FE7" w:rsidRPr="002E0547" w14:paraId="7570FD14" w14:textId="77777777">
        <w:trPr>
          <w:jc w:val="center"/>
        </w:trPr>
        <w:tc>
          <w:tcPr>
            <w:tcW w:w="10944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7" w:type="dxa"/>
              <w:left w:w="30" w:type="dxa"/>
              <w:bottom w:w="7" w:type="dxa"/>
              <w:right w:w="30" w:type="dxa"/>
            </w:tcMar>
          </w:tcPr>
          <w:p w14:paraId="53977BB0" w14:textId="77777777" w:rsidR="00AF1FE7" w:rsidRPr="002E0547" w:rsidRDefault="00000000">
            <w:pPr>
              <w:spacing w:before="10" w:after="10" w:line="240" w:lineRule="auto"/>
              <w:rPr>
                <w:sz w:val="24"/>
                <w:szCs w:val="24"/>
              </w:rPr>
            </w:pPr>
            <w:r w:rsidRPr="002E0547">
              <w:rPr>
                <w:rFonts w:ascii="Times New Roman" w:hAnsi="Times New Roman"/>
                <w:b/>
                <w:sz w:val="18"/>
                <w:szCs w:val="24"/>
              </w:rPr>
              <w:t>2. SOLICITANTUL</w:t>
            </w:r>
          </w:p>
        </w:tc>
      </w:tr>
      <w:tr w:rsidR="00AF1FE7" w:rsidRPr="002E0547" w14:paraId="050E0650" w14:textId="77777777">
        <w:trPr>
          <w:jc w:val="center"/>
        </w:trPr>
        <w:tc>
          <w:tcPr>
            <w:tcW w:w="7296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7" w:type="dxa"/>
              <w:left w:w="30" w:type="dxa"/>
              <w:bottom w:w="7" w:type="dxa"/>
              <w:right w:w="30" w:type="dxa"/>
            </w:tcMar>
          </w:tcPr>
          <w:p w14:paraId="0AA9E8EC" w14:textId="77777777" w:rsidR="00AF1FE7" w:rsidRPr="002E0547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E0547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Nume și prenume</w:t>
            </w:r>
          </w:p>
        </w:tc>
        <w:tc>
          <w:tcPr>
            <w:tcW w:w="3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7" w:type="dxa"/>
              <w:left w:w="30" w:type="dxa"/>
              <w:bottom w:w="7" w:type="dxa"/>
              <w:right w:w="30" w:type="dxa"/>
            </w:tcMar>
          </w:tcPr>
          <w:p w14:paraId="33595491" w14:textId="77777777" w:rsidR="00AF1FE7" w:rsidRPr="002E0547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E0547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CNP</w:t>
            </w:r>
          </w:p>
        </w:tc>
      </w:tr>
      <w:tr w:rsidR="00AF1FE7" w:rsidRPr="002E0547" w14:paraId="67A4BD15" w14:textId="77777777">
        <w:trPr>
          <w:jc w:val="center"/>
        </w:trPr>
        <w:tc>
          <w:tcPr>
            <w:tcW w:w="10944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7" w:type="dxa"/>
              <w:left w:w="30" w:type="dxa"/>
              <w:bottom w:w="7" w:type="dxa"/>
              <w:right w:w="30" w:type="dxa"/>
            </w:tcMar>
          </w:tcPr>
          <w:p w14:paraId="0614D10E" w14:textId="77777777" w:rsidR="00AF1FE7" w:rsidRPr="002E0547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E0547">
              <w:rPr>
                <w:rFonts w:ascii="Times New Roman" w:hAnsi="Times New Roman"/>
                <w:color w:val="000000"/>
                <w:sz w:val="16"/>
                <w:szCs w:val="24"/>
              </w:rPr>
              <w:t>Act de identitate</w:t>
            </w:r>
          </w:p>
        </w:tc>
      </w:tr>
      <w:tr w:rsidR="00AF1FE7" w:rsidRPr="002E0547" w14:paraId="43C7C7EC" w14:textId="77777777">
        <w:trPr>
          <w:jc w:val="center"/>
        </w:trPr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7" w:type="dxa"/>
              <w:left w:w="30" w:type="dxa"/>
              <w:bottom w:w="7" w:type="dxa"/>
              <w:right w:w="30" w:type="dxa"/>
            </w:tcMar>
          </w:tcPr>
          <w:p w14:paraId="35F6B4E8" w14:textId="77777777" w:rsidR="00AF1FE7" w:rsidRPr="002E0547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E0547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Seria</w:t>
            </w:r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7" w:type="dxa"/>
              <w:left w:w="30" w:type="dxa"/>
              <w:bottom w:w="7" w:type="dxa"/>
              <w:right w:w="30" w:type="dxa"/>
            </w:tcMar>
          </w:tcPr>
          <w:p w14:paraId="5486FFCC" w14:textId="77777777" w:rsidR="00AF1FE7" w:rsidRPr="002E0547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E0547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Numărul</w:t>
            </w:r>
          </w:p>
        </w:tc>
        <w:tc>
          <w:tcPr>
            <w:tcW w:w="456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7" w:type="dxa"/>
              <w:left w:w="30" w:type="dxa"/>
              <w:bottom w:w="7" w:type="dxa"/>
              <w:right w:w="30" w:type="dxa"/>
            </w:tcMar>
          </w:tcPr>
          <w:p w14:paraId="5A1014F1" w14:textId="77777777" w:rsidR="00AF1FE7" w:rsidRPr="002E0547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E0547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Eliberat de</w:t>
            </w:r>
          </w:p>
        </w:tc>
        <w:tc>
          <w:tcPr>
            <w:tcW w:w="273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7" w:type="dxa"/>
              <w:left w:w="30" w:type="dxa"/>
              <w:bottom w:w="7" w:type="dxa"/>
              <w:right w:w="30" w:type="dxa"/>
            </w:tcMar>
          </w:tcPr>
          <w:p w14:paraId="3600479B" w14:textId="77777777" w:rsidR="00AF1FE7" w:rsidRPr="002E0547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E0547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La data</w:t>
            </w:r>
          </w:p>
        </w:tc>
      </w:tr>
      <w:tr w:rsidR="00AF1FE7" w:rsidRPr="002E0547" w14:paraId="4F97959B" w14:textId="77777777">
        <w:trPr>
          <w:jc w:val="center"/>
        </w:trPr>
        <w:tc>
          <w:tcPr>
            <w:tcW w:w="10944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7" w:type="dxa"/>
              <w:left w:w="30" w:type="dxa"/>
              <w:bottom w:w="7" w:type="dxa"/>
              <w:right w:w="30" w:type="dxa"/>
            </w:tcMar>
          </w:tcPr>
          <w:p w14:paraId="624D6E91" w14:textId="77777777" w:rsidR="00AF1FE7" w:rsidRPr="002E0547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E0547">
              <w:rPr>
                <w:rFonts w:ascii="Times New Roman" w:hAnsi="Times New Roman"/>
                <w:color w:val="000000"/>
                <w:sz w:val="16"/>
                <w:szCs w:val="24"/>
              </w:rPr>
              <w:t>Domiciliul</w:t>
            </w:r>
          </w:p>
        </w:tc>
      </w:tr>
      <w:tr w:rsidR="00AF1FE7" w:rsidRPr="002E0547" w14:paraId="5B440313" w14:textId="77777777">
        <w:trPr>
          <w:jc w:val="center"/>
        </w:trPr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7" w:type="dxa"/>
              <w:left w:w="30" w:type="dxa"/>
              <w:bottom w:w="7" w:type="dxa"/>
              <w:right w:w="30" w:type="dxa"/>
            </w:tcMar>
          </w:tcPr>
          <w:p w14:paraId="0553287D" w14:textId="77777777" w:rsidR="00AF1FE7" w:rsidRPr="002E0547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E0547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Județul</w:t>
            </w:r>
          </w:p>
        </w:tc>
        <w:tc>
          <w:tcPr>
            <w:tcW w:w="364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7" w:type="dxa"/>
              <w:left w:w="30" w:type="dxa"/>
              <w:bottom w:w="7" w:type="dxa"/>
              <w:right w:w="30" w:type="dxa"/>
            </w:tcMar>
          </w:tcPr>
          <w:p w14:paraId="6244FA55" w14:textId="77777777" w:rsidR="00AF1FE7" w:rsidRPr="002E0547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E0547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Municipiul / orașul / comuna</w:t>
            </w:r>
          </w:p>
        </w:tc>
        <w:tc>
          <w:tcPr>
            <w:tcW w:w="3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7" w:type="dxa"/>
              <w:left w:w="30" w:type="dxa"/>
              <w:bottom w:w="7" w:type="dxa"/>
              <w:right w:w="30" w:type="dxa"/>
            </w:tcMar>
          </w:tcPr>
          <w:p w14:paraId="0B446E31" w14:textId="77777777" w:rsidR="00AF1FE7" w:rsidRPr="002E0547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E0547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Satul / sectorul</w:t>
            </w:r>
          </w:p>
        </w:tc>
      </w:tr>
      <w:tr w:rsidR="00AF1FE7" w:rsidRPr="002E0547" w14:paraId="0B9A152C" w14:textId="77777777">
        <w:trPr>
          <w:jc w:val="center"/>
        </w:trPr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7" w:type="dxa"/>
              <w:left w:w="30" w:type="dxa"/>
              <w:bottom w:w="7" w:type="dxa"/>
              <w:right w:w="30" w:type="dxa"/>
            </w:tcMar>
          </w:tcPr>
          <w:p w14:paraId="5B36CF5C" w14:textId="77777777" w:rsidR="00AF1FE7" w:rsidRPr="002E0547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E0547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Strada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7" w:type="dxa"/>
              <w:left w:w="30" w:type="dxa"/>
              <w:bottom w:w="7" w:type="dxa"/>
              <w:right w:w="30" w:type="dxa"/>
            </w:tcMar>
          </w:tcPr>
          <w:p w14:paraId="60BDE5FF" w14:textId="77777777" w:rsidR="00AF1FE7" w:rsidRPr="002E0547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E0547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Nr.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7" w:type="dxa"/>
              <w:left w:w="30" w:type="dxa"/>
              <w:bottom w:w="7" w:type="dxa"/>
              <w:right w:w="30" w:type="dxa"/>
            </w:tcMar>
          </w:tcPr>
          <w:p w14:paraId="702D3EDA" w14:textId="77777777" w:rsidR="00AF1FE7" w:rsidRPr="002E0547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E0547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Sc.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7" w:type="dxa"/>
              <w:left w:w="30" w:type="dxa"/>
              <w:bottom w:w="7" w:type="dxa"/>
              <w:right w:w="30" w:type="dxa"/>
            </w:tcMar>
          </w:tcPr>
          <w:p w14:paraId="12D11B86" w14:textId="77777777" w:rsidR="00AF1FE7" w:rsidRPr="002E0547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E0547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Et.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7" w:type="dxa"/>
              <w:left w:w="30" w:type="dxa"/>
              <w:bottom w:w="7" w:type="dxa"/>
              <w:right w:w="30" w:type="dxa"/>
            </w:tcMar>
          </w:tcPr>
          <w:p w14:paraId="7B198D90" w14:textId="77777777" w:rsidR="00AF1FE7" w:rsidRPr="002E0547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E0547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Ap.</w:t>
            </w:r>
          </w:p>
        </w:tc>
        <w:tc>
          <w:tcPr>
            <w:tcW w:w="18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7" w:type="dxa"/>
              <w:left w:w="30" w:type="dxa"/>
              <w:bottom w:w="7" w:type="dxa"/>
              <w:right w:w="30" w:type="dxa"/>
            </w:tcMar>
          </w:tcPr>
          <w:p w14:paraId="1E58BBC2" w14:textId="77777777" w:rsidR="00AF1FE7" w:rsidRPr="002E0547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E0547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Cod poștal</w:t>
            </w:r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7" w:type="dxa"/>
              <w:left w:w="30" w:type="dxa"/>
              <w:bottom w:w="7" w:type="dxa"/>
              <w:right w:w="30" w:type="dxa"/>
            </w:tcMar>
          </w:tcPr>
          <w:p w14:paraId="4D27D16D" w14:textId="77777777" w:rsidR="00AF1FE7" w:rsidRPr="002E0547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E0547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Țara</w:t>
            </w:r>
          </w:p>
        </w:tc>
      </w:tr>
      <w:tr w:rsidR="00AF1FE7" w:rsidRPr="002E0547" w14:paraId="57B5716A" w14:textId="77777777">
        <w:trPr>
          <w:jc w:val="center"/>
        </w:trPr>
        <w:tc>
          <w:tcPr>
            <w:tcW w:w="10944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7" w:type="dxa"/>
              <w:left w:w="30" w:type="dxa"/>
              <w:bottom w:w="7" w:type="dxa"/>
              <w:right w:w="30" w:type="dxa"/>
            </w:tcMar>
          </w:tcPr>
          <w:p w14:paraId="312AF2E8" w14:textId="77777777" w:rsidR="00AF1FE7" w:rsidRPr="002E0547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E0547">
              <w:rPr>
                <w:rFonts w:ascii="Times New Roman" w:hAnsi="Times New Roman"/>
                <w:color w:val="000000"/>
                <w:sz w:val="16"/>
                <w:szCs w:val="24"/>
              </w:rPr>
              <w:t>Date de contact</w:t>
            </w:r>
          </w:p>
        </w:tc>
      </w:tr>
      <w:tr w:rsidR="00AF1FE7" w:rsidRPr="002E0547" w14:paraId="1D4B2EC5" w14:textId="77777777">
        <w:trPr>
          <w:jc w:val="center"/>
        </w:trPr>
        <w:tc>
          <w:tcPr>
            <w:tcW w:w="5472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7" w:type="dxa"/>
              <w:left w:w="30" w:type="dxa"/>
              <w:bottom w:w="7" w:type="dxa"/>
              <w:right w:w="30" w:type="dxa"/>
            </w:tcMar>
          </w:tcPr>
          <w:p w14:paraId="66CCE61E" w14:textId="77777777" w:rsidR="00AF1FE7" w:rsidRPr="002E0547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E0547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Telefon / fax</w:t>
            </w:r>
          </w:p>
        </w:tc>
        <w:tc>
          <w:tcPr>
            <w:tcW w:w="5472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7" w:type="dxa"/>
              <w:left w:w="30" w:type="dxa"/>
              <w:bottom w:w="7" w:type="dxa"/>
              <w:right w:w="30" w:type="dxa"/>
            </w:tcMar>
          </w:tcPr>
          <w:p w14:paraId="5DA4FB57" w14:textId="77777777" w:rsidR="00AF1FE7" w:rsidRPr="002E0547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E0547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E-mail</w:t>
            </w:r>
          </w:p>
        </w:tc>
      </w:tr>
    </w:tbl>
    <w:p w14:paraId="684E0033" w14:textId="77777777" w:rsidR="00AF1FE7" w:rsidRPr="002E0547" w:rsidRDefault="00AF1FE7">
      <w:pPr>
        <w:spacing w:before="40" w:after="0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48"/>
        <w:gridCol w:w="3648"/>
        <w:gridCol w:w="3648"/>
      </w:tblGrid>
      <w:tr w:rsidR="00AF1FE7" w:rsidRPr="002E0547" w14:paraId="79B21478" w14:textId="77777777">
        <w:trPr>
          <w:jc w:val="center"/>
        </w:trPr>
        <w:tc>
          <w:tcPr>
            <w:tcW w:w="109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7" w:type="dxa"/>
              <w:left w:w="35" w:type="dxa"/>
              <w:bottom w:w="7" w:type="dxa"/>
              <w:right w:w="35" w:type="dxa"/>
            </w:tcMar>
          </w:tcPr>
          <w:p w14:paraId="136A8D0E" w14:textId="77777777" w:rsidR="00AF1FE7" w:rsidRPr="002E0547" w:rsidRDefault="00000000">
            <w:pPr>
              <w:spacing w:before="10" w:after="10" w:line="240" w:lineRule="auto"/>
              <w:rPr>
                <w:sz w:val="24"/>
                <w:szCs w:val="24"/>
              </w:rPr>
            </w:pPr>
            <w:r w:rsidRPr="002E0547">
              <w:rPr>
                <w:rFonts w:ascii="Times New Roman" w:hAnsi="Times New Roman"/>
                <w:b/>
                <w:sz w:val="18"/>
                <w:szCs w:val="24"/>
              </w:rPr>
              <w:t>3. NOTIFICAREA</w:t>
            </w:r>
          </w:p>
        </w:tc>
      </w:tr>
      <w:tr w:rsidR="00AF1FE7" w:rsidRPr="002E0547" w14:paraId="2A359D95" w14:textId="77777777">
        <w:trPr>
          <w:jc w:val="center"/>
        </w:trPr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7" w:type="dxa"/>
              <w:left w:w="35" w:type="dxa"/>
              <w:bottom w:w="7" w:type="dxa"/>
              <w:right w:w="35" w:type="dxa"/>
            </w:tcMar>
          </w:tcPr>
          <w:p w14:paraId="3FC83D40" w14:textId="77777777" w:rsidR="00AF1FE7" w:rsidRPr="002E0547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E0547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Nr. / </w:t>
            </w:r>
            <w:proofErr w:type="gramStart"/>
            <w:r w:rsidRPr="002E0547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data</w:t>
            </w:r>
            <w:proofErr w:type="gramEnd"/>
            <w:r w:rsidRPr="002E0547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notificării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7" w:type="dxa"/>
              <w:left w:w="35" w:type="dxa"/>
              <w:bottom w:w="7" w:type="dxa"/>
              <w:right w:w="35" w:type="dxa"/>
            </w:tcMar>
          </w:tcPr>
          <w:p w14:paraId="7FE28B40" w14:textId="77777777" w:rsidR="00AF1FE7" w:rsidRPr="002E0547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E0547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Proiect nr. / </w:t>
            </w:r>
            <w:proofErr w:type="gramStart"/>
            <w:r w:rsidRPr="002E0547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cod</w:t>
            </w:r>
            <w:proofErr w:type="gramEnd"/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7" w:type="dxa"/>
              <w:left w:w="35" w:type="dxa"/>
              <w:bottom w:w="7" w:type="dxa"/>
              <w:right w:w="35" w:type="dxa"/>
            </w:tcMar>
          </w:tcPr>
          <w:p w14:paraId="31050FA3" w14:textId="77777777" w:rsidR="00AF1FE7" w:rsidRPr="002E0547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E0547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Imobilul</w:t>
            </w:r>
          </w:p>
        </w:tc>
      </w:tr>
    </w:tbl>
    <w:p w14:paraId="65EB2DE6" w14:textId="77777777" w:rsidR="00AF1FE7" w:rsidRPr="002E0547" w:rsidRDefault="00AF1FE7">
      <w:pPr>
        <w:spacing w:before="40" w:after="0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48"/>
        <w:gridCol w:w="3648"/>
        <w:gridCol w:w="3648"/>
      </w:tblGrid>
      <w:tr w:rsidR="00AF1FE7" w:rsidRPr="002E0547" w14:paraId="3ED7C0D3" w14:textId="77777777">
        <w:trPr>
          <w:jc w:val="center"/>
        </w:trPr>
        <w:tc>
          <w:tcPr>
            <w:tcW w:w="109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7" w:type="dxa"/>
              <w:left w:w="35" w:type="dxa"/>
              <w:bottom w:w="7" w:type="dxa"/>
              <w:right w:w="35" w:type="dxa"/>
            </w:tcMar>
          </w:tcPr>
          <w:p w14:paraId="0A4CC96B" w14:textId="77777777" w:rsidR="00AF1FE7" w:rsidRPr="002E0547" w:rsidRDefault="00000000">
            <w:pPr>
              <w:spacing w:before="10" w:after="10" w:line="240" w:lineRule="auto"/>
              <w:rPr>
                <w:sz w:val="24"/>
                <w:szCs w:val="24"/>
              </w:rPr>
            </w:pPr>
            <w:r w:rsidRPr="002E0547">
              <w:rPr>
                <w:rFonts w:ascii="Times New Roman" w:hAnsi="Times New Roman"/>
                <w:b/>
                <w:sz w:val="18"/>
                <w:szCs w:val="24"/>
              </w:rPr>
              <w:t>4. EXECUȚIA ȘI RECEPȚIA</w:t>
            </w:r>
          </w:p>
        </w:tc>
      </w:tr>
      <w:tr w:rsidR="00AF1FE7" w:rsidRPr="002E0547" w14:paraId="10B65912" w14:textId="77777777">
        <w:trPr>
          <w:jc w:val="center"/>
        </w:trPr>
        <w:tc>
          <w:tcPr>
            <w:tcW w:w="729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7" w:type="dxa"/>
              <w:left w:w="35" w:type="dxa"/>
              <w:bottom w:w="7" w:type="dxa"/>
              <w:right w:w="35" w:type="dxa"/>
            </w:tcMar>
          </w:tcPr>
          <w:p w14:paraId="760D25E8" w14:textId="77777777" w:rsidR="00AF1FE7" w:rsidRPr="002E0547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E0547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Data începerii lucrărilor</w:t>
            </w:r>
            <w:r w:rsidRPr="002E0547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br/>
            </w:r>
            <w:r w:rsidRPr="002E0547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se declară aici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7" w:type="dxa"/>
              <w:left w:w="35" w:type="dxa"/>
              <w:bottom w:w="7" w:type="dxa"/>
              <w:right w:w="35" w:type="dxa"/>
            </w:tcMar>
          </w:tcPr>
          <w:p w14:paraId="71742B84" w14:textId="77777777" w:rsidR="00AF1FE7" w:rsidRPr="002E0547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E0547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Data finalizării</w:t>
            </w:r>
          </w:p>
        </w:tc>
      </w:tr>
      <w:tr w:rsidR="00AF1FE7" w:rsidRPr="002E0547" w14:paraId="06EDC531" w14:textId="77777777">
        <w:trPr>
          <w:jc w:val="center"/>
        </w:trPr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7" w:type="dxa"/>
              <w:left w:w="35" w:type="dxa"/>
              <w:bottom w:w="7" w:type="dxa"/>
              <w:right w:w="35" w:type="dxa"/>
            </w:tcMar>
          </w:tcPr>
          <w:p w14:paraId="3E83D397" w14:textId="77777777" w:rsidR="00AF1FE7" w:rsidRPr="002E0547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E0547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Data propusă pentru recepție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7" w:type="dxa"/>
              <w:left w:w="35" w:type="dxa"/>
              <w:bottom w:w="7" w:type="dxa"/>
              <w:right w:w="35" w:type="dxa"/>
            </w:tcMar>
          </w:tcPr>
          <w:p w14:paraId="62592FB4" w14:textId="77777777" w:rsidR="00AF1FE7" w:rsidRPr="002E0547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E0547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ora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7" w:type="dxa"/>
              <w:left w:w="35" w:type="dxa"/>
              <w:bottom w:w="7" w:type="dxa"/>
              <w:right w:w="35" w:type="dxa"/>
            </w:tcMar>
          </w:tcPr>
          <w:p w14:paraId="12880328" w14:textId="77777777" w:rsidR="00AF1FE7" w:rsidRPr="002E0547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E0547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locul</w:t>
            </w:r>
          </w:p>
        </w:tc>
      </w:tr>
      <w:tr w:rsidR="00AF1FE7" w:rsidRPr="002E0547" w14:paraId="5E64C105" w14:textId="77777777">
        <w:trPr>
          <w:jc w:val="center"/>
        </w:trPr>
        <w:tc>
          <w:tcPr>
            <w:tcW w:w="109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7" w:type="dxa"/>
              <w:left w:w="35" w:type="dxa"/>
              <w:bottom w:w="7" w:type="dxa"/>
              <w:right w:w="35" w:type="dxa"/>
            </w:tcMar>
          </w:tcPr>
          <w:p w14:paraId="6AB289FE" w14:textId="77777777" w:rsidR="00AF1FE7" w:rsidRPr="002E0547" w:rsidRDefault="00000000">
            <w:pPr>
              <w:spacing w:after="10" w:line="240" w:lineRule="auto"/>
              <w:rPr>
                <w:sz w:val="24"/>
                <w:szCs w:val="24"/>
              </w:rPr>
            </w:pPr>
            <w:r w:rsidRPr="002E0547">
              <w:rPr>
                <w:rFonts w:ascii="Times New Roman" w:hAnsi="Times New Roman"/>
                <w:i/>
                <w:sz w:val="16"/>
                <w:szCs w:val="24"/>
              </w:rPr>
              <w:t>Legea nr.169/2026 privind Codul amenajării teritoriului, urbanismului și construcțiilor nu instituie o înștiințare distinctă privind începerea lucrărilor notificate; data începerii se declară în prezentul formular și se consemnează în procesul-verbal de recepție.</w:t>
            </w:r>
          </w:p>
        </w:tc>
      </w:tr>
    </w:tbl>
    <w:p w14:paraId="5A4DBE4C" w14:textId="77777777" w:rsidR="00AF1FE7" w:rsidRPr="002E0547" w:rsidRDefault="00AF1FE7">
      <w:pPr>
        <w:spacing w:before="40" w:after="0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48"/>
        <w:gridCol w:w="3648"/>
        <w:gridCol w:w="3648"/>
      </w:tblGrid>
      <w:tr w:rsidR="00AF1FE7" w:rsidRPr="002E0547" w14:paraId="1C192FA1" w14:textId="77777777">
        <w:trPr>
          <w:jc w:val="center"/>
        </w:trPr>
        <w:tc>
          <w:tcPr>
            <w:tcW w:w="109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8" w:type="dxa"/>
              <w:left w:w="35" w:type="dxa"/>
              <w:bottom w:w="22" w:type="dxa"/>
              <w:right w:w="35" w:type="dxa"/>
            </w:tcMar>
          </w:tcPr>
          <w:p w14:paraId="738A4F82" w14:textId="77777777" w:rsidR="00AF1FE7" w:rsidRPr="002E0547" w:rsidRDefault="00000000">
            <w:pPr>
              <w:spacing w:before="10" w:after="10" w:line="240" w:lineRule="auto"/>
              <w:rPr>
                <w:sz w:val="24"/>
                <w:szCs w:val="24"/>
              </w:rPr>
            </w:pPr>
            <w:r w:rsidRPr="002E0547">
              <w:rPr>
                <w:rFonts w:ascii="Times New Roman" w:hAnsi="Times New Roman"/>
                <w:b/>
                <w:sz w:val="18"/>
                <w:szCs w:val="24"/>
              </w:rPr>
              <w:t>5. DATA ȘI SEMNĂTURA</w:t>
            </w:r>
          </w:p>
        </w:tc>
      </w:tr>
      <w:tr w:rsidR="00AF1FE7" w:rsidRPr="002E0547" w14:paraId="74AB3E9B" w14:textId="77777777">
        <w:trPr>
          <w:jc w:val="center"/>
        </w:trPr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22" w:type="dxa"/>
              <w:right w:w="35" w:type="dxa"/>
            </w:tcMar>
          </w:tcPr>
          <w:p w14:paraId="0D4501A4" w14:textId="77777777" w:rsidR="00AF1FE7" w:rsidRPr="002E0547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E0547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Data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22" w:type="dxa"/>
              <w:right w:w="35" w:type="dxa"/>
            </w:tcMar>
          </w:tcPr>
          <w:p w14:paraId="2B5CB55D" w14:textId="77777777" w:rsidR="00AF1FE7" w:rsidRPr="002E0547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E0547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Beneficiarul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22" w:type="dxa"/>
              <w:right w:w="35" w:type="dxa"/>
            </w:tcMar>
          </w:tcPr>
          <w:p w14:paraId="1EA680E3" w14:textId="77777777" w:rsidR="00AF1FE7" w:rsidRPr="002E0547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E0547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Semnătura</w:t>
            </w:r>
          </w:p>
        </w:tc>
      </w:tr>
    </w:tbl>
    <w:p w14:paraId="688DBEB6" w14:textId="77777777" w:rsidR="00431DD2" w:rsidRPr="00E30FE5" w:rsidRDefault="00431DD2">
      <w:pPr>
        <w:rPr>
          <w:sz w:val="28"/>
          <w:szCs w:val="28"/>
        </w:rPr>
      </w:pPr>
    </w:p>
    <w:sectPr w:rsidR="00431DD2" w:rsidRPr="00E30FE5" w:rsidSect="002E0547">
      <w:headerReference w:type="default" r:id="rId9"/>
      <w:footerReference w:type="default" r:id="rId10"/>
      <w:pgSz w:w="11906" w:h="16838" w:code="9"/>
      <w:pgMar w:top="576" w:right="648" w:bottom="576" w:left="64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A352E" w14:textId="77777777" w:rsidR="0094177F" w:rsidRDefault="0094177F">
      <w:pPr>
        <w:spacing w:after="0" w:line="240" w:lineRule="auto"/>
      </w:pPr>
      <w:r>
        <w:separator/>
      </w:r>
    </w:p>
  </w:endnote>
  <w:endnote w:type="continuationSeparator" w:id="0">
    <w:p w14:paraId="7B56D635" w14:textId="77777777" w:rsidR="0094177F" w:rsidRDefault="00941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BF261" w14:textId="77777777" w:rsidR="00AF1FE7" w:rsidRDefault="00AF1F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8D1BC" w14:textId="77777777" w:rsidR="0094177F" w:rsidRDefault="0094177F">
      <w:pPr>
        <w:spacing w:after="0" w:line="240" w:lineRule="auto"/>
      </w:pPr>
      <w:r>
        <w:separator/>
      </w:r>
    </w:p>
  </w:footnote>
  <w:footnote w:type="continuationSeparator" w:id="0">
    <w:p w14:paraId="19ED7D9D" w14:textId="77777777" w:rsidR="0094177F" w:rsidRDefault="00941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FFC4D" w14:textId="77777777" w:rsidR="00AF1FE7" w:rsidRDefault="00AF1F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57008846">
    <w:abstractNumId w:val="8"/>
  </w:num>
  <w:num w:numId="2" w16cid:durableId="684138950">
    <w:abstractNumId w:val="6"/>
  </w:num>
  <w:num w:numId="3" w16cid:durableId="1656685569">
    <w:abstractNumId w:val="5"/>
  </w:num>
  <w:num w:numId="4" w16cid:durableId="1305039801">
    <w:abstractNumId w:val="4"/>
  </w:num>
  <w:num w:numId="5" w16cid:durableId="1426221068">
    <w:abstractNumId w:val="7"/>
  </w:num>
  <w:num w:numId="6" w16cid:durableId="1331909764">
    <w:abstractNumId w:val="3"/>
  </w:num>
  <w:num w:numId="7" w16cid:durableId="1842232326">
    <w:abstractNumId w:val="2"/>
  </w:num>
  <w:num w:numId="8" w16cid:durableId="2136949590">
    <w:abstractNumId w:val="1"/>
  </w:num>
  <w:num w:numId="9" w16cid:durableId="3943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00FFD"/>
    <w:rsid w:val="0029639D"/>
    <w:rsid w:val="002E0547"/>
    <w:rsid w:val="00326F90"/>
    <w:rsid w:val="00431DD2"/>
    <w:rsid w:val="0094177F"/>
    <w:rsid w:val="00AA1D8D"/>
    <w:rsid w:val="00AF1FE7"/>
    <w:rsid w:val="00B47730"/>
    <w:rsid w:val="00CB0664"/>
    <w:rsid w:val="00E30FE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F2430D"/>
  <w14:defaultImageDpi w14:val="300"/>
  <w15:docId w15:val="{9F890164-E9C5-4B03-AA50-23E3591BE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Tamas Simo</cp:lastModifiedBy>
  <cp:revision>3</cp:revision>
  <dcterms:created xsi:type="dcterms:W3CDTF">2013-12-23T23:15:00Z</dcterms:created>
  <dcterms:modified xsi:type="dcterms:W3CDTF">2026-08-27T10:35:00Z</dcterms:modified>
  <cp:category/>
</cp:coreProperties>
</file>