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8478" w14:textId="68D82933" w:rsidR="00D2628A" w:rsidRPr="00D2628A" w:rsidRDefault="00000000">
      <w:pPr>
        <w:spacing w:after="40" w:line="240" w:lineRule="auto"/>
        <w:rPr>
          <w:rFonts w:ascii="Times New Roman" w:hAnsi="Times New Roman"/>
          <w:b/>
          <w:sz w:val="16"/>
        </w:rPr>
      </w:pPr>
      <w:r>
        <w:rPr>
          <w:rFonts w:ascii="Times New Roman" w:hAnsi="Times New Roman"/>
          <w:b/>
          <w:sz w:val="16"/>
        </w:rPr>
        <w:t>Declarația pe propria răspundere care se depune conform prevederilor art. 93 alin. (4), art. 262 alin. (1) lit. m) și art. 269 alin. (16)</w:t>
      </w:r>
      <w:r>
        <w:rPr>
          <w:rFonts w:ascii="Times New Roman" w:hAnsi="Times New Roman"/>
          <w:b/>
          <w:sz w:val="16"/>
        </w:rPr>
        <w:br/>
        <w:t>din Legea nr. 169/2026 privind Codul Amenajării Teritoriului, Urbanismului și Construcțiilor</w:t>
      </w:r>
    </w:p>
    <w:tbl>
      <w:tblPr>
        <w:tblW w:w="0" w:type="auto"/>
        <w:jc w:val="center"/>
        <w:tblLayout w:type="fixed"/>
        <w:tblLook w:val="04A0" w:firstRow="1" w:lastRow="0" w:firstColumn="1" w:lastColumn="0" w:noHBand="0" w:noVBand="1"/>
      </w:tblPr>
      <w:tblGrid>
        <w:gridCol w:w="2160"/>
        <w:gridCol w:w="4320"/>
        <w:gridCol w:w="4320"/>
      </w:tblGrid>
      <w:tr w:rsidR="00D2628A" w:rsidRPr="0031126D" w14:paraId="1C7B9420" w14:textId="77777777" w:rsidTr="005A67B9">
        <w:trPr>
          <w:jc w:val="center"/>
        </w:trPr>
        <w:tc>
          <w:tcPr>
            <w:tcW w:w="2160" w:type="dxa"/>
            <w:vMerge w:val="restart"/>
            <w:tcBorders>
              <w:top w:val="single" w:sz="4" w:space="0" w:color="808080"/>
              <w:left w:val="single" w:sz="4" w:space="0" w:color="auto"/>
              <w:bottom w:val="single" w:sz="4" w:space="0" w:color="808080"/>
              <w:right w:val="single" w:sz="4" w:space="0" w:color="808080"/>
            </w:tcBorders>
            <w:tcMar>
              <w:top w:w="25" w:type="dxa"/>
              <w:left w:w="50" w:type="dxa"/>
              <w:bottom w:w="25" w:type="dxa"/>
              <w:right w:w="50" w:type="dxa"/>
            </w:tcMar>
          </w:tcPr>
          <w:p w14:paraId="4F2FEE5F" w14:textId="4C7A5E5E" w:rsidR="00D2628A" w:rsidRPr="0031126D" w:rsidRDefault="00D304F3" w:rsidP="00D304F3">
            <w:pPr>
              <w:jc w:val="center"/>
              <w:rPr>
                <w:sz w:val="24"/>
                <w:szCs w:val="24"/>
              </w:rPr>
            </w:pPr>
            <w:r>
              <w:rPr>
                <w:noProof/>
                <w:sz w:val="24"/>
                <w:szCs w:val="24"/>
              </w:rPr>
              <w:drawing>
                <wp:inline distT="0" distB="0" distL="0" distR="0" wp14:anchorId="5F7D9965" wp14:editId="60483086">
                  <wp:extent cx="963295" cy="1122045"/>
                  <wp:effectExtent l="0" t="0" r="8255" b="1905"/>
                  <wp:docPr id="203605454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1122045"/>
                          </a:xfrm>
                          <a:prstGeom prst="rect">
                            <a:avLst/>
                          </a:prstGeom>
                          <a:noFill/>
                        </pic:spPr>
                      </pic:pic>
                    </a:graphicData>
                  </a:graphic>
                </wp:inline>
              </w:drawing>
            </w: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7CD8993C" w14:textId="7777777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Județul Harghita</w:t>
            </w:r>
          </w:p>
        </w:tc>
      </w:tr>
      <w:tr w:rsidR="00D2628A" w:rsidRPr="0031126D" w14:paraId="2674A16D" w14:textId="77777777" w:rsidTr="005A67B9">
        <w:trPr>
          <w:jc w:val="center"/>
        </w:trPr>
        <w:tc>
          <w:tcPr>
            <w:tcW w:w="3600" w:type="dxa"/>
            <w:vMerge/>
            <w:tcBorders>
              <w:left w:val="single" w:sz="4" w:space="0" w:color="auto"/>
            </w:tcBorders>
          </w:tcPr>
          <w:p w14:paraId="4BEE56E2" w14:textId="77777777" w:rsidR="00D2628A" w:rsidRPr="0031126D" w:rsidRDefault="00D2628A" w:rsidP="005A67B9">
            <w:pPr>
              <w:rPr>
                <w:sz w:val="24"/>
                <w:szCs w:val="24"/>
              </w:rPr>
            </w:pP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1187EBFA" w14:textId="77777777" w:rsidR="00D2628A" w:rsidRPr="0031126D" w:rsidRDefault="00D2628A" w:rsidP="005A67B9">
            <w:pPr>
              <w:spacing w:after="20" w:line="240" w:lineRule="auto"/>
              <w:rPr>
                <w:sz w:val="24"/>
                <w:szCs w:val="24"/>
                <w:lang w:val="ro-RO"/>
              </w:rPr>
            </w:pPr>
            <w:r w:rsidRPr="0031126D">
              <w:rPr>
                <w:rFonts w:ascii="Times New Roman" w:hAnsi="Times New Roman"/>
                <w:b/>
                <w:color w:val="004682"/>
                <w:sz w:val="18"/>
                <w:szCs w:val="24"/>
              </w:rPr>
              <w:t>Consiliul Jude</w:t>
            </w:r>
            <w:r w:rsidRPr="0031126D">
              <w:rPr>
                <w:rFonts w:ascii="Times New Roman" w:hAnsi="Times New Roman"/>
                <w:b/>
                <w:color w:val="004682"/>
                <w:sz w:val="18"/>
                <w:szCs w:val="24"/>
                <w:lang w:val="ro-RO"/>
              </w:rPr>
              <w:t>țean Harghita</w:t>
            </w:r>
          </w:p>
        </w:tc>
      </w:tr>
      <w:tr w:rsidR="00D2628A" w:rsidRPr="0031126D" w14:paraId="24AC3647" w14:textId="77777777" w:rsidTr="005A67B9">
        <w:trPr>
          <w:jc w:val="center"/>
        </w:trPr>
        <w:tc>
          <w:tcPr>
            <w:tcW w:w="3600" w:type="dxa"/>
            <w:vMerge/>
            <w:tcBorders>
              <w:left w:val="single" w:sz="4" w:space="0" w:color="auto"/>
            </w:tcBorders>
          </w:tcPr>
          <w:p w14:paraId="636190A3" w14:textId="77777777" w:rsidR="00D2628A" w:rsidRPr="0031126D" w:rsidRDefault="00D2628A" w:rsidP="005A67B9">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30F6A657" w14:textId="77777777" w:rsidR="00D2628A" w:rsidRPr="00D304F3" w:rsidRDefault="00D2628A" w:rsidP="005A67B9">
            <w:pPr>
              <w:spacing w:after="20" w:line="240" w:lineRule="auto"/>
              <w:rPr>
                <w:rFonts w:ascii="Times New Roman" w:hAnsi="Times New Roman"/>
                <w:b/>
                <w:color w:val="004682"/>
                <w:sz w:val="18"/>
                <w:szCs w:val="24"/>
                <w:lang w:val="fr-FR"/>
              </w:rPr>
            </w:pPr>
            <w:r w:rsidRPr="00D304F3">
              <w:rPr>
                <w:rFonts w:ascii="Times New Roman" w:hAnsi="Times New Roman"/>
                <w:b/>
                <w:color w:val="004682"/>
                <w:sz w:val="18"/>
                <w:szCs w:val="24"/>
                <w:lang w:val="fr-FR"/>
              </w:rPr>
              <w:t>Cod de identificare fiscală (CIF)</w:t>
            </w:r>
          </w:p>
          <w:p w14:paraId="01582B61" w14:textId="7777777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4245763</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2E84DE90" w14:textId="77777777" w:rsidR="00D2628A" w:rsidRPr="0031126D" w:rsidRDefault="00D2628A" w:rsidP="005A67B9">
            <w:pPr>
              <w:spacing w:after="20" w:line="240" w:lineRule="auto"/>
              <w:rPr>
                <w:rFonts w:ascii="Times New Roman" w:hAnsi="Times New Roman"/>
                <w:b/>
                <w:color w:val="004682"/>
                <w:sz w:val="18"/>
                <w:szCs w:val="24"/>
              </w:rPr>
            </w:pPr>
            <w:r w:rsidRPr="0031126D">
              <w:rPr>
                <w:rFonts w:ascii="Times New Roman" w:hAnsi="Times New Roman"/>
                <w:b/>
                <w:color w:val="004682"/>
                <w:sz w:val="18"/>
                <w:szCs w:val="24"/>
              </w:rPr>
              <w:t xml:space="preserve">Adresa oficială : </w:t>
            </w:r>
            <w:r w:rsidRPr="0031126D">
              <w:rPr>
                <w:rFonts w:ascii="Times New Roman" w:hAnsi="Times New Roman"/>
                <w:b/>
                <w:color w:val="004682"/>
                <w:sz w:val="18"/>
                <w:szCs w:val="24"/>
              </w:rPr>
              <w:br/>
              <w:t>530221, strada Kossuth Lajos, nr. 8</w:t>
            </w:r>
          </w:p>
          <w:p w14:paraId="3A5B083D" w14:textId="77777777" w:rsidR="00D2628A" w:rsidRPr="0031126D" w:rsidRDefault="00D2628A" w:rsidP="005A67B9">
            <w:pPr>
              <w:spacing w:after="20" w:line="240" w:lineRule="auto"/>
              <w:rPr>
                <w:rFonts w:ascii="Times New Roman" w:hAnsi="Times New Roman"/>
                <w:b/>
                <w:color w:val="004682"/>
                <w:sz w:val="18"/>
                <w:szCs w:val="24"/>
              </w:rPr>
            </w:pPr>
            <w:r w:rsidRPr="0031126D">
              <w:rPr>
                <w:rFonts w:ascii="Times New Roman" w:hAnsi="Times New Roman"/>
                <w:b/>
                <w:color w:val="004682"/>
                <w:sz w:val="18"/>
                <w:szCs w:val="24"/>
              </w:rPr>
              <w:t>Miercurea Ciuc, Harghita</w:t>
            </w:r>
          </w:p>
          <w:p w14:paraId="5157EDE7" w14:textId="77777777" w:rsidR="00D2628A" w:rsidRPr="0031126D" w:rsidRDefault="00D2628A" w:rsidP="005A67B9">
            <w:pPr>
              <w:spacing w:after="20" w:line="240" w:lineRule="auto"/>
              <w:rPr>
                <w:rFonts w:ascii="Times New Roman" w:hAnsi="Times New Roman"/>
                <w:b/>
                <w:color w:val="004682"/>
                <w:sz w:val="18"/>
                <w:szCs w:val="24"/>
              </w:rPr>
            </w:pPr>
            <w:r w:rsidRPr="0031126D">
              <w:rPr>
                <w:rFonts w:ascii="Times New Roman" w:hAnsi="Times New Roman"/>
                <w:b/>
                <w:color w:val="004682"/>
                <w:sz w:val="18"/>
                <w:szCs w:val="24"/>
              </w:rPr>
              <w:t>România</w:t>
            </w:r>
            <w:r w:rsidRPr="0031126D">
              <w:rPr>
                <w:rFonts w:ascii="Times New Roman" w:hAnsi="Times New Roman"/>
                <w:b/>
                <w:color w:val="004682"/>
                <w:sz w:val="18"/>
                <w:szCs w:val="24"/>
              </w:rPr>
              <w:tab/>
              <w:t>Tel: +0266 207 700</w:t>
            </w:r>
          </w:p>
          <w:p w14:paraId="354EA211" w14:textId="7777777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E-mail: info@judetulharghita.ro</w:t>
            </w:r>
          </w:p>
        </w:tc>
      </w:tr>
      <w:tr w:rsidR="00D2628A" w:rsidRPr="0031126D" w14:paraId="638BAFDD" w14:textId="77777777" w:rsidTr="005A67B9">
        <w:trPr>
          <w:trHeight w:val="124"/>
          <w:jc w:val="center"/>
        </w:trPr>
        <w:tc>
          <w:tcPr>
            <w:tcW w:w="3600" w:type="dxa"/>
            <w:vMerge/>
            <w:tcBorders>
              <w:left w:val="single" w:sz="4" w:space="0" w:color="auto"/>
            </w:tcBorders>
          </w:tcPr>
          <w:p w14:paraId="7DAAFBEF" w14:textId="77777777" w:rsidR="00D2628A" w:rsidRPr="0031126D" w:rsidRDefault="00D2628A" w:rsidP="005A67B9">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238FFE3B" w14:textId="7777777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Număr înregistrare</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6618E164" w14:textId="77777777" w:rsidR="00D2628A" w:rsidRPr="0031126D" w:rsidRDefault="00D2628A" w:rsidP="005A67B9">
            <w:pPr>
              <w:spacing w:after="20" w:line="240" w:lineRule="auto"/>
              <w:rPr>
                <w:sz w:val="24"/>
                <w:szCs w:val="24"/>
              </w:rPr>
            </w:pPr>
            <w:r w:rsidRPr="0031126D">
              <w:rPr>
                <w:rFonts w:ascii="Times New Roman" w:hAnsi="Times New Roman"/>
                <w:b/>
                <w:color w:val="004682"/>
                <w:sz w:val="18"/>
                <w:szCs w:val="24"/>
              </w:rPr>
              <w:t>Data</w:t>
            </w:r>
          </w:p>
        </w:tc>
      </w:tr>
      <w:tr w:rsidR="00D2628A" w:rsidRPr="00D304F3" w14:paraId="297F44C3" w14:textId="77777777" w:rsidTr="005A67B9">
        <w:trPr>
          <w:jc w:val="center"/>
        </w:trPr>
        <w:tc>
          <w:tcPr>
            <w:tcW w:w="4320" w:type="dxa"/>
            <w:gridSpan w:val="3"/>
            <w:tcBorders>
              <w:top w:val="single" w:sz="4" w:space="0" w:color="808080"/>
              <w:left w:val="single" w:sz="4" w:space="0" w:color="auto"/>
              <w:bottom w:val="single" w:sz="4" w:space="0" w:color="808080"/>
              <w:right w:val="single" w:sz="4" w:space="0" w:color="808080"/>
            </w:tcBorders>
            <w:shd w:val="clear" w:color="auto" w:fill="F9F9F9"/>
            <w:tcMar>
              <w:top w:w="25" w:type="dxa"/>
              <w:left w:w="50" w:type="dxa"/>
              <w:bottom w:w="25" w:type="dxa"/>
              <w:right w:w="50" w:type="dxa"/>
            </w:tcMar>
          </w:tcPr>
          <w:p w14:paraId="00E698C4" w14:textId="77777777" w:rsidR="00D2628A" w:rsidRPr="00D304F3" w:rsidRDefault="00D2628A" w:rsidP="005A67B9">
            <w:pPr>
              <w:spacing w:after="20" w:line="240" w:lineRule="auto"/>
              <w:rPr>
                <w:sz w:val="24"/>
                <w:szCs w:val="24"/>
                <w:lang w:val="fr-FR"/>
              </w:rPr>
            </w:pPr>
            <w:r w:rsidRPr="00D304F3">
              <w:rPr>
                <w:rFonts w:ascii="Times New Roman" w:hAnsi="Times New Roman"/>
                <w:i/>
                <w:color w:val="787878"/>
                <w:sz w:val="16"/>
                <w:szCs w:val="24"/>
                <w:lang w:val="fr-FR"/>
              </w:rPr>
              <w:t>se completează de autoritate — solicitantul nu scrie în această zonă</w:t>
            </w:r>
          </w:p>
        </w:tc>
      </w:tr>
    </w:tbl>
    <w:p w14:paraId="3EEB3A21" w14:textId="77777777" w:rsidR="00D2628A" w:rsidRPr="00D304F3" w:rsidRDefault="00D2628A">
      <w:pPr>
        <w:spacing w:before="80" w:after="60" w:line="240" w:lineRule="auto"/>
        <w:jc w:val="center"/>
        <w:rPr>
          <w:rFonts w:ascii="Times New Roman" w:hAnsi="Times New Roman"/>
          <w:b/>
          <w:sz w:val="25"/>
          <w:lang w:val="fr-FR"/>
        </w:rPr>
      </w:pPr>
    </w:p>
    <w:p w14:paraId="5FA9E90D" w14:textId="4FC7CC08" w:rsidR="00794A72" w:rsidRPr="00D304F3" w:rsidRDefault="00000000">
      <w:pPr>
        <w:spacing w:before="80" w:after="60" w:line="240" w:lineRule="auto"/>
        <w:jc w:val="center"/>
        <w:rPr>
          <w:sz w:val="24"/>
          <w:szCs w:val="24"/>
          <w:lang w:val="fr-FR"/>
        </w:rPr>
      </w:pPr>
      <w:r w:rsidRPr="00D304F3">
        <w:rPr>
          <w:rFonts w:ascii="Times New Roman" w:hAnsi="Times New Roman"/>
          <w:b/>
          <w:sz w:val="28"/>
          <w:szCs w:val="24"/>
          <w:lang w:val="fr-FR"/>
        </w:rPr>
        <w:t>DECLARAȚIE PE PROPRIA RĂSPUNDERE</w:t>
      </w:r>
      <w:r w:rsidRPr="00D304F3">
        <w:rPr>
          <w:rFonts w:ascii="Times New Roman" w:hAnsi="Times New Roman"/>
          <w:b/>
          <w:sz w:val="28"/>
          <w:szCs w:val="24"/>
          <w:lang w:val="fr-FR"/>
        </w:rPr>
        <w:br/>
      </w:r>
      <w:r w:rsidRPr="00D304F3">
        <w:rPr>
          <w:rFonts w:ascii="Times New Roman" w:hAnsi="Times New Roman"/>
          <w:sz w:val="18"/>
          <w:szCs w:val="24"/>
          <w:lang w:val="fr-FR"/>
        </w:rPr>
        <w:t>prin care beneficiarul declară că nu a fost primită solicitarea de clarificare, completare sau modificare, nu a fost eliberat aviz /</w:t>
      </w:r>
      <w:r w:rsidRPr="00D304F3">
        <w:rPr>
          <w:rFonts w:ascii="Times New Roman" w:hAnsi="Times New Roman"/>
          <w:sz w:val="18"/>
          <w:szCs w:val="24"/>
          <w:lang w:val="fr-FR"/>
        </w:rPr>
        <w:br/>
        <w:t>acord cu sau fără condiții ori nu a fost eliberată adresa de respingere</w:t>
      </w: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794A72" w:rsidRPr="00175BE1" w14:paraId="07CFA0A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145E7C34" w14:textId="77777777" w:rsidR="00794A72" w:rsidRPr="00175BE1" w:rsidRDefault="00000000">
            <w:pPr>
              <w:spacing w:before="10" w:after="10" w:line="240" w:lineRule="auto"/>
              <w:rPr>
                <w:sz w:val="24"/>
                <w:szCs w:val="24"/>
              </w:rPr>
            </w:pPr>
            <w:r w:rsidRPr="00175BE1">
              <w:rPr>
                <w:rFonts w:ascii="Times New Roman" w:hAnsi="Times New Roman"/>
                <w:b/>
                <w:sz w:val="18"/>
                <w:szCs w:val="24"/>
              </w:rPr>
              <w:t>1. SOLICITANTUL</w:t>
            </w:r>
          </w:p>
        </w:tc>
      </w:tr>
      <w:tr w:rsidR="00794A72" w:rsidRPr="00175BE1" w14:paraId="68576BA8"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351C36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2C2703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CNP</w:t>
            </w:r>
          </w:p>
        </w:tc>
      </w:tr>
      <w:tr w:rsidR="00794A72" w:rsidRPr="00175BE1" w14:paraId="6AA3B53D"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C9F407" w14:textId="77777777" w:rsidR="00794A72" w:rsidRPr="00175BE1" w:rsidRDefault="00000000">
            <w:pPr>
              <w:spacing w:after="0" w:line="240" w:lineRule="auto"/>
              <w:rPr>
                <w:sz w:val="24"/>
                <w:szCs w:val="24"/>
              </w:rPr>
            </w:pPr>
            <w:r w:rsidRPr="00175BE1">
              <w:rPr>
                <w:rFonts w:ascii="Times New Roman" w:hAnsi="Times New Roman"/>
                <w:color w:val="000000"/>
                <w:sz w:val="16"/>
                <w:szCs w:val="24"/>
              </w:rPr>
              <w:t>Act de identitate</w:t>
            </w:r>
          </w:p>
        </w:tc>
      </w:tr>
      <w:tr w:rsidR="00794A72" w:rsidRPr="00175BE1" w14:paraId="6C1D5F95"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56CD960"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BDC0726"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30B1D64"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C733DF8"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La data</w:t>
            </w:r>
          </w:p>
        </w:tc>
      </w:tr>
      <w:tr w:rsidR="00794A72" w:rsidRPr="00175BE1" w14:paraId="262CC590"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DE8C726" w14:textId="77777777" w:rsidR="00794A72" w:rsidRPr="00175BE1" w:rsidRDefault="00000000">
            <w:pPr>
              <w:spacing w:after="0" w:line="240" w:lineRule="auto"/>
              <w:rPr>
                <w:sz w:val="24"/>
                <w:szCs w:val="24"/>
              </w:rPr>
            </w:pPr>
            <w:r w:rsidRPr="00175BE1">
              <w:rPr>
                <w:rFonts w:ascii="Times New Roman" w:hAnsi="Times New Roman"/>
                <w:color w:val="000000"/>
                <w:sz w:val="16"/>
                <w:szCs w:val="24"/>
              </w:rPr>
              <w:t>Domiciliul</w:t>
            </w:r>
          </w:p>
        </w:tc>
      </w:tr>
      <w:tr w:rsidR="00794A72" w:rsidRPr="00175BE1" w14:paraId="0D2C1E47"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EA3E71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0E5965B"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2C5E69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Satul / sectorul</w:t>
            </w:r>
          </w:p>
        </w:tc>
      </w:tr>
      <w:tr w:rsidR="00794A72" w:rsidRPr="00175BE1" w14:paraId="22DD350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70924116"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5D7EB2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3764B18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CFC302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61D068B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34EFE51"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87F333B"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Țara</w:t>
            </w:r>
          </w:p>
        </w:tc>
      </w:tr>
      <w:tr w:rsidR="00794A72" w:rsidRPr="00175BE1" w14:paraId="74568C3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1B490CA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5C77A08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E-mail</w:t>
            </w:r>
          </w:p>
        </w:tc>
      </w:tr>
    </w:tbl>
    <w:p w14:paraId="374F3CFB"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4560"/>
        <w:gridCol w:w="912"/>
        <w:gridCol w:w="912"/>
        <w:gridCol w:w="912"/>
        <w:gridCol w:w="912"/>
        <w:gridCol w:w="1824"/>
        <w:gridCol w:w="912"/>
      </w:tblGrid>
      <w:tr w:rsidR="00794A72" w:rsidRPr="00175BE1" w14:paraId="2908207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75E338D4" w14:textId="77777777" w:rsidR="00794A72" w:rsidRPr="00175BE1" w:rsidRDefault="00000000">
            <w:pPr>
              <w:spacing w:before="10" w:after="10" w:line="240" w:lineRule="auto"/>
              <w:rPr>
                <w:sz w:val="24"/>
                <w:szCs w:val="24"/>
              </w:rPr>
            </w:pPr>
            <w:r w:rsidRPr="00175BE1">
              <w:rPr>
                <w:rFonts w:ascii="Times New Roman" w:hAnsi="Times New Roman"/>
                <w:b/>
                <w:sz w:val="18"/>
                <w:szCs w:val="24"/>
              </w:rPr>
              <w:t>2. BENEFICIAR AL</w:t>
            </w:r>
          </w:p>
        </w:tc>
      </w:tr>
      <w:tr w:rsidR="00794A72" w:rsidRPr="00D304F3" w14:paraId="75675EE1"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7D1599B" w14:textId="77777777" w:rsidR="00794A72" w:rsidRPr="00D304F3" w:rsidRDefault="00000000">
            <w:pPr>
              <w:spacing w:after="10" w:line="240" w:lineRule="auto"/>
              <w:rPr>
                <w:sz w:val="24"/>
                <w:szCs w:val="24"/>
                <w:lang w:val="fr-FR"/>
              </w:rPr>
            </w:pPr>
            <w:r w:rsidRPr="00D304F3">
              <w:rPr>
                <w:rFonts w:ascii="Times New Roman" w:hAnsi="Times New Roman"/>
                <w:sz w:val="16"/>
                <w:szCs w:val="24"/>
                <w:lang w:val="fr-FR"/>
              </w:rPr>
              <w:t>☐ Documentației de amenajare a teritoriului / documentației de urbanism, pentru care se solicită analizarea și promovarea spre aprobare, având denumirea:</w:t>
            </w:r>
            <w:r w:rsidRPr="00D304F3">
              <w:rPr>
                <w:rFonts w:ascii="Times New Roman" w:hAnsi="Times New Roman"/>
                <w:sz w:val="16"/>
                <w:szCs w:val="24"/>
                <w:lang w:val="fr-FR"/>
              </w:rPr>
              <w:br/>
              <w:t>...........................................................................................................................................................................................................</w:t>
            </w:r>
            <w:r w:rsidRPr="00D304F3">
              <w:rPr>
                <w:rFonts w:ascii="Times New Roman" w:hAnsi="Times New Roman"/>
                <w:sz w:val="16"/>
                <w:szCs w:val="24"/>
                <w:lang w:val="fr-FR"/>
              </w:rPr>
              <w:br/>
              <w:t>☐ Investiției, pentru care se solicită emiterea autorizației de construire / desființare / organizare de șantier</w:t>
            </w:r>
            <w:r w:rsidRPr="00D304F3">
              <w:rPr>
                <w:rFonts w:ascii="Times New Roman" w:hAnsi="Times New Roman"/>
                <w:sz w:val="16"/>
                <w:szCs w:val="24"/>
                <w:lang w:val="fr-FR"/>
              </w:rPr>
              <w:br/>
            </w:r>
            <w:r w:rsidRPr="00D304F3">
              <w:rPr>
                <w:rFonts w:ascii="Times New Roman" w:hAnsi="Times New Roman"/>
                <w:sz w:val="16"/>
                <w:szCs w:val="24"/>
                <w:lang w:val="fr-FR"/>
              </w:rPr>
              <w:br/>
              <w:t>___________________________________________________________________________________________________</w:t>
            </w:r>
          </w:p>
        </w:tc>
      </w:tr>
      <w:tr w:rsidR="00794A72" w:rsidRPr="00175BE1" w14:paraId="3F02990F"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AFDA32" w14:textId="77777777" w:rsidR="00794A72" w:rsidRPr="00D304F3" w:rsidRDefault="00000000">
            <w:pPr>
              <w:spacing w:after="0" w:line="240" w:lineRule="auto"/>
              <w:rPr>
                <w:sz w:val="24"/>
                <w:szCs w:val="24"/>
                <w:lang w:val="fr-FR"/>
              </w:rPr>
            </w:pPr>
            <w:r w:rsidRPr="00D304F3">
              <w:rPr>
                <w:rFonts w:ascii="Times New Roman" w:hAnsi="Times New Roman"/>
                <w:b/>
                <w:color w:val="004682"/>
                <w:sz w:val="18"/>
                <w:szCs w:val="24"/>
                <w:lang w:val="fr-FR"/>
              </w:rPr>
              <w:t>în baza Certificatului de urbanism nr.</w:t>
            </w:r>
          </w:p>
        </w:tc>
        <w:tc>
          <w:tcPr>
            <w:tcW w:w="2736"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A527EC4"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din data de</w:t>
            </w:r>
          </w:p>
        </w:tc>
        <w:tc>
          <w:tcPr>
            <w:tcW w:w="3648"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D5ED70"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emis de</w:t>
            </w:r>
          </w:p>
        </w:tc>
      </w:tr>
      <w:tr w:rsidR="00794A72" w:rsidRPr="00175BE1" w14:paraId="399F2F2A"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1B6B734" w14:textId="77777777" w:rsidR="00794A72" w:rsidRPr="00175BE1" w:rsidRDefault="00000000">
            <w:pPr>
              <w:spacing w:after="0" w:line="240" w:lineRule="auto"/>
              <w:rPr>
                <w:sz w:val="24"/>
                <w:szCs w:val="24"/>
              </w:rPr>
            </w:pPr>
            <w:r w:rsidRPr="00175BE1">
              <w:rPr>
                <w:rFonts w:ascii="Times New Roman" w:hAnsi="Times New Roman"/>
                <w:color w:val="000000"/>
                <w:sz w:val="16"/>
                <w:szCs w:val="24"/>
              </w:rPr>
              <w:t>având ca amplasament imobilul (teren și/sau construcții), situat în:</w:t>
            </w:r>
          </w:p>
        </w:tc>
      </w:tr>
      <w:tr w:rsidR="00794A72" w:rsidRPr="00175BE1" w14:paraId="634EC161"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AE13FF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E5FBB2D"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Municipiul / orașul / comuna</w:t>
            </w:r>
          </w:p>
        </w:tc>
        <w:tc>
          <w:tcPr>
            <w:tcW w:w="2736"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99C7C0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Satul / sectorul</w:t>
            </w:r>
          </w:p>
        </w:tc>
      </w:tr>
      <w:tr w:rsidR="00794A72" w:rsidRPr="00175BE1" w14:paraId="63F5B425" w14:textId="77777777">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F5D7FD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0FEB154"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E5A2E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5A76B62"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2CF64EB"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5F6ECE"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Cod poștal</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2A89CF"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Țara</w:t>
            </w:r>
          </w:p>
        </w:tc>
      </w:tr>
      <w:tr w:rsidR="00794A72" w:rsidRPr="00175BE1" w14:paraId="00036F2D"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40CE9A6"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Cartea funciară nr.</w:t>
            </w:r>
          </w:p>
        </w:tc>
        <w:tc>
          <w:tcPr>
            <w:tcW w:w="5472" w:type="dxa"/>
            <w:gridSpan w:val="5"/>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6C68F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 cadastral</w:t>
            </w:r>
          </w:p>
        </w:tc>
      </w:tr>
    </w:tbl>
    <w:p w14:paraId="1ECCC19B"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24842212"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302C09E3" w14:textId="77777777" w:rsidR="00794A72" w:rsidRPr="00175BE1" w:rsidRDefault="00000000">
            <w:pPr>
              <w:spacing w:before="10" w:after="10" w:line="240" w:lineRule="auto"/>
              <w:rPr>
                <w:sz w:val="24"/>
                <w:szCs w:val="24"/>
              </w:rPr>
            </w:pPr>
            <w:r w:rsidRPr="00175BE1">
              <w:rPr>
                <w:rFonts w:ascii="Times New Roman" w:hAnsi="Times New Roman"/>
                <w:b/>
                <w:sz w:val="18"/>
                <w:szCs w:val="24"/>
              </w:rPr>
              <w:t>3. DECLAR PE PROPRIE RĂSPUNDERE</w:t>
            </w:r>
          </w:p>
        </w:tc>
      </w:tr>
      <w:tr w:rsidR="00794A72" w:rsidRPr="00175BE1" w14:paraId="514D07EB"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C1BCB23" w14:textId="77777777" w:rsidR="00794A72" w:rsidRPr="00175BE1" w:rsidRDefault="00000000">
            <w:pPr>
              <w:spacing w:after="10" w:line="240" w:lineRule="auto"/>
              <w:rPr>
                <w:sz w:val="24"/>
                <w:szCs w:val="24"/>
              </w:rPr>
            </w:pPr>
            <w:r w:rsidRPr="00175BE1">
              <w:rPr>
                <w:rFonts w:ascii="Times New Roman" w:hAnsi="Times New Roman"/>
                <w:i/>
                <w:sz w:val="16"/>
                <w:szCs w:val="24"/>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794A72" w:rsidRPr="00D304F3" w14:paraId="0DCFF19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335B0E5" w14:textId="77777777" w:rsidR="00794A72" w:rsidRPr="00D304F3" w:rsidRDefault="00000000">
            <w:pPr>
              <w:spacing w:after="10" w:line="240" w:lineRule="auto"/>
              <w:rPr>
                <w:sz w:val="24"/>
                <w:szCs w:val="24"/>
                <w:lang w:val="fr-FR"/>
              </w:rPr>
            </w:pPr>
            <w:r w:rsidRPr="00D304F3">
              <w:rPr>
                <w:rFonts w:ascii="Times New Roman" w:hAnsi="Times New Roman"/>
                <w:sz w:val="16"/>
                <w:szCs w:val="24"/>
                <w:lang w:val="fr-FR"/>
              </w:rPr>
              <w:t>☐ nicio solicitare de clarificare, completare sau modificare</w:t>
            </w:r>
          </w:p>
        </w:tc>
      </w:tr>
      <w:tr w:rsidR="00794A72" w:rsidRPr="00D304F3" w14:paraId="6F0BF09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743B18" w14:textId="77777777" w:rsidR="00794A72" w:rsidRPr="00D304F3" w:rsidRDefault="00000000">
            <w:pPr>
              <w:spacing w:after="10" w:line="240" w:lineRule="auto"/>
              <w:rPr>
                <w:sz w:val="24"/>
                <w:szCs w:val="24"/>
                <w:lang w:val="fr-FR"/>
              </w:rPr>
            </w:pPr>
            <w:r w:rsidRPr="00D304F3">
              <w:rPr>
                <w:rFonts w:ascii="Times New Roman" w:hAnsi="Times New Roman"/>
                <w:sz w:val="16"/>
                <w:szCs w:val="24"/>
                <w:lang w:val="fr-FR"/>
              </w:rPr>
              <w:t>☐ niciun aviz sau acord cu sau fără condiții</w:t>
            </w:r>
          </w:p>
        </w:tc>
      </w:tr>
      <w:tr w:rsidR="00794A72" w:rsidRPr="00175BE1" w14:paraId="75A95D3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381AC2A1" w14:textId="77777777" w:rsidR="00794A72" w:rsidRPr="00175BE1" w:rsidRDefault="00000000">
            <w:pPr>
              <w:spacing w:after="10" w:line="240" w:lineRule="auto"/>
              <w:rPr>
                <w:sz w:val="24"/>
                <w:szCs w:val="24"/>
              </w:rPr>
            </w:pPr>
            <w:r w:rsidRPr="00175BE1">
              <w:rPr>
                <w:rFonts w:ascii="Times New Roman" w:hAnsi="Times New Roman"/>
                <w:sz w:val="16"/>
                <w:szCs w:val="24"/>
              </w:rPr>
              <w:t>☐ nicio adresă de respingere</w:t>
            </w:r>
          </w:p>
        </w:tc>
      </w:tr>
      <w:tr w:rsidR="00794A72" w:rsidRPr="00D304F3" w14:paraId="14B780A8"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7D6B3404" w14:textId="77777777" w:rsidR="00794A72" w:rsidRPr="00D304F3" w:rsidRDefault="00000000">
            <w:pPr>
              <w:spacing w:after="10" w:line="240" w:lineRule="auto"/>
              <w:rPr>
                <w:sz w:val="24"/>
                <w:szCs w:val="24"/>
                <w:lang w:val="fr-FR"/>
              </w:rPr>
            </w:pPr>
            <w:r w:rsidRPr="00D304F3">
              <w:rPr>
                <w:rFonts w:ascii="Times New Roman" w:hAnsi="Times New Roman"/>
                <w:i/>
                <w:sz w:val="16"/>
                <w:szCs w:val="24"/>
                <w:lang w:val="fr-FR"/>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5ECF629A" w14:textId="77777777" w:rsidR="00794A72" w:rsidRPr="00D304F3" w:rsidRDefault="00000000">
      <w:pPr>
        <w:rPr>
          <w:sz w:val="24"/>
          <w:szCs w:val="24"/>
          <w:lang w:val="fr-FR"/>
        </w:rPr>
      </w:pPr>
      <w:r w:rsidRPr="00D304F3">
        <w:rPr>
          <w:sz w:val="24"/>
          <w:szCs w:val="24"/>
          <w:lang w:val="fr-FR"/>
        </w:rPr>
        <w:br w:type="page"/>
      </w:r>
    </w:p>
    <w:tbl>
      <w:tblPr>
        <w:tblW w:w="0" w:type="auto"/>
        <w:jc w:val="center"/>
        <w:tblLayout w:type="fixed"/>
        <w:tblLook w:val="04A0" w:firstRow="1" w:lastRow="0" w:firstColumn="1" w:lastColumn="0" w:noHBand="0" w:noVBand="1"/>
      </w:tblPr>
      <w:tblGrid>
        <w:gridCol w:w="864"/>
        <w:gridCol w:w="2592"/>
        <w:gridCol w:w="2880"/>
        <w:gridCol w:w="2304"/>
        <w:gridCol w:w="2304"/>
      </w:tblGrid>
      <w:tr w:rsidR="00794A72" w:rsidRPr="00175BE1" w14:paraId="7B98E1E1" w14:textId="77777777">
        <w:trPr>
          <w:jc w:val="center"/>
        </w:trPr>
        <w:tc>
          <w:tcPr>
            <w:tcW w:w="2304" w:type="dxa"/>
            <w:gridSpan w:val="5"/>
            <w:tcBorders>
              <w:top w:val="single" w:sz="4" w:space="0" w:color="808080"/>
              <w:left w:val="single" w:sz="4" w:space="0" w:color="808080"/>
              <w:bottom w:val="single" w:sz="4" w:space="0" w:color="808080"/>
              <w:right w:val="single" w:sz="4" w:space="0" w:color="808080"/>
            </w:tcBorders>
            <w:shd w:val="clear" w:color="auto" w:fill="EBEBEB"/>
            <w:tcMar>
              <w:top w:w="6" w:type="dxa"/>
              <w:left w:w="20" w:type="dxa"/>
              <w:bottom w:w="6" w:type="dxa"/>
              <w:right w:w="20" w:type="dxa"/>
            </w:tcMar>
          </w:tcPr>
          <w:p w14:paraId="5506A947" w14:textId="77777777" w:rsidR="00794A72" w:rsidRPr="00175BE1" w:rsidRDefault="00000000">
            <w:pPr>
              <w:spacing w:before="10" w:after="10" w:line="240" w:lineRule="auto"/>
              <w:rPr>
                <w:sz w:val="24"/>
                <w:szCs w:val="24"/>
              </w:rPr>
            </w:pPr>
            <w:r w:rsidRPr="00175BE1">
              <w:rPr>
                <w:rFonts w:ascii="Times New Roman" w:hAnsi="Times New Roman"/>
                <w:b/>
                <w:sz w:val="18"/>
                <w:szCs w:val="24"/>
              </w:rPr>
              <w:lastRenderedPageBreak/>
              <w:t>4. AVIZELE / ACORDURILE PENTRU CARE SE INVOCĂ APROBAREA TACITĂ</w:t>
            </w:r>
          </w:p>
        </w:tc>
      </w:tr>
      <w:tr w:rsidR="00794A72" w:rsidRPr="00D304F3" w14:paraId="7D422863"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31E73D1"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Nr. crt.</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24DF52A"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Avizul / acordul</w:t>
            </w:r>
            <w:r w:rsidRPr="00175BE1">
              <w:rPr>
                <w:rFonts w:ascii="Times New Roman" w:hAnsi="Times New Roman"/>
                <w:b/>
                <w:color w:val="004682"/>
                <w:sz w:val="18"/>
                <w:szCs w:val="24"/>
              </w:rPr>
              <w:br/>
              <w:t>solicitat</w:t>
            </w: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73C316BC" w14:textId="77777777" w:rsidR="00794A72" w:rsidRPr="00D304F3" w:rsidRDefault="00000000">
            <w:pPr>
              <w:spacing w:after="0" w:line="240" w:lineRule="auto"/>
              <w:rPr>
                <w:sz w:val="24"/>
                <w:szCs w:val="24"/>
                <w:lang w:val="fr-FR"/>
              </w:rPr>
            </w:pPr>
            <w:r w:rsidRPr="00D304F3">
              <w:rPr>
                <w:rFonts w:ascii="Times New Roman" w:hAnsi="Times New Roman"/>
                <w:b/>
                <w:color w:val="004682"/>
                <w:sz w:val="18"/>
                <w:szCs w:val="24"/>
                <w:lang w:val="fr-FR"/>
              </w:rPr>
              <w:t>Instituția / entitatea de la care s-a</w:t>
            </w:r>
            <w:r w:rsidRPr="00D304F3">
              <w:rPr>
                <w:rFonts w:ascii="Times New Roman" w:hAnsi="Times New Roman"/>
                <w:b/>
                <w:color w:val="004682"/>
                <w:sz w:val="18"/>
                <w:szCs w:val="24"/>
                <w:lang w:val="fr-FR"/>
              </w:rPr>
              <w:br/>
              <w:t>solicitat</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E4C1945"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Dată și nr.</w:t>
            </w:r>
            <w:r w:rsidRPr="00175BE1">
              <w:rPr>
                <w:rFonts w:ascii="Times New Roman" w:hAnsi="Times New Roman"/>
                <w:b/>
                <w:color w:val="004682"/>
                <w:sz w:val="18"/>
                <w:szCs w:val="24"/>
              </w:rPr>
              <w:br/>
              <w:t>înregistrare solicitare</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8721FFD" w14:textId="77777777" w:rsidR="00794A72" w:rsidRPr="00D304F3" w:rsidRDefault="00000000">
            <w:pPr>
              <w:spacing w:after="0" w:line="240" w:lineRule="auto"/>
              <w:rPr>
                <w:sz w:val="24"/>
                <w:szCs w:val="24"/>
                <w:lang w:val="fr-FR"/>
              </w:rPr>
            </w:pPr>
            <w:r w:rsidRPr="00D304F3">
              <w:rPr>
                <w:rFonts w:ascii="Times New Roman" w:hAnsi="Times New Roman"/>
                <w:b/>
                <w:color w:val="004682"/>
                <w:sz w:val="18"/>
                <w:szCs w:val="24"/>
                <w:lang w:val="fr-FR"/>
              </w:rPr>
              <w:t>Dată și nr. depunere</w:t>
            </w:r>
            <w:r w:rsidRPr="00D304F3">
              <w:rPr>
                <w:rFonts w:ascii="Times New Roman" w:hAnsi="Times New Roman"/>
                <w:b/>
                <w:color w:val="004682"/>
                <w:sz w:val="18"/>
                <w:szCs w:val="24"/>
                <w:lang w:val="fr-FR"/>
              </w:rPr>
              <w:br/>
              <w:t>răspuns la clarificări</w:t>
            </w:r>
            <w:r w:rsidRPr="00D304F3">
              <w:rPr>
                <w:rFonts w:ascii="Times New Roman" w:hAnsi="Times New Roman"/>
                <w:b/>
                <w:color w:val="004682"/>
                <w:sz w:val="18"/>
                <w:szCs w:val="24"/>
                <w:lang w:val="fr-FR"/>
              </w:rPr>
              <w:br/>
              <w:t>Data împlinirii</w:t>
            </w:r>
            <w:r w:rsidRPr="00D304F3">
              <w:rPr>
                <w:rFonts w:ascii="Times New Roman" w:hAnsi="Times New Roman"/>
                <w:b/>
                <w:color w:val="004682"/>
                <w:sz w:val="18"/>
                <w:szCs w:val="24"/>
                <w:lang w:val="fr-FR"/>
              </w:rPr>
              <w:br/>
              <w:t>termenului</w:t>
            </w:r>
          </w:p>
        </w:tc>
      </w:tr>
      <w:tr w:rsidR="00794A72" w:rsidRPr="00175BE1" w14:paraId="77D3DDEA"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6E146B5A"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1</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067529C"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6D8E857"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A5617E4"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3DF47D8" w14:textId="77777777" w:rsidR="00794A72" w:rsidRPr="00175BE1" w:rsidRDefault="00794A72">
            <w:pPr>
              <w:rPr>
                <w:sz w:val="24"/>
                <w:szCs w:val="24"/>
              </w:rPr>
            </w:pPr>
          </w:p>
        </w:tc>
      </w:tr>
      <w:tr w:rsidR="00794A72" w:rsidRPr="00175BE1" w14:paraId="6D28A177"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5F55FE8"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2</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16D118A"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0468ED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E267F5"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1BAFA7F" w14:textId="77777777" w:rsidR="00794A72" w:rsidRPr="00175BE1" w:rsidRDefault="00794A72">
            <w:pPr>
              <w:rPr>
                <w:sz w:val="24"/>
                <w:szCs w:val="24"/>
              </w:rPr>
            </w:pPr>
          </w:p>
        </w:tc>
      </w:tr>
      <w:tr w:rsidR="00794A72" w:rsidRPr="00175BE1" w14:paraId="65852CE0"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AC74F6F"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3</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5B3F433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25038D46"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44F718D"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6C3EDC3" w14:textId="77777777" w:rsidR="00794A72" w:rsidRPr="00175BE1" w:rsidRDefault="00794A72">
            <w:pPr>
              <w:rPr>
                <w:sz w:val="24"/>
                <w:szCs w:val="24"/>
              </w:rPr>
            </w:pPr>
          </w:p>
        </w:tc>
      </w:tr>
      <w:tr w:rsidR="00794A72" w:rsidRPr="00175BE1" w14:paraId="5403AEB5" w14:textId="77777777">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411781D0" w14:textId="77777777" w:rsidR="00794A72" w:rsidRPr="00175BE1" w:rsidRDefault="00000000">
            <w:pPr>
              <w:spacing w:after="10" w:line="240" w:lineRule="auto"/>
              <w:jc w:val="center"/>
              <w:rPr>
                <w:sz w:val="24"/>
                <w:szCs w:val="24"/>
              </w:rPr>
            </w:pPr>
            <w:r w:rsidRPr="00175BE1">
              <w:rPr>
                <w:rFonts w:ascii="Times New Roman" w:hAnsi="Times New Roman"/>
                <w:sz w:val="18"/>
                <w:szCs w:val="24"/>
              </w:rPr>
              <w:t>4</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DDBECBE" w14:textId="77777777" w:rsidR="00794A72" w:rsidRPr="00175BE1" w:rsidRDefault="00794A72">
            <w:pPr>
              <w:rPr>
                <w:sz w:val="24"/>
                <w:szCs w:val="24"/>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3916093E"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1D6D6FA9" w14:textId="77777777" w:rsidR="00794A72" w:rsidRPr="00175BE1" w:rsidRDefault="00794A72">
            <w:pPr>
              <w:rPr>
                <w:sz w:val="24"/>
                <w:szCs w:val="24"/>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14:paraId="0A615B99" w14:textId="77777777" w:rsidR="00794A72" w:rsidRPr="00175BE1" w:rsidRDefault="00794A72">
            <w:pPr>
              <w:rPr>
                <w:sz w:val="24"/>
                <w:szCs w:val="24"/>
              </w:rPr>
            </w:pPr>
          </w:p>
        </w:tc>
      </w:tr>
    </w:tbl>
    <w:p w14:paraId="2C524373"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175BE1" w14:paraId="70CAC03E"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14:paraId="6AF2699E" w14:textId="77777777" w:rsidR="00794A72" w:rsidRPr="00175BE1" w:rsidRDefault="00000000">
            <w:pPr>
              <w:spacing w:before="10" w:after="10" w:line="240" w:lineRule="auto"/>
              <w:rPr>
                <w:sz w:val="24"/>
                <w:szCs w:val="24"/>
              </w:rPr>
            </w:pPr>
            <w:r w:rsidRPr="00175BE1">
              <w:rPr>
                <w:rFonts w:ascii="Times New Roman" w:hAnsi="Times New Roman"/>
                <w:b/>
                <w:sz w:val="18"/>
                <w:szCs w:val="24"/>
              </w:rPr>
              <w:t>5. ASUMAREA RĂSPUNDERII ȘI CONSIMȚĂMÂNTUL</w:t>
            </w:r>
          </w:p>
        </w:tc>
      </w:tr>
      <w:tr w:rsidR="00794A72" w:rsidRPr="00175BE1" w14:paraId="3C18026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2D3DEF74" w14:textId="77777777" w:rsidR="00794A72" w:rsidRPr="00175BE1" w:rsidRDefault="00000000">
            <w:pPr>
              <w:spacing w:after="10" w:line="240" w:lineRule="auto"/>
              <w:rPr>
                <w:sz w:val="24"/>
                <w:szCs w:val="24"/>
              </w:rPr>
            </w:pPr>
            <w:r w:rsidRPr="00175BE1">
              <w:rPr>
                <w:rFonts w:ascii="Times New Roman" w:hAnsi="Times New Roman"/>
                <w:i/>
                <w:sz w:val="16"/>
                <w:szCs w:val="24"/>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794A72" w:rsidRPr="00175BE1" w14:paraId="7DD7215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00209A96" w14:textId="77777777" w:rsidR="00794A72" w:rsidRPr="00175BE1" w:rsidRDefault="00000000">
            <w:pPr>
              <w:spacing w:after="10" w:line="240" w:lineRule="auto"/>
              <w:rPr>
                <w:sz w:val="24"/>
                <w:szCs w:val="24"/>
              </w:rPr>
            </w:pPr>
            <w:r w:rsidRPr="00175BE1">
              <w:rPr>
                <w:rFonts w:ascii="Times New Roman" w:hAnsi="Times New Roman"/>
                <w:i/>
                <w:sz w:val="16"/>
                <w:szCs w:val="24"/>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794A72" w:rsidRPr="00175BE1" w14:paraId="69523F0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14:paraId="4125FC70" w14:textId="77777777" w:rsidR="00794A72" w:rsidRPr="00175BE1" w:rsidRDefault="00000000">
            <w:pPr>
              <w:spacing w:after="10" w:line="240" w:lineRule="auto"/>
              <w:rPr>
                <w:sz w:val="24"/>
                <w:szCs w:val="24"/>
              </w:rPr>
            </w:pPr>
            <w:r w:rsidRPr="00175BE1">
              <w:rPr>
                <w:rFonts w:ascii="Times New Roman" w:hAnsi="Times New Roman"/>
                <w:b/>
                <w:i/>
                <w:sz w:val="16"/>
                <w:szCs w:val="24"/>
              </w:rPr>
              <w:t>Am înțeles această declarație de consimțământ și sunt de acord cu prelucrarea datelor mele cu caracter personal.</w:t>
            </w:r>
          </w:p>
        </w:tc>
      </w:tr>
    </w:tbl>
    <w:p w14:paraId="13482644" w14:textId="77777777"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794A72" w:rsidRPr="00175BE1" w14:paraId="1BFB88D9"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8" w:type="dxa"/>
              <w:right w:w="25" w:type="dxa"/>
            </w:tcMar>
          </w:tcPr>
          <w:p w14:paraId="51F0BFD1" w14:textId="77777777" w:rsidR="00794A72" w:rsidRPr="00175BE1" w:rsidRDefault="00000000">
            <w:pPr>
              <w:spacing w:before="10" w:after="10" w:line="240" w:lineRule="auto"/>
              <w:rPr>
                <w:sz w:val="24"/>
                <w:szCs w:val="24"/>
              </w:rPr>
            </w:pPr>
            <w:r w:rsidRPr="00175BE1">
              <w:rPr>
                <w:rFonts w:ascii="Times New Roman" w:hAnsi="Times New Roman"/>
                <w:b/>
                <w:sz w:val="18"/>
                <w:szCs w:val="24"/>
              </w:rPr>
              <w:t>6. DATA ȘI SEMNĂTURA</w:t>
            </w:r>
          </w:p>
        </w:tc>
      </w:tr>
      <w:tr w:rsidR="00794A72" w:rsidRPr="00175BE1" w14:paraId="3E024290"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1BBDB118"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573FAB67"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14:paraId="409F6569" w14:textId="77777777" w:rsidR="00794A72" w:rsidRPr="00175BE1" w:rsidRDefault="00000000">
            <w:pPr>
              <w:spacing w:after="0" w:line="240" w:lineRule="auto"/>
              <w:rPr>
                <w:sz w:val="24"/>
                <w:szCs w:val="24"/>
              </w:rPr>
            </w:pPr>
            <w:r w:rsidRPr="00175BE1">
              <w:rPr>
                <w:rFonts w:ascii="Times New Roman" w:hAnsi="Times New Roman"/>
                <w:b/>
                <w:color w:val="004682"/>
                <w:sz w:val="18"/>
                <w:szCs w:val="24"/>
              </w:rPr>
              <w:t>Semnătura</w:t>
            </w:r>
          </w:p>
        </w:tc>
      </w:tr>
    </w:tbl>
    <w:p w14:paraId="77C06AD9" w14:textId="77777777" w:rsidR="002044D8" w:rsidRPr="00175BE1" w:rsidRDefault="002044D8">
      <w:pPr>
        <w:rPr>
          <w:sz w:val="24"/>
          <w:szCs w:val="24"/>
        </w:rPr>
      </w:pPr>
    </w:p>
    <w:sectPr w:rsidR="002044D8" w:rsidRPr="00175BE1" w:rsidSect="00D754D3">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9DA8" w14:textId="77777777" w:rsidR="009F3676" w:rsidRDefault="009F3676">
      <w:pPr>
        <w:spacing w:after="0" w:line="240" w:lineRule="auto"/>
      </w:pPr>
      <w:r>
        <w:separator/>
      </w:r>
    </w:p>
  </w:endnote>
  <w:endnote w:type="continuationSeparator" w:id="0">
    <w:p w14:paraId="2A71E8B4" w14:textId="77777777" w:rsidR="009F3676" w:rsidRDefault="009F3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B185" w14:textId="1386573E" w:rsidR="00794A72" w:rsidRDefault="00794A72">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AE4C" w14:textId="77777777" w:rsidR="009F3676" w:rsidRDefault="009F3676">
      <w:pPr>
        <w:spacing w:after="0" w:line="240" w:lineRule="auto"/>
      </w:pPr>
      <w:r>
        <w:separator/>
      </w:r>
    </w:p>
  </w:footnote>
  <w:footnote w:type="continuationSeparator" w:id="0">
    <w:p w14:paraId="3472CC0F" w14:textId="77777777" w:rsidR="009F3676" w:rsidRDefault="009F3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644307327">
    <w:abstractNumId w:val="8"/>
  </w:num>
  <w:num w:numId="2" w16cid:durableId="123231375">
    <w:abstractNumId w:val="6"/>
  </w:num>
  <w:num w:numId="3" w16cid:durableId="1783956521">
    <w:abstractNumId w:val="5"/>
  </w:num>
  <w:num w:numId="4" w16cid:durableId="1474517961">
    <w:abstractNumId w:val="4"/>
  </w:num>
  <w:num w:numId="5" w16cid:durableId="2041779340">
    <w:abstractNumId w:val="7"/>
  </w:num>
  <w:num w:numId="6" w16cid:durableId="939066103">
    <w:abstractNumId w:val="3"/>
  </w:num>
  <w:num w:numId="7" w16cid:durableId="2825115">
    <w:abstractNumId w:val="2"/>
  </w:num>
  <w:num w:numId="8" w16cid:durableId="1297875861">
    <w:abstractNumId w:val="1"/>
  </w:num>
  <w:num w:numId="9" w16cid:durableId="1990936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BE1"/>
    <w:rsid w:val="00200FFD"/>
    <w:rsid w:val="002044D8"/>
    <w:rsid w:val="0029639D"/>
    <w:rsid w:val="00326F90"/>
    <w:rsid w:val="00386D9B"/>
    <w:rsid w:val="00585E0F"/>
    <w:rsid w:val="00794A72"/>
    <w:rsid w:val="00975A5A"/>
    <w:rsid w:val="009F3676"/>
    <w:rsid w:val="00AA1D8D"/>
    <w:rsid w:val="00B47730"/>
    <w:rsid w:val="00CB0664"/>
    <w:rsid w:val="00D2628A"/>
    <w:rsid w:val="00D304F3"/>
    <w:rsid w:val="00D754D3"/>
    <w:rsid w:val="00F052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5AD441"/>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658</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CJHR CJHR</cp:lastModifiedBy>
  <cp:revision>7</cp:revision>
  <dcterms:created xsi:type="dcterms:W3CDTF">2013-12-23T23:15:00Z</dcterms:created>
  <dcterms:modified xsi:type="dcterms:W3CDTF">2026-09-16T11:07:00Z</dcterms:modified>
  <cp:category/>
</cp:coreProperties>
</file>