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3DC2" w14:textId="77777777"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EA3403" w:rsidRPr="007844EA" w14:paraId="44BB6231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96FB78" w14:textId="42A57284" w:rsidR="00EA3403" w:rsidRPr="007844EA" w:rsidRDefault="000F72C3" w:rsidP="000F72C3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33A5A0D" wp14:editId="5F4DB1A8">
                  <wp:extent cx="963295" cy="1122045"/>
                  <wp:effectExtent l="0" t="0" r="8255" b="1905"/>
                  <wp:docPr id="64104670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139E2B8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 Harghita</w:t>
            </w:r>
          </w:p>
        </w:tc>
      </w:tr>
      <w:tr w:rsidR="00EA3403" w:rsidRPr="007844EA" w14:paraId="1F200246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3B2D83A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1E0E86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 Jude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țean Harghita</w:t>
            </w:r>
          </w:p>
        </w:tc>
      </w:tr>
      <w:tr w:rsidR="00EA3403" w:rsidRPr="007844EA" w14:paraId="412668CE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A03F7DF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548E194" w14:textId="77777777" w:rsidR="00EA3403" w:rsidRPr="000F72C3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r w:rsidRPr="000F72C3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Cod de identificare fiscală (CIF)</w:t>
            </w:r>
          </w:p>
          <w:p w14:paraId="0802D41E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F90455B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Adresa </w:t>
            </w:r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530221, strada Kossuth Lajos, nr. 8</w:t>
            </w:r>
          </w:p>
          <w:p w14:paraId="0CC1B8AF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 Ciuc, Harghita</w:t>
            </w:r>
          </w:p>
          <w:p w14:paraId="7ED6D887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 +0266 207 700</w:t>
            </w:r>
          </w:p>
          <w:p w14:paraId="133DB3C6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E-mail: info@judetulharghita.ro</w:t>
            </w:r>
          </w:p>
        </w:tc>
      </w:tr>
      <w:tr w:rsidR="00EA3403" w:rsidRPr="007844EA" w14:paraId="58FF8D48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98F7150" w14:textId="77777777" w:rsidR="00EA3403" w:rsidRPr="007844EA" w:rsidRDefault="00EA3403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EFAF909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înregistrare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D308232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EA3403" w:rsidRPr="000F72C3" w14:paraId="35B3DD8C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EDBEA2E" w14:textId="77777777" w:rsidR="00EA3403" w:rsidRPr="000F72C3" w:rsidRDefault="00EA3403" w:rsidP="005A67B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gramStart"/>
            <w:r w:rsidRPr="000F72C3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</w:t>
            </w:r>
            <w:proofErr w:type="gramEnd"/>
            <w:r w:rsidRPr="000F72C3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504720D8" w14:textId="77777777" w:rsidR="00EA3403" w:rsidRPr="007844EA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EA3403" w:rsidRPr="007844EA" w14:paraId="1DB264D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3C3E844" w14:textId="77777777" w:rsidR="00EA3403" w:rsidRPr="007844EA" w:rsidRDefault="00EA3403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EA3403" w:rsidRPr="007844EA" w14:paraId="6C72E1CA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D2D09C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</w:p>
          <w:p w14:paraId="3599E855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Consiliul Județean Harghita</w:t>
            </w:r>
          </w:p>
        </w:tc>
      </w:tr>
      <w:tr w:rsidR="00EA3403" w:rsidRPr="007844EA" w14:paraId="370238F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E4CE537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 președintele consiliului județean</w:t>
            </w:r>
          </w:p>
        </w:tc>
      </w:tr>
    </w:tbl>
    <w:p w14:paraId="297CF65D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02BD" w:rsidRPr="00EA3403" w14:paraId="49015E5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A0410B2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502BD" w:rsidRPr="00EA3403" w14:paraId="0168996A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48E36F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EDF23A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502BD" w:rsidRPr="00EA3403" w14:paraId="2DC2177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4D22AD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502BD" w:rsidRPr="00EA3403" w14:paraId="2F7DED7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A0B907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B18E43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AB99E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C61BA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502BD" w:rsidRPr="00EA3403" w14:paraId="4142515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D0CDB3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502BD" w:rsidRPr="00EA3403" w14:paraId="213D161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6CB8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92A9C8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C3165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502BD" w:rsidRPr="00EA3403" w14:paraId="4949C8F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86692C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27D828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04F15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CACA72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961EC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2758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8CB6B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5502BD" w:rsidRPr="00EA3403" w14:paraId="485223A7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B09BB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502BD" w:rsidRPr="00EA3403" w14:paraId="23D0F29B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22EA0A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1D5D81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F7F9E1" w14:textId="77777777" w:rsidR="005502BD" w:rsidRPr="00EA3403" w:rsidRDefault="00000000">
      <w:pPr>
        <w:spacing w:before="100" w:after="80" w:line="240" w:lineRule="auto"/>
        <w:jc w:val="center"/>
        <w:rPr>
          <w:sz w:val="24"/>
          <w:szCs w:val="24"/>
        </w:rPr>
      </w:pPr>
      <w:r w:rsidRPr="00EA3403">
        <w:rPr>
          <w:rFonts w:ascii="Times New Roman" w:hAnsi="Times New Roman"/>
          <w:sz w:val="18"/>
          <w:szCs w:val="24"/>
        </w:rPr>
        <w:t>în temeiul art. 257 alin. (17) din Legea nr. 169/2026 privind Codul amenajării teritoriului, urbanismului și construcțiilor,</w:t>
      </w:r>
      <w:r w:rsidRPr="00EA3403">
        <w:rPr>
          <w:rFonts w:ascii="Times New Roman" w:hAnsi="Times New Roman"/>
          <w:sz w:val="18"/>
          <w:szCs w:val="24"/>
        </w:rPr>
        <w:br/>
        <w:t>solicit prelungirea valabilității</w:t>
      </w:r>
      <w:r w:rsidRPr="00EA3403">
        <w:rPr>
          <w:rFonts w:ascii="Times New Roman" w:hAnsi="Times New Roman"/>
          <w:sz w:val="18"/>
          <w:szCs w:val="24"/>
        </w:rPr>
        <w:br/>
      </w:r>
      <w:r w:rsidRPr="00EA3403">
        <w:rPr>
          <w:rFonts w:ascii="Times New Roman" w:hAnsi="Times New Roman"/>
          <w:b/>
          <w:sz w:val="24"/>
          <w:szCs w:val="24"/>
        </w:rPr>
        <w:t>CERTIFICATULUI DE URBANISM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10FC21B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139F0D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6D992F1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3E706C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 de</w:t>
            </w:r>
          </w:p>
        </w:tc>
      </w:tr>
      <w:tr w:rsidR="005502BD" w:rsidRPr="00EA3403" w14:paraId="1D383FE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3A54085" w14:textId="77777777" w:rsidR="005502BD" w:rsidRPr="000F72C3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0F72C3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8F12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</w:tbl>
    <w:p w14:paraId="11F87FDA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02BD" w:rsidRPr="00EA3403" w14:paraId="07B9C913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54D7623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5502BD" w:rsidRPr="00EA3403" w14:paraId="72DAE4BB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63A5C1" w14:textId="77777777" w:rsidR="005502BD" w:rsidRPr="00EA340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502BD" w:rsidRPr="00EA3403" w14:paraId="63C0E8CD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85D17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2C0D17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308DE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502BD" w:rsidRPr="00EA3403" w14:paraId="177BF88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AFF3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B19F5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DE8972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EFAD2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502BD" w:rsidRPr="00EA3403" w14:paraId="28A5521E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F9AEEE" w14:textId="77777777" w:rsidR="005502BD" w:rsidRPr="000F72C3" w:rsidRDefault="00000000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 w:rsidRPr="000F72C3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Număr cadastral</w:t>
            </w:r>
            <w:r w:rsidRPr="000F72C3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br/>
            </w:r>
            <w:r w:rsidRPr="000F72C3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AB8A52B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694C0729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02BD" w:rsidRPr="00EA3403" w14:paraId="4F0C2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4BBADED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502BD" w:rsidRPr="000F72C3" w14:paraId="20611E3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FE146AD" w14:textId="77777777" w:rsidR="005502BD" w:rsidRPr="000F72C3" w:rsidRDefault="00000000">
            <w:pPr>
              <w:spacing w:after="10" w:line="240" w:lineRule="auto"/>
              <w:rPr>
                <w:sz w:val="24"/>
                <w:szCs w:val="24"/>
                <w:lang w:val="fr-FR"/>
              </w:rPr>
            </w:pPr>
            <w:r w:rsidRPr="000F72C3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☐ certificatul de urbanism (în </w:t>
            </w:r>
            <w:proofErr w:type="gramStart"/>
            <w:r w:rsidRPr="000F72C3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original)   </w:t>
            </w:r>
            <w:proofErr w:type="gramEnd"/>
            <w:r w:rsidRPr="000F72C3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 ☐ documentul privind achitarea taxei (copie)</w:t>
            </w:r>
          </w:p>
        </w:tc>
      </w:tr>
    </w:tbl>
    <w:p w14:paraId="48D0BC68" w14:textId="77777777" w:rsidR="005502BD" w:rsidRPr="000F72C3" w:rsidRDefault="005502BD">
      <w:pPr>
        <w:spacing w:before="4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38DEC63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AD8C3DE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5502BD" w:rsidRPr="00EA3403" w14:paraId="12CD2AE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566BFB0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1D4940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333EFF1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3F41BC3" w14:textId="77777777" w:rsidR="000A6BEC" w:rsidRDefault="000A6BEC"/>
    <w:sectPr w:rsidR="000A6BEC" w:rsidSect="00FC6E81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AAB26" w14:textId="77777777" w:rsidR="00C74B16" w:rsidRDefault="00C74B16">
      <w:pPr>
        <w:spacing w:after="0" w:line="240" w:lineRule="auto"/>
      </w:pPr>
      <w:r>
        <w:separator/>
      </w:r>
    </w:p>
  </w:endnote>
  <w:endnote w:type="continuationSeparator" w:id="0">
    <w:p w14:paraId="401B4556" w14:textId="77777777" w:rsidR="00C74B16" w:rsidRDefault="00C7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F604" w14:textId="77777777" w:rsidR="005502BD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>F_CU_03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EB057" w14:textId="77777777" w:rsidR="00C74B16" w:rsidRDefault="00C74B16">
      <w:pPr>
        <w:spacing w:after="0" w:line="240" w:lineRule="auto"/>
      </w:pPr>
      <w:r>
        <w:separator/>
      </w:r>
    </w:p>
  </w:footnote>
  <w:footnote w:type="continuationSeparator" w:id="0">
    <w:p w14:paraId="759F4DC5" w14:textId="77777777" w:rsidR="00C74B16" w:rsidRDefault="00C7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E7F5" w14:textId="77777777" w:rsidR="005502BD" w:rsidRDefault="005502BD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654576">
    <w:abstractNumId w:val="8"/>
  </w:num>
  <w:num w:numId="2" w16cid:durableId="1969312477">
    <w:abstractNumId w:val="6"/>
  </w:num>
  <w:num w:numId="3" w16cid:durableId="625939152">
    <w:abstractNumId w:val="5"/>
  </w:num>
  <w:num w:numId="4" w16cid:durableId="889269239">
    <w:abstractNumId w:val="4"/>
  </w:num>
  <w:num w:numId="5" w16cid:durableId="1787698293">
    <w:abstractNumId w:val="7"/>
  </w:num>
  <w:num w:numId="6" w16cid:durableId="1580822248">
    <w:abstractNumId w:val="3"/>
  </w:num>
  <w:num w:numId="7" w16cid:durableId="967396513">
    <w:abstractNumId w:val="2"/>
  </w:num>
  <w:num w:numId="8" w16cid:durableId="1570268346">
    <w:abstractNumId w:val="1"/>
  </w:num>
  <w:num w:numId="9" w16cid:durableId="65765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BEC"/>
    <w:rsid w:val="000F72C3"/>
    <w:rsid w:val="0015074B"/>
    <w:rsid w:val="00200FFD"/>
    <w:rsid w:val="0029639D"/>
    <w:rsid w:val="00326F90"/>
    <w:rsid w:val="005502BD"/>
    <w:rsid w:val="00975A5A"/>
    <w:rsid w:val="00A80BE3"/>
    <w:rsid w:val="00AA1D8D"/>
    <w:rsid w:val="00B47730"/>
    <w:rsid w:val="00C74B16"/>
    <w:rsid w:val="00CB0664"/>
    <w:rsid w:val="00EA3403"/>
    <w:rsid w:val="00FC693F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CBA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4</cp:revision>
  <dcterms:created xsi:type="dcterms:W3CDTF">2013-12-23T23:15:00Z</dcterms:created>
  <dcterms:modified xsi:type="dcterms:W3CDTF">2026-09-16T11:05:00Z</dcterms:modified>
  <cp:category/>
</cp:coreProperties>
</file>