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3DC2" w14:textId="77777777" w:rsidR="00EA3403" w:rsidRPr="007844EA" w:rsidRDefault="00EA3403" w:rsidP="00EA3403">
      <w:pPr>
        <w:spacing w:after="0" w:line="240" w:lineRule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EA3403" w:rsidRPr="007844EA" w14:paraId="44BB6231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E96FB78" w14:textId="77777777" w:rsidR="00EA3403" w:rsidRPr="007844EA" w:rsidRDefault="00EA3403" w:rsidP="005A67B9">
            <w:pPr>
              <w:rPr>
                <w:sz w:val="24"/>
                <w:szCs w:val="24"/>
              </w:rPr>
            </w:pPr>
            <w:r w:rsidRPr="007844EA">
              <w:rPr>
                <w:noProof/>
                <w:sz w:val="24"/>
                <w:szCs w:val="24"/>
              </w:rPr>
              <w:drawing>
                <wp:inline distT="0" distB="0" distL="0" distR="0" wp14:anchorId="6B4F0D60" wp14:editId="52C112EF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2139E2B8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EA3403" w:rsidRPr="007844EA" w14:paraId="1F200246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63B2D83A" w14:textId="77777777" w:rsidR="00EA3403" w:rsidRPr="007844EA" w:rsidRDefault="00EA3403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F1E0E86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EA3403" w:rsidRPr="007844EA" w14:paraId="412668CE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2A03F7DF" w14:textId="77777777" w:rsidR="00EA3403" w:rsidRPr="007844EA" w:rsidRDefault="00EA3403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548E194" w14:textId="77777777" w:rsidR="00EA3403" w:rsidRPr="007844EA" w:rsidRDefault="00EA3403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0802D41E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F90455B" w14:textId="77777777" w:rsidR="00EA3403" w:rsidRPr="007844EA" w:rsidRDefault="00EA3403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0CC1B8AF" w14:textId="77777777" w:rsidR="00EA3403" w:rsidRPr="007844EA" w:rsidRDefault="00EA3403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7ED6D887" w14:textId="77777777" w:rsidR="00EA3403" w:rsidRPr="007844EA" w:rsidRDefault="00EA3403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133DB3C6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EA3403" w:rsidRPr="007844EA" w14:paraId="58FF8D48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798F7150" w14:textId="77777777" w:rsidR="00EA3403" w:rsidRPr="007844EA" w:rsidRDefault="00EA3403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EFAF909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D308232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EA3403" w:rsidRPr="007844EA" w14:paraId="35B3DD8C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EDBEA2E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504720D8" w14:textId="77777777" w:rsidR="00EA3403" w:rsidRPr="007844EA" w:rsidRDefault="00EA3403" w:rsidP="00EA3403">
      <w:pPr>
        <w:spacing w:before="80" w:after="60" w:line="240" w:lineRule="auto"/>
        <w:jc w:val="center"/>
        <w:rPr>
          <w:sz w:val="24"/>
          <w:szCs w:val="24"/>
        </w:rPr>
      </w:pPr>
      <w:r w:rsidRPr="007844EA">
        <w:rPr>
          <w:rFonts w:ascii="Times New Roman" w:hAnsi="Times New Roman"/>
          <w:b/>
          <w:sz w:val="28"/>
          <w:szCs w:val="24"/>
        </w:rPr>
        <w:t>CERERE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EA3403" w:rsidRPr="007844EA" w14:paraId="1DB264D4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3C3E844" w14:textId="77777777" w:rsidR="00EA3403" w:rsidRPr="007844EA" w:rsidRDefault="00EA3403" w:rsidP="005A67B9">
            <w:pPr>
              <w:spacing w:before="20"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EA3403" w:rsidRPr="007844EA" w14:paraId="6C72E1CA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FD2D09C" w14:textId="77777777" w:rsidR="00EA3403" w:rsidRPr="007844EA" w:rsidRDefault="00EA3403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</w:p>
          <w:p w14:paraId="3599E855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Județean Harghita</w:t>
            </w:r>
          </w:p>
        </w:tc>
      </w:tr>
      <w:tr w:rsidR="00EA3403" w:rsidRPr="007844EA" w14:paraId="370238F0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E4CE537" w14:textId="77777777" w:rsidR="00EA3403" w:rsidRPr="007844EA" w:rsidRDefault="00EA3403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Către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</w:p>
        </w:tc>
      </w:tr>
    </w:tbl>
    <w:p w14:paraId="297CF65D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5502BD" w:rsidRPr="00EA3403" w14:paraId="49015E5F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A0410B2" w14:textId="77777777" w:rsidR="005502BD" w:rsidRPr="00EA3403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5502BD" w:rsidRPr="00EA3403" w14:paraId="0168996A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48E36F4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EDF23AD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5502BD" w:rsidRPr="00EA3403" w14:paraId="2DC2177B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4D22AD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5502BD" w:rsidRPr="00EA3403" w14:paraId="2F7DED7F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A0B9075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B18E43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EAB99E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83C61BA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5502BD" w:rsidRPr="00EA3403" w14:paraId="41425154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D0CDB3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5502BD" w:rsidRPr="00EA3403" w14:paraId="213D161F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836CB8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92A9C82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C31658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5502BD" w:rsidRPr="00EA3403" w14:paraId="4949C8FE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F86692C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27D8285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404F15F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CACA72D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6961EC5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82758F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8CB6B2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5502BD" w:rsidRPr="00EA3403" w14:paraId="485223A7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B09BB4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5502BD" w:rsidRPr="00EA3403" w14:paraId="23D0F29B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22EA0A7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1D5D81F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</w:tbl>
    <w:p w14:paraId="21F7F9E1" w14:textId="77777777" w:rsidR="005502BD" w:rsidRPr="00EA3403" w:rsidRDefault="00000000">
      <w:pPr>
        <w:spacing w:before="100" w:after="80" w:line="240" w:lineRule="auto"/>
        <w:jc w:val="center"/>
        <w:rPr>
          <w:sz w:val="24"/>
          <w:szCs w:val="24"/>
        </w:rPr>
      </w:pPr>
      <w:r w:rsidRPr="00EA3403">
        <w:rPr>
          <w:rFonts w:ascii="Times New Roman" w:hAnsi="Times New Roman"/>
          <w:sz w:val="18"/>
          <w:szCs w:val="24"/>
        </w:rPr>
        <w:t>în temeiul art. 257 alin. (17) din Legea nr. 169/2026 privind Codul amenajării teritoriului, urbanismului și construcțiilor,</w:t>
      </w:r>
      <w:r w:rsidRPr="00EA3403">
        <w:rPr>
          <w:rFonts w:ascii="Times New Roman" w:hAnsi="Times New Roman"/>
          <w:sz w:val="18"/>
          <w:szCs w:val="24"/>
        </w:rPr>
        <w:br/>
        <w:t>solicit prelungirea valabilității</w:t>
      </w:r>
      <w:r w:rsidRPr="00EA3403">
        <w:rPr>
          <w:rFonts w:ascii="Times New Roman" w:hAnsi="Times New Roman"/>
          <w:sz w:val="18"/>
          <w:szCs w:val="24"/>
        </w:rPr>
        <w:br/>
      </w:r>
      <w:r w:rsidRPr="00EA3403">
        <w:rPr>
          <w:rFonts w:ascii="Times New Roman" w:hAnsi="Times New Roman"/>
          <w:b/>
          <w:sz w:val="24"/>
          <w:szCs w:val="24"/>
        </w:rPr>
        <w:t>CERTIFICATULUI DE URBANISM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5502BD" w:rsidRPr="00EA3403" w14:paraId="10FC21B1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139F0D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6D992F1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3E706C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Emis de</w:t>
            </w:r>
          </w:p>
        </w:tc>
      </w:tr>
      <w:tr w:rsidR="005502BD" w:rsidRPr="00EA3403" w14:paraId="1D383FE9" w14:textId="77777777">
        <w:trPr>
          <w:jc w:val="center"/>
        </w:trPr>
        <w:tc>
          <w:tcPr>
            <w:tcW w:w="72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3A54085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Prelungirea solicitată — de la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5A8F127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până la data</w:t>
            </w:r>
          </w:p>
        </w:tc>
      </w:tr>
    </w:tbl>
    <w:p w14:paraId="11F87FDA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912"/>
        <w:gridCol w:w="2736"/>
        <w:gridCol w:w="912"/>
        <w:gridCol w:w="1824"/>
        <w:gridCol w:w="1824"/>
      </w:tblGrid>
      <w:tr w:rsidR="005502BD" w:rsidRPr="00EA3403" w14:paraId="07B9C913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54D7623" w14:textId="77777777" w:rsidR="005502BD" w:rsidRPr="00EA3403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sz w:val="18"/>
                <w:szCs w:val="24"/>
              </w:rPr>
              <w:t>4. IMOBILUL</w:t>
            </w:r>
          </w:p>
        </w:tc>
      </w:tr>
      <w:tr w:rsidR="005502BD" w:rsidRPr="00EA3403" w14:paraId="72DAE4BB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D63A5C1" w14:textId="77777777" w:rsidR="005502BD" w:rsidRPr="00EA3403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sz w:val="18"/>
                <w:szCs w:val="24"/>
              </w:rPr>
              <w:t>☐ teren     ☐ construcții</w:t>
            </w:r>
          </w:p>
        </w:tc>
      </w:tr>
      <w:tr w:rsidR="005502BD" w:rsidRPr="00EA3403" w14:paraId="63C0E8CD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85D172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2C0D17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A308DE8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5502BD" w:rsidRPr="00EA3403" w14:paraId="177BF884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AAFF36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B19F56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DE89722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EFAD2F6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5502BD" w:rsidRPr="00EA3403" w14:paraId="28A5521E" w14:textId="77777777">
        <w:trPr>
          <w:jc w:val="center"/>
        </w:trPr>
        <w:tc>
          <w:tcPr>
            <w:tcW w:w="63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9F9AEEE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</w:t>
            </w: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EA3403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AB8A52B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</w:tbl>
    <w:p w14:paraId="694C0729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5502BD" w:rsidRPr="00EA3403" w14:paraId="4F0C2481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4BBADED" w14:textId="77777777" w:rsidR="005502BD" w:rsidRPr="00EA3403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5502BD" w:rsidRPr="00EA3403" w14:paraId="20611E36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1FE146AD" w14:textId="77777777" w:rsidR="005502BD" w:rsidRPr="00EA3403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sz w:val="18"/>
                <w:szCs w:val="24"/>
              </w:rPr>
              <w:t>☐ certificatul de urbanism (în original)     ☐ documentul privind achitarea taxei (copie)</w:t>
            </w:r>
          </w:p>
        </w:tc>
      </w:tr>
    </w:tbl>
    <w:p w14:paraId="48D0BC68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5502BD" w:rsidRPr="00EA3403" w14:paraId="38DEC635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0AD8C3DE" w14:textId="77777777" w:rsidR="005502BD" w:rsidRPr="00EA3403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sz w:val="18"/>
                <w:szCs w:val="24"/>
              </w:rPr>
              <w:t>6. DATA ȘI SEMNĂTURA</w:t>
            </w:r>
          </w:p>
        </w:tc>
      </w:tr>
      <w:tr w:rsidR="005502BD" w:rsidRPr="00EA3403" w14:paraId="12CD2AEA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5566BFB0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61D49402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333EFF19" w14:textId="77777777" w:rsidR="005502BD" w:rsidRPr="00EA340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A3403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63F41BC3" w14:textId="77777777" w:rsidR="000A6BEC" w:rsidRDefault="000A6BEC"/>
    <w:sectPr w:rsidR="000A6BEC" w:rsidSect="00FC6E81">
      <w:headerReference w:type="default" r:id="rId9"/>
      <w:footerReference w:type="default" r:id="rId10"/>
      <w:pgSz w:w="11906" w:h="16838" w:code="9"/>
      <w:pgMar w:top="576" w:right="648" w:bottom="576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7C61" w14:textId="77777777" w:rsidR="00A80BE3" w:rsidRDefault="00A80BE3">
      <w:pPr>
        <w:spacing w:after="0" w:line="240" w:lineRule="auto"/>
      </w:pPr>
      <w:r>
        <w:separator/>
      </w:r>
    </w:p>
  </w:endnote>
  <w:endnote w:type="continuationSeparator" w:id="0">
    <w:p w14:paraId="509842FA" w14:textId="77777777" w:rsidR="00A80BE3" w:rsidRDefault="00A8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F604" w14:textId="77777777" w:rsidR="005502BD" w:rsidRDefault="00000000">
    <w:pPr>
      <w:pStyle w:val="Footer"/>
      <w:jc w:val="center"/>
    </w:pPr>
    <w:r>
      <w:rPr>
        <w:rFonts w:ascii="Times New Roman" w:hAnsi="Times New Roman"/>
        <w:color w:val="646464"/>
        <w:sz w:val="16"/>
      </w:rPr>
      <w:t xml:space="preserve">F_CU_03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639F" w14:textId="77777777" w:rsidR="00A80BE3" w:rsidRDefault="00A80BE3">
      <w:pPr>
        <w:spacing w:after="0" w:line="240" w:lineRule="auto"/>
      </w:pPr>
      <w:r>
        <w:separator/>
      </w:r>
    </w:p>
  </w:footnote>
  <w:footnote w:type="continuationSeparator" w:id="0">
    <w:p w14:paraId="46C327B7" w14:textId="77777777" w:rsidR="00A80BE3" w:rsidRDefault="00A80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E7F5" w14:textId="77777777" w:rsidR="005502BD" w:rsidRDefault="005502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9654576">
    <w:abstractNumId w:val="8"/>
  </w:num>
  <w:num w:numId="2" w16cid:durableId="1969312477">
    <w:abstractNumId w:val="6"/>
  </w:num>
  <w:num w:numId="3" w16cid:durableId="625939152">
    <w:abstractNumId w:val="5"/>
  </w:num>
  <w:num w:numId="4" w16cid:durableId="889269239">
    <w:abstractNumId w:val="4"/>
  </w:num>
  <w:num w:numId="5" w16cid:durableId="1787698293">
    <w:abstractNumId w:val="7"/>
  </w:num>
  <w:num w:numId="6" w16cid:durableId="1580822248">
    <w:abstractNumId w:val="3"/>
  </w:num>
  <w:num w:numId="7" w16cid:durableId="967396513">
    <w:abstractNumId w:val="2"/>
  </w:num>
  <w:num w:numId="8" w16cid:durableId="1570268346">
    <w:abstractNumId w:val="1"/>
  </w:num>
  <w:num w:numId="9" w16cid:durableId="6576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BEC"/>
    <w:rsid w:val="0015074B"/>
    <w:rsid w:val="00200FFD"/>
    <w:rsid w:val="0029639D"/>
    <w:rsid w:val="00326F90"/>
    <w:rsid w:val="005502BD"/>
    <w:rsid w:val="00A80BE3"/>
    <w:rsid w:val="00AA1D8D"/>
    <w:rsid w:val="00B47730"/>
    <w:rsid w:val="00CB0664"/>
    <w:rsid w:val="00EA3403"/>
    <w:rsid w:val="00FC693F"/>
    <w:rsid w:val="00F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BCBAD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3</cp:revision>
  <dcterms:created xsi:type="dcterms:W3CDTF">2013-12-23T23:15:00Z</dcterms:created>
  <dcterms:modified xsi:type="dcterms:W3CDTF">2026-08-27T10:28:00Z</dcterms:modified>
  <cp:category/>
</cp:coreProperties>
</file>