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4D4E15" w:rsidRPr="007844EA" w14:paraId="78FC1FDA" w14:textId="77777777" w:rsidTr="005A67B9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707A896" w14:textId="77777777" w:rsidR="004D4E15" w:rsidRPr="007844EA" w:rsidRDefault="004D4E15" w:rsidP="005A67B9">
            <w:pPr>
              <w:rPr>
                <w:sz w:val="24"/>
                <w:szCs w:val="24"/>
              </w:rPr>
            </w:pPr>
            <w:r w:rsidRPr="007844EA">
              <w:rPr>
                <w:noProof/>
                <w:sz w:val="24"/>
                <w:szCs w:val="24"/>
              </w:rPr>
              <w:drawing>
                <wp:inline distT="0" distB="0" distL="0" distR="0" wp14:anchorId="120D9CC4" wp14:editId="2F43C593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BDB5943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4D4E15" w:rsidRPr="007844EA" w14:paraId="2DEE650A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7B5ED717" w14:textId="77777777" w:rsidR="004D4E15" w:rsidRPr="007844EA" w:rsidRDefault="004D4E1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06E98F3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4D4E15" w:rsidRPr="007844EA" w14:paraId="52AB4D1A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2DA70468" w14:textId="77777777" w:rsidR="004D4E15" w:rsidRPr="007844EA" w:rsidRDefault="004D4E1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B60CB9A" w14:textId="77777777" w:rsidR="004D4E15" w:rsidRPr="007844EA" w:rsidRDefault="004D4E1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4B6FD5E2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C6D15CC" w14:textId="77777777" w:rsidR="004D4E15" w:rsidRPr="007844EA" w:rsidRDefault="004D4E1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</w:t>
            </w:r>
            <w:proofErr w:type="gram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1FE9ECA8" w14:textId="77777777" w:rsidR="004D4E15" w:rsidRPr="007844EA" w:rsidRDefault="004D4E1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6C28AFB0" w14:textId="77777777" w:rsidR="004D4E15" w:rsidRPr="007844EA" w:rsidRDefault="004D4E1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6FE8D7CA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4D4E15" w:rsidRPr="007844EA" w14:paraId="47CC176C" w14:textId="77777777" w:rsidTr="005A67B9">
        <w:trPr>
          <w:trHeight w:val="124"/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10B9CDDE" w14:textId="77777777" w:rsidR="004D4E15" w:rsidRPr="007844EA" w:rsidRDefault="004D4E1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31B74F2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F6243B4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4D4E15" w:rsidRPr="007844EA" w14:paraId="7A4A71A3" w14:textId="77777777" w:rsidTr="005A67B9">
        <w:trPr>
          <w:jc w:val="center"/>
        </w:trPr>
        <w:tc>
          <w:tcPr>
            <w:tcW w:w="432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BAB6B90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14F68403" w14:textId="77777777" w:rsidR="004D4E15" w:rsidRPr="007844EA" w:rsidRDefault="004D4E15" w:rsidP="004D4E15">
      <w:pPr>
        <w:spacing w:before="80" w:after="60" w:line="240" w:lineRule="auto"/>
        <w:jc w:val="center"/>
        <w:rPr>
          <w:sz w:val="24"/>
          <w:szCs w:val="24"/>
        </w:rPr>
      </w:pPr>
      <w:r w:rsidRPr="007844EA">
        <w:rPr>
          <w:rFonts w:ascii="Times New Roman" w:hAnsi="Times New Roman"/>
          <w:b/>
          <w:sz w:val="28"/>
          <w:szCs w:val="24"/>
        </w:rPr>
        <w:t>CERERE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72"/>
      </w:tblGrid>
      <w:tr w:rsidR="004D4E15" w:rsidRPr="007844EA" w14:paraId="53C87BC3" w14:textId="77777777" w:rsidTr="00244BC4">
        <w:trPr>
          <w:jc w:val="center"/>
        </w:trPr>
        <w:tc>
          <w:tcPr>
            <w:tcW w:w="10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0331C10" w14:textId="77777777" w:rsidR="004D4E15" w:rsidRPr="007844EA" w:rsidRDefault="004D4E15" w:rsidP="005A67B9">
            <w:pPr>
              <w:spacing w:before="20"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sz w:val="18"/>
                <w:szCs w:val="24"/>
              </w:rPr>
              <w:t>1. CĂTRE</w:t>
            </w:r>
          </w:p>
        </w:tc>
      </w:tr>
      <w:tr w:rsidR="004D4E15" w:rsidRPr="007844EA" w14:paraId="60EE2974" w14:textId="77777777" w:rsidTr="00244BC4">
        <w:trPr>
          <w:jc w:val="center"/>
        </w:trPr>
        <w:tc>
          <w:tcPr>
            <w:tcW w:w="10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D40BB89" w14:textId="77777777" w:rsidR="004D4E15" w:rsidRPr="007844EA" w:rsidRDefault="004D4E1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Instituția</w:t>
            </w:r>
            <w:proofErr w:type="spellEnd"/>
          </w:p>
          <w:p w14:paraId="47674C7D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Județean Harghita</w:t>
            </w:r>
          </w:p>
        </w:tc>
      </w:tr>
      <w:tr w:rsidR="004D4E15" w:rsidRPr="007844EA" w14:paraId="7D5A737E" w14:textId="77777777" w:rsidTr="00244BC4">
        <w:trPr>
          <w:jc w:val="center"/>
        </w:trPr>
        <w:tc>
          <w:tcPr>
            <w:tcW w:w="10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BB94360" w14:textId="77777777" w:rsidR="004D4E15" w:rsidRPr="007844EA" w:rsidRDefault="004D4E1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Către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președintele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consiliului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județean</w:t>
            </w:r>
            <w:proofErr w:type="spellEnd"/>
          </w:p>
        </w:tc>
      </w:tr>
    </w:tbl>
    <w:p w14:paraId="0BCD26BF" w14:textId="77777777" w:rsidR="00883F41" w:rsidRPr="00BB54B5" w:rsidRDefault="00883F41">
      <w:pPr>
        <w:spacing w:before="3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883F41" w:rsidRPr="00BB54B5" w14:paraId="2D66BC81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58541998" w14:textId="77777777" w:rsidR="00883F41" w:rsidRPr="00BB54B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883F41" w:rsidRPr="00BB54B5" w14:paraId="556A7354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595A63FF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7BBB243F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883F41" w:rsidRPr="00BB54B5" w14:paraId="32B7BE96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6FD753D3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883F41" w:rsidRPr="00BB54B5" w14:paraId="7B2A296E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4E1760ED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71EE352B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5A7AA0FD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2D7EF92E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883F41" w:rsidRPr="00BB54B5" w14:paraId="4217486B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1B846B5B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883F41" w:rsidRPr="00BB54B5" w14:paraId="3FC52388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1241F9DB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081AF6E4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0D7E4260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883F41" w:rsidRPr="00BB54B5" w14:paraId="40F8A924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08F0FD43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2030B98D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084B1145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42E23CA3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7C3D185F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4EDCE893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0BD3372E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883F41" w:rsidRPr="00BB54B5" w14:paraId="5511BF86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1E7DA438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883F41" w:rsidRPr="00BB54B5" w14:paraId="273E0C08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24ED66F3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42934800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  <w:tr w:rsidR="00883F41" w:rsidRPr="00BB54B5" w14:paraId="14B0FAD1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12605531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color w:val="000000"/>
                <w:sz w:val="16"/>
                <w:szCs w:val="24"/>
              </w:rPr>
              <w:t>Reprezentare</w:t>
            </w:r>
          </w:p>
        </w:tc>
      </w:tr>
      <w:tr w:rsidR="00883F41" w:rsidRPr="00BB54B5" w14:paraId="08931854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6492D860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 calitate de reprezentant al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3" w:type="dxa"/>
              <w:left w:w="35" w:type="dxa"/>
              <w:bottom w:w="13" w:type="dxa"/>
              <w:right w:w="35" w:type="dxa"/>
            </w:tcMar>
          </w:tcPr>
          <w:p w14:paraId="7083BA68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CUI / CIF</w:t>
            </w:r>
          </w:p>
        </w:tc>
      </w:tr>
    </w:tbl>
    <w:p w14:paraId="0E18FB67" w14:textId="77777777" w:rsidR="00883F41" w:rsidRPr="00BB54B5" w:rsidRDefault="00883F41">
      <w:pPr>
        <w:spacing w:before="3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883F41" w:rsidRPr="00BB54B5" w14:paraId="683D3CEC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F714A53" w14:textId="77777777" w:rsidR="00883F41" w:rsidRPr="00BB54B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sz w:val="18"/>
                <w:szCs w:val="24"/>
              </w:rPr>
              <w:t>3. AUTORIZAȚIA DE CONSTRUIRE</w:t>
            </w:r>
          </w:p>
        </w:tc>
      </w:tr>
      <w:tr w:rsidR="00883F41" w:rsidRPr="00BB54B5" w14:paraId="0302DCBD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05723CC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A04F876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BBCBF47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Emisă de</w:t>
            </w:r>
          </w:p>
        </w:tc>
      </w:tr>
    </w:tbl>
    <w:p w14:paraId="1FDAFF40" w14:textId="77777777" w:rsidR="00883F41" w:rsidRPr="00BB54B5" w:rsidRDefault="00000000">
      <w:pPr>
        <w:spacing w:before="80" w:after="60" w:line="240" w:lineRule="auto"/>
        <w:jc w:val="center"/>
        <w:rPr>
          <w:sz w:val="24"/>
          <w:szCs w:val="24"/>
        </w:rPr>
      </w:pPr>
      <w:r w:rsidRPr="00BB54B5">
        <w:rPr>
          <w:rFonts w:ascii="Times New Roman" w:hAnsi="Times New Roman"/>
          <w:sz w:val="18"/>
          <w:szCs w:val="24"/>
        </w:rPr>
        <w:t>în temeiul art. 309 – art. 310 din Legea nr. 169/2026 privind Codul amenajării teritoriului, urbanismului și construcțiilor,</w:t>
      </w:r>
      <w:r w:rsidRPr="00BB54B5">
        <w:rPr>
          <w:rFonts w:ascii="Times New Roman" w:hAnsi="Times New Roman"/>
          <w:sz w:val="18"/>
          <w:szCs w:val="24"/>
        </w:rPr>
        <w:br/>
        <w:t>solicit:</w:t>
      </w:r>
      <w:r w:rsidRPr="00BB54B5">
        <w:rPr>
          <w:rFonts w:ascii="Times New Roman" w:hAnsi="Times New Roman"/>
          <w:sz w:val="18"/>
          <w:szCs w:val="24"/>
        </w:rPr>
        <w:br/>
      </w:r>
      <w:r w:rsidRPr="00BB54B5">
        <w:rPr>
          <w:rFonts w:ascii="Times New Roman" w:hAnsi="Times New Roman"/>
          <w:b/>
          <w:sz w:val="20"/>
          <w:szCs w:val="24"/>
        </w:rPr>
        <w:t xml:space="preserve">☐ prelungirea DURATEI DE EXECUȚIE, pentru cel mult 12 </w:t>
      </w:r>
      <w:proofErr w:type="gramStart"/>
      <w:r w:rsidRPr="00BB54B5">
        <w:rPr>
          <w:rFonts w:ascii="Times New Roman" w:hAnsi="Times New Roman"/>
          <w:b/>
          <w:sz w:val="20"/>
          <w:szCs w:val="24"/>
        </w:rPr>
        <w:t>luni  /</w:t>
      </w:r>
      <w:proofErr w:type="gramEnd"/>
      <w:r w:rsidRPr="00BB54B5">
        <w:rPr>
          <w:rFonts w:ascii="Times New Roman" w:hAnsi="Times New Roman"/>
          <w:b/>
          <w:sz w:val="20"/>
          <w:szCs w:val="24"/>
        </w:rPr>
        <w:br/>
        <w:t>☐ prelungirea VALABILITĂȚII autorizației, pentru cel mult 12 luni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883F41" w:rsidRPr="00BB54B5" w14:paraId="7E159A10" w14:textId="77777777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F7F03C2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De la data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36BFFB39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Până la data</w:t>
            </w:r>
          </w:p>
        </w:tc>
      </w:tr>
      <w:tr w:rsidR="00883F41" w:rsidRPr="00BB54B5" w14:paraId="73349ED8" w14:textId="77777777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DC44848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Stadiul lucrărilor (%)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E15BE5D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 începerii efective</w:t>
            </w:r>
          </w:p>
        </w:tc>
      </w:tr>
      <w:tr w:rsidR="00883F41" w:rsidRPr="00BB54B5" w14:paraId="62E56AC0" w14:textId="77777777">
        <w:trPr>
          <w:jc w:val="center"/>
        </w:trPr>
        <w:tc>
          <w:tcPr>
            <w:tcW w:w="1094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4BEB2FD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t>Lucrările rămase de executat și motivarea</w:t>
            </w:r>
            <w:r w:rsidRPr="00BB54B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  <w:r w:rsidRPr="00BB54B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  <w:r w:rsidRPr="00BB54B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</w:p>
        </w:tc>
      </w:tr>
    </w:tbl>
    <w:p w14:paraId="163D3599" w14:textId="77777777" w:rsidR="00883F41" w:rsidRPr="00BB54B5" w:rsidRDefault="00883F41">
      <w:pPr>
        <w:spacing w:before="3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883F41" w:rsidRPr="00BB54B5" w14:paraId="73B9D83D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40" w:type="dxa"/>
              <w:bottom w:w="12" w:type="dxa"/>
              <w:right w:w="40" w:type="dxa"/>
            </w:tcMar>
          </w:tcPr>
          <w:p w14:paraId="453DECFF" w14:textId="77777777" w:rsidR="00883F41" w:rsidRPr="00BB54B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sz w:val="18"/>
                <w:szCs w:val="24"/>
              </w:rPr>
              <w:t>5. SE ANEXEAZĂ</w:t>
            </w:r>
          </w:p>
        </w:tc>
      </w:tr>
      <w:tr w:rsidR="00883F41" w:rsidRPr="00BB54B5" w14:paraId="70E11B9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40" w:type="dxa"/>
              <w:bottom w:w="12" w:type="dxa"/>
              <w:right w:w="40" w:type="dxa"/>
            </w:tcMar>
          </w:tcPr>
          <w:p w14:paraId="3BA981B0" w14:textId="77777777" w:rsidR="00883F41" w:rsidRPr="00BB54B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sz w:val="18"/>
                <w:szCs w:val="24"/>
              </w:rPr>
              <w:t xml:space="preserve">☐ autorizația de construire (în </w:t>
            </w:r>
            <w:proofErr w:type="gramStart"/>
            <w:r w:rsidRPr="00BB54B5">
              <w:rPr>
                <w:rFonts w:ascii="Times New Roman" w:hAnsi="Times New Roman"/>
                <w:sz w:val="18"/>
                <w:szCs w:val="24"/>
              </w:rPr>
              <w:t xml:space="preserve">original)   </w:t>
            </w:r>
            <w:proofErr w:type="gramEnd"/>
            <w:r w:rsidRPr="00BB54B5">
              <w:rPr>
                <w:rFonts w:ascii="Times New Roman" w:hAnsi="Times New Roman"/>
                <w:sz w:val="18"/>
                <w:szCs w:val="24"/>
              </w:rPr>
              <w:t xml:space="preserve">  ☐ documentul privind achitarea taxei (copie)</w:t>
            </w:r>
          </w:p>
        </w:tc>
      </w:tr>
    </w:tbl>
    <w:p w14:paraId="06EB99B1" w14:textId="77777777" w:rsidR="00883F41" w:rsidRPr="00BB54B5" w:rsidRDefault="00883F41">
      <w:pPr>
        <w:spacing w:before="3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883F41" w:rsidRPr="00BB54B5" w14:paraId="517CF234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4" w:type="dxa"/>
              <w:left w:w="35" w:type="dxa"/>
              <w:bottom w:w="25" w:type="dxa"/>
              <w:right w:w="35" w:type="dxa"/>
            </w:tcMar>
          </w:tcPr>
          <w:p w14:paraId="1773D346" w14:textId="77777777" w:rsidR="00883F41" w:rsidRPr="00BB54B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sz w:val="18"/>
                <w:szCs w:val="24"/>
              </w:rPr>
              <w:t>6. DATA ȘI SEMNĂTURA</w:t>
            </w:r>
          </w:p>
        </w:tc>
      </w:tr>
      <w:tr w:rsidR="00883F41" w:rsidRPr="00BB54B5" w14:paraId="29A635A0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" w:type="dxa"/>
              <w:left w:w="35" w:type="dxa"/>
              <w:bottom w:w="25" w:type="dxa"/>
              <w:right w:w="35" w:type="dxa"/>
            </w:tcMar>
          </w:tcPr>
          <w:p w14:paraId="4164A38F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" w:type="dxa"/>
              <w:left w:w="35" w:type="dxa"/>
              <w:bottom w:w="25" w:type="dxa"/>
              <w:right w:w="35" w:type="dxa"/>
            </w:tcMar>
          </w:tcPr>
          <w:p w14:paraId="4CE389A7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Titularul autorizației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" w:type="dxa"/>
              <w:left w:w="35" w:type="dxa"/>
              <w:bottom w:w="25" w:type="dxa"/>
              <w:right w:w="35" w:type="dxa"/>
            </w:tcMar>
          </w:tcPr>
          <w:p w14:paraId="5024AA4D" w14:textId="77777777" w:rsidR="00883F41" w:rsidRPr="00BB54B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BB54B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6863F2F2" w14:textId="77777777" w:rsidR="00A86778" w:rsidRPr="00BB54B5" w:rsidRDefault="00A86778">
      <w:pPr>
        <w:rPr>
          <w:sz w:val="24"/>
          <w:szCs w:val="24"/>
        </w:rPr>
      </w:pPr>
    </w:p>
    <w:sectPr w:rsidR="00A86778" w:rsidRPr="00BB54B5" w:rsidSect="004965F9">
      <w:headerReference w:type="default" r:id="rId9"/>
      <w:footerReference w:type="default" r:id="rId10"/>
      <w:pgSz w:w="11906" w:h="16838" w:code="9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F5E8" w14:textId="77777777" w:rsidR="005461F5" w:rsidRDefault="005461F5">
      <w:pPr>
        <w:spacing w:after="0" w:line="240" w:lineRule="auto"/>
      </w:pPr>
      <w:r>
        <w:separator/>
      </w:r>
    </w:p>
  </w:endnote>
  <w:endnote w:type="continuationSeparator" w:id="0">
    <w:p w14:paraId="4B3C17BC" w14:textId="77777777" w:rsidR="005461F5" w:rsidRDefault="0054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DE98" w14:textId="77777777" w:rsidR="00883F41" w:rsidRDefault="00000000">
    <w:pPr>
      <w:pStyle w:val="Footer"/>
      <w:jc w:val="center"/>
    </w:pPr>
    <w:r>
      <w:rPr>
        <w:rFonts w:ascii="Times New Roman" w:hAnsi="Times New Roman"/>
        <w:color w:val="646464"/>
        <w:sz w:val="16"/>
      </w:rPr>
      <w:t xml:space="preserve">F_A_02 · </w:t>
    </w:r>
    <w:proofErr w:type="spellStart"/>
    <w:r>
      <w:rPr>
        <w:rFonts w:ascii="Times New Roman" w:hAnsi="Times New Roman"/>
        <w:color w:val="646464"/>
        <w:sz w:val="16"/>
      </w:rPr>
      <w:t>versiunea</w:t>
    </w:r>
    <w:proofErr w:type="spellEnd"/>
    <w:r>
      <w:rPr>
        <w:rFonts w:ascii="Times New Roman" w:hAnsi="Times New Roman"/>
        <w:color w:val="646464"/>
        <w:sz w:val="16"/>
      </w:rPr>
      <w:t xml:space="preserve"> 1.0                                                  </w:t>
    </w:r>
    <w:proofErr w:type="spellStart"/>
    <w:r>
      <w:rPr>
        <w:rFonts w:ascii="Times New Roman" w:hAnsi="Times New Roman"/>
        <w:color w:val="646464"/>
        <w:sz w:val="16"/>
      </w:rPr>
      <w:t>pagina</w:t>
    </w:r>
    <w:proofErr w:type="spellEnd"/>
    <w:r>
      <w:rPr>
        <w:rFonts w:ascii="Times New Roman" w:hAnsi="Times New Roman"/>
        <w:color w:val="646464"/>
        <w:sz w:val="16"/>
      </w:rPr>
      <w:t xml:space="preserve"> 1 din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152D" w14:textId="77777777" w:rsidR="005461F5" w:rsidRDefault="005461F5">
      <w:pPr>
        <w:spacing w:after="0" w:line="240" w:lineRule="auto"/>
      </w:pPr>
      <w:r>
        <w:separator/>
      </w:r>
    </w:p>
  </w:footnote>
  <w:footnote w:type="continuationSeparator" w:id="0">
    <w:p w14:paraId="079C1039" w14:textId="77777777" w:rsidR="005461F5" w:rsidRDefault="00546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805C" w14:textId="77777777" w:rsidR="00883F41" w:rsidRDefault="00883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2963990">
    <w:abstractNumId w:val="8"/>
  </w:num>
  <w:num w:numId="2" w16cid:durableId="1490050472">
    <w:abstractNumId w:val="6"/>
  </w:num>
  <w:num w:numId="3" w16cid:durableId="784035271">
    <w:abstractNumId w:val="5"/>
  </w:num>
  <w:num w:numId="4" w16cid:durableId="696807845">
    <w:abstractNumId w:val="4"/>
  </w:num>
  <w:num w:numId="5" w16cid:durableId="682246908">
    <w:abstractNumId w:val="7"/>
  </w:num>
  <w:num w:numId="6" w16cid:durableId="1144544672">
    <w:abstractNumId w:val="3"/>
  </w:num>
  <w:num w:numId="7" w16cid:durableId="101656294">
    <w:abstractNumId w:val="2"/>
  </w:num>
  <w:num w:numId="8" w16cid:durableId="1847284461">
    <w:abstractNumId w:val="1"/>
  </w:num>
  <w:num w:numId="9" w16cid:durableId="26241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0FFD"/>
    <w:rsid w:val="00244BC4"/>
    <w:rsid w:val="0029639D"/>
    <w:rsid w:val="00326F90"/>
    <w:rsid w:val="004965F9"/>
    <w:rsid w:val="004D4E15"/>
    <w:rsid w:val="005461F5"/>
    <w:rsid w:val="00883F41"/>
    <w:rsid w:val="00A51817"/>
    <w:rsid w:val="00A86778"/>
    <w:rsid w:val="00AA1D8D"/>
    <w:rsid w:val="00B47730"/>
    <w:rsid w:val="00BB54B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96C04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8</cp:revision>
  <dcterms:created xsi:type="dcterms:W3CDTF">2013-12-23T23:15:00Z</dcterms:created>
  <dcterms:modified xsi:type="dcterms:W3CDTF">2026-08-27T10:31:00Z</dcterms:modified>
  <cp:category/>
</cp:coreProperties>
</file>