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31126D" w:rsidRPr="0031126D" w14:paraId="6BD6DC40" w14:textId="77777777" w:rsidTr="005A67B9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282DC417" w14:textId="77777777" w:rsidR="0031126D" w:rsidRPr="0031126D" w:rsidRDefault="0031126D" w:rsidP="005A67B9">
            <w:pPr>
              <w:rPr>
                <w:sz w:val="24"/>
                <w:szCs w:val="24"/>
              </w:rPr>
            </w:pPr>
            <w:r w:rsidRPr="0031126D">
              <w:rPr>
                <w:noProof/>
                <w:sz w:val="24"/>
                <w:szCs w:val="24"/>
              </w:rPr>
              <w:drawing>
                <wp:inline distT="0" distB="0" distL="0" distR="0" wp14:anchorId="0BB29DD0" wp14:editId="5E5CDA66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EC878FF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31126D" w:rsidRPr="0031126D" w14:paraId="7D1805BE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2CCC68C8" w14:textId="77777777" w:rsidR="0031126D" w:rsidRPr="0031126D" w:rsidRDefault="0031126D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8DC78EE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31126D" w:rsidRPr="0031126D" w14:paraId="4E41EBA4" w14:textId="77777777" w:rsidTr="005A67B9">
        <w:trPr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1DA14E93" w14:textId="77777777" w:rsidR="0031126D" w:rsidRPr="0031126D" w:rsidRDefault="0031126D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0501D51" w14:textId="77777777" w:rsidR="0031126D" w:rsidRPr="0031126D" w:rsidRDefault="0031126D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2C8183F2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FAF9461" w14:textId="77777777" w:rsidR="0031126D" w:rsidRPr="0031126D" w:rsidRDefault="0031126D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</w:t>
            </w:r>
            <w:proofErr w:type="gram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0DDC59A8" w14:textId="77777777" w:rsidR="0031126D" w:rsidRPr="0031126D" w:rsidRDefault="0031126D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596844CB" w14:textId="77777777" w:rsidR="0031126D" w:rsidRPr="0031126D" w:rsidRDefault="0031126D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1023F385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31126D" w:rsidRPr="0031126D" w14:paraId="0B8D019A" w14:textId="77777777" w:rsidTr="005A67B9">
        <w:trPr>
          <w:trHeight w:val="124"/>
          <w:jc w:val="center"/>
        </w:trPr>
        <w:tc>
          <w:tcPr>
            <w:tcW w:w="3600" w:type="dxa"/>
            <w:vMerge/>
            <w:tcBorders>
              <w:left w:val="single" w:sz="4" w:space="0" w:color="auto"/>
            </w:tcBorders>
          </w:tcPr>
          <w:p w14:paraId="51F9C081" w14:textId="77777777" w:rsidR="0031126D" w:rsidRPr="0031126D" w:rsidRDefault="0031126D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55AEB1A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BFA4745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31126D" w:rsidRPr="0031126D" w14:paraId="34800DB9" w14:textId="77777777" w:rsidTr="005A67B9">
        <w:trPr>
          <w:jc w:val="center"/>
        </w:trPr>
        <w:tc>
          <w:tcPr>
            <w:tcW w:w="432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B833B20" w14:textId="77777777" w:rsidR="0031126D" w:rsidRPr="0031126D" w:rsidRDefault="0031126D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31126D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2F9B368B" w14:textId="77777777" w:rsidR="0031126D" w:rsidRPr="00E91FC5" w:rsidRDefault="0031126D" w:rsidP="0031126D">
      <w:pPr>
        <w:spacing w:before="80" w:after="60" w:line="240" w:lineRule="auto"/>
        <w:jc w:val="center"/>
        <w:rPr>
          <w:sz w:val="28"/>
          <w:szCs w:val="28"/>
        </w:rPr>
      </w:pPr>
      <w:r w:rsidRPr="00E91FC5">
        <w:rPr>
          <w:rFonts w:ascii="Times New Roman" w:hAnsi="Times New Roman"/>
          <w:b/>
          <w:sz w:val="32"/>
          <w:szCs w:val="28"/>
        </w:rPr>
        <w:t>CERERE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08"/>
      </w:tblGrid>
      <w:tr w:rsidR="0031126D" w:rsidRPr="00E91FC5" w14:paraId="35EB67AD" w14:textId="77777777" w:rsidTr="0031126D">
        <w:trPr>
          <w:jc w:val="center"/>
        </w:trPr>
        <w:tc>
          <w:tcPr>
            <w:tcW w:w="10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0883F25" w14:textId="77777777" w:rsidR="0031126D" w:rsidRPr="00E91FC5" w:rsidRDefault="0031126D" w:rsidP="005A67B9">
            <w:pPr>
              <w:spacing w:before="20" w:after="20" w:line="240" w:lineRule="auto"/>
              <w:rPr>
                <w:sz w:val="28"/>
                <w:szCs w:val="28"/>
              </w:rPr>
            </w:pPr>
            <w:r w:rsidRPr="00E91FC5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31126D" w:rsidRPr="00E91FC5" w14:paraId="6A09FDBF" w14:textId="77777777" w:rsidTr="0031126D">
        <w:trPr>
          <w:jc w:val="center"/>
        </w:trPr>
        <w:tc>
          <w:tcPr>
            <w:tcW w:w="10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2F52DCB" w14:textId="77777777" w:rsidR="0031126D" w:rsidRPr="00E91FC5" w:rsidRDefault="0031126D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20"/>
                <w:szCs w:val="28"/>
              </w:rPr>
            </w:pPr>
            <w:proofErr w:type="spellStart"/>
            <w:r w:rsidRPr="00E91FC5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Instituția</w:t>
            </w:r>
            <w:proofErr w:type="spellEnd"/>
          </w:p>
          <w:p w14:paraId="32EA8556" w14:textId="77777777" w:rsidR="0031126D" w:rsidRPr="00E91FC5" w:rsidRDefault="0031126D" w:rsidP="005A67B9">
            <w:pPr>
              <w:spacing w:after="20" w:line="240" w:lineRule="auto"/>
              <w:rPr>
                <w:sz w:val="28"/>
                <w:szCs w:val="28"/>
              </w:rPr>
            </w:pPr>
            <w:proofErr w:type="spellStart"/>
            <w:r w:rsidRPr="00E91FC5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>Consiliul</w:t>
            </w:r>
            <w:proofErr w:type="spellEnd"/>
            <w:r w:rsidRPr="00E91FC5">
              <w:rPr>
                <w:rFonts w:ascii="Times New Roman" w:hAnsi="Times New Roman"/>
                <w:i/>
                <w:color w:val="787878"/>
                <w:sz w:val="18"/>
                <w:szCs w:val="28"/>
              </w:rPr>
              <w:t xml:space="preserve"> Județean Harghita</w:t>
            </w:r>
          </w:p>
        </w:tc>
      </w:tr>
      <w:tr w:rsidR="0031126D" w:rsidRPr="00E91FC5" w14:paraId="06D3F034" w14:textId="77777777" w:rsidTr="0031126D">
        <w:trPr>
          <w:jc w:val="center"/>
        </w:trPr>
        <w:tc>
          <w:tcPr>
            <w:tcW w:w="109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C58697F" w14:textId="77777777" w:rsidR="0031126D" w:rsidRPr="00E91FC5" w:rsidRDefault="0031126D" w:rsidP="005A67B9">
            <w:pPr>
              <w:spacing w:after="20" w:line="240" w:lineRule="auto"/>
              <w:rPr>
                <w:sz w:val="28"/>
                <w:szCs w:val="28"/>
              </w:rPr>
            </w:pPr>
            <w:r w:rsidRPr="00E91FC5">
              <w:rPr>
                <w:rFonts w:ascii="Times New Roman" w:hAnsi="Times New Roman"/>
                <w:i/>
                <w:sz w:val="18"/>
                <w:szCs w:val="28"/>
              </w:rPr>
              <w:t xml:space="preserve">Către </w:t>
            </w:r>
            <w:proofErr w:type="spellStart"/>
            <w:r w:rsidRPr="00E91FC5">
              <w:rPr>
                <w:rFonts w:ascii="Times New Roman" w:hAnsi="Times New Roman"/>
                <w:i/>
                <w:sz w:val="18"/>
                <w:szCs w:val="28"/>
              </w:rPr>
              <w:t>președintele</w:t>
            </w:r>
            <w:proofErr w:type="spellEnd"/>
            <w:r w:rsidRPr="00E91FC5">
              <w:rPr>
                <w:rFonts w:ascii="Times New Roman" w:hAnsi="Times New Roman"/>
                <w:i/>
                <w:sz w:val="18"/>
                <w:szCs w:val="28"/>
              </w:rPr>
              <w:t xml:space="preserve"> </w:t>
            </w:r>
            <w:proofErr w:type="spellStart"/>
            <w:r w:rsidRPr="00E91FC5">
              <w:rPr>
                <w:rFonts w:ascii="Times New Roman" w:hAnsi="Times New Roman"/>
                <w:i/>
                <w:sz w:val="18"/>
                <w:szCs w:val="28"/>
              </w:rPr>
              <w:t>consiliului</w:t>
            </w:r>
            <w:proofErr w:type="spellEnd"/>
            <w:r w:rsidRPr="00E91FC5">
              <w:rPr>
                <w:rFonts w:ascii="Times New Roman" w:hAnsi="Times New Roman"/>
                <w:i/>
                <w:sz w:val="18"/>
                <w:szCs w:val="28"/>
              </w:rPr>
              <w:t xml:space="preserve"> </w:t>
            </w:r>
            <w:proofErr w:type="spellStart"/>
            <w:r w:rsidRPr="00E91FC5">
              <w:rPr>
                <w:rFonts w:ascii="Times New Roman" w:hAnsi="Times New Roman"/>
                <w:i/>
                <w:sz w:val="18"/>
                <w:szCs w:val="28"/>
              </w:rPr>
              <w:t>județean</w:t>
            </w:r>
            <w:proofErr w:type="spellEnd"/>
          </w:p>
        </w:tc>
      </w:tr>
    </w:tbl>
    <w:p w14:paraId="13C62C67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BB33FD" w:rsidRPr="00E91FC5" w14:paraId="4E118020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4A2367F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BB33FD" w:rsidRPr="00E91FC5" w14:paraId="4226ABE4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06D2B3D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7206DF2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BB33FD" w:rsidRPr="00E91FC5" w14:paraId="04438D44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09D0E89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BB33FD" w:rsidRPr="00E91FC5" w14:paraId="7F21C862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E8F27F8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4FD2CC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FAAFC3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D9BDAB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BB33FD" w:rsidRPr="00E91FC5" w14:paraId="0C145822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E11631E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BB33FD" w:rsidRPr="00E91FC5" w14:paraId="1D7CAC54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385C8DA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E770506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7088900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BB33FD" w:rsidRPr="00E91FC5" w14:paraId="3BD6BC36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2EBD89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CE052D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4D81C31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1BE3BD8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A0AC894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ABD9A06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6CAC43A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BB33FD" w:rsidRPr="00E91FC5" w14:paraId="575292C0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7FF46F9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BB33FD" w:rsidRPr="00E91FC5" w14:paraId="345A6615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5D4B6DB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C77A0A4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  <w:tr w:rsidR="00BB33FD" w:rsidRPr="00E91FC5" w14:paraId="3EC36C4A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B0AF771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Reprezentare</w:t>
            </w:r>
          </w:p>
        </w:tc>
      </w:tr>
      <w:tr w:rsidR="00BB33FD" w:rsidRPr="00E91FC5" w14:paraId="250E3F2F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A1E1C3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 calitate de reprezentant al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02E2355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CUI / CIF</w:t>
            </w:r>
          </w:p>
        </w:tc>
      </w:tr>
      <w:tr w:rsidR="00BB33FD" w:rsidRPr="00E91FC5" w14:paraId="005C2B8F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E9AB69B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titular al dreptului de proprietate     ☐ împuternicit al titularului</w:t>
            </w:r>
          </w:p>
        </w:tc>
      </w:tr>
    </w:tbl>
    <w:p w14:paraId="6AFFB8DB" w14:textId="77777777" w:rsidR="00BB33FD" w:rsidRPr="00E91FC5" w:rsidRDefault="00000000">
      <w:pPr>
        <w:spacing w:before="80" w:after="60" w:line="240" w:lineRule="auto"/>
        <w:jc w:val="center"/>
        <w:rPr>
          <w:sz w:val="24"/>
          <w:szCs w:val="24"/>
        </w:rPr>
      </w:pPr>
      <w:r w:rsidRPr="00E91FC5">
        <w:rPr>
          <w:rFonts w:ascii="Times New Roman" w:hAnsi="Times New Roman"/>
          <w:sz w:val="18"/>
          <w:szCs w:val="24"/>
        </w:rPr>
        <w:t>în conformitate cu prevederile Legii nr. 169/2026 privind Codul amenajării teritoriului, urbanismului și construcțiilor,</w:t>
      </w:r>
      <w:r w:rsidRPr="00E91FC5">
        <w:rPr>
          <w:rFonts w:ascii="Times New Roman" w:hAnsi="Times New Roman"/>
          <w:sz w:val="18"/>
          <w:szCs w:val="24"/>
        </w:rPr>
        <w:br/>
        <w:t>solicit emiterea</w:t>
      </w:r>
      <w:r w:rsidRPr="00E91FC5">
        <w:rPr>
          <w:rFonts w:ascii="Times New Roman" w:hAnsi="Times New Roman"/>
          <w:sz w:val="18"/>
          <w:szCs w:val="24"/>
        </w:rPr>
        <w:br/>
      </w:r>
      <w:r w:rsidRPr="00E91FC5">
        <w:rPr>
          <w:rFonts w:ascii="Times New Roman" w:hAnsi="Times New Roman"/>
          <w:b/>
          <w:szCs w:val="24"/>
        </w:rPr>
        <w:t>CERTIFICATULUI DE URBANISM</w:t>
      </w:r>
      <w:r w:rsidRPr="00E91FC5">
        <w:rPr>
          <w:rFonts w:ascii="Times New Roman" w:hAnsi="Times New Roman"/>
          <w:b/>
          <w:szCs w:val="24"/>
        </w:rPr>
        <w:br/>
        <w:t>PENTRU OPERAȚIUNI CADASTRALE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BB33FD" w:rsidRPr="00E91FC5" w14:paraId="5A3E62F5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6F639455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3. ÎN  VEDEREA REALIZĂRII OPERAȚIUNII CADATRALE :</w:t>
            </w:r>
          </w:p>
        </w:tc>
      </w:tr>
      <w:tr w:rsidR="00BB33FD" w:rsidRPr="00E91FC5" w14:paraId="634FFF2F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667485E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comasare (alipire)     ☐ dezmembrare (dezlipire)     ☐ înscrierea unor servituți de trecere</w:t>
            </w:r>
          </w:p>
        </w:tc>
      </w:tr>
      <w:tr w:rsidR="00BB33FD" w:rsidRPr="00E91FC5" w14:paraId="332541B6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0EFDA164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evidențieri de imobile în cartea funciară     ☐ reevidențieri de imobile în cartea funciară</w:t>
            </w:r>
          </w:p>
        </w:tc>
      </w:tr>
      <w:tr w:rsidR="00BB33FD" w:rsidRPr="00E91FC5" w14:paraId="1288381D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3756A86D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505050"/>
                <w:sz w:val="16"/>
                <w:szCs w:val="24"/>
              </w:rPr>
              <w:t>Descrierea operațiunii cadastrale propuse :</w:t>
            </w:r>
            <w:r w:rsidRPr="00E91FC5">
              <w:rPr>
                <w:rFonts w:ascii="Times New Roman" w:hAnsi="Times New Roman"/>
                <w:color w:val="505050"/>
                <w:sz w:val="16"/>
                <w:szCs w:val="24"/>
              </w:rPr>
              <w:br/>
            </w:r>
            <w:r w:rsidRPr="00E91FC5">
              <w:rPr>
                <w:rFonts w:ascii="Times New Roman" w:hAnsi="Times New Roman"/>
                <w:color w:val="505050"/>
                <w:sz w:val="16"/>
                <w:szCs w:val="24"/>
              </w:rPr>
              <w:br/>
              <w:t>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EDD7433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912"/>
        <w:gridCol w:w="2736"/>
        <w:gridCol w:w="912"/>
        <w:gridCol w:w="1824"/>
        <w:gridCol w:w="1824"/>
      </w:tblGrid>
      <w:tr w:rsidR="00BB33FD" w:rsidRPr="00E91FC5" w14:paraId="2D24A29D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0BF7CD3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4. IMOBILUL</w:t>
            </w:r>
          </w:p>
        </w:tc>
      </w:tr>
      <w:tr w:rsidR="00BB33FD" w:rsidRPr="00E91FC5" w14:paraId="37E5E1DA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17F3374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teren     ☐ construcții</w:t>
            </w:r>
          </w:p>
        </w:tc>
      </w:tr>
      <w:tr w:rsidR="00BB33FD" w:rsidRPr="00E91FC5" w14:paraId="476266D8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91633A7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3C83DC6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 / oraș / comună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3F69FE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BB33FD" w:rsidRPr="00E91FC5" w14:paraId="33396AC6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510503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DE1854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FC3AD78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0E2ADF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BB33FD" w:rsidRPr="00E91FC5" w14:paraId="732E541A" w14:textId="77777777">
        <w:trPr>
          <w:jc w:val="center"/>
        </w:trPr>
        <w:tc>
          <w:tcPr>
            <w:tcW w:w="63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CC1F9A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cadastral</w:t>
            </w: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E91FC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imobilul e înscris în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8947A8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Carte funciară nr.</w:t>
            </w:r>
          </w:p>
        </w:tc>
      </w:tr>
    </w:tbl>
    <w:p w14:paraId="535D6467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BB33FD" w:rsidRPr="00E91FC5" w14:paraId="2AC7F9BC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40E1A01B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5. SE ANEXEAZĂ</w:t>
            </w:r>
          </w:p>
        </w:tc>
      </w:tr>
      <w:tr w:rsidR="00BB33FD" w:rsidRPr="00E91FC5" w14:paraId="102AC599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54C4778A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documentația cadastrală                             ☐ plan cu o propunere de comasare/dezmembrare</w:t>
            </w:r>
          </w:p>
        </w:tc>
      </w:tr>
      <w:tr w:rsidR="00BB33FD" w:rsidRPr="00E91FC5" w14:paraId="01C0F18E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53EB379A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extras de carte funciară actualizat               ☐ plan de încadrare în zonă în sistem Stereo 70               ☐ împuternicirea, dacă este cazul</w:t>
            </w:r>
          </w:p>
        </w:tc>
      </w:tr>
    </w:tbl>
    <w:p w14:paraId="61FF898F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BB33FD" w:rsidRPr="00E91FC5" w14:paraId="605A8E40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34D1CE7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6. COMUNICAREA RĂSPUNSULUI</w:t>
            </w:r>
          </w:p>
        </w:tc>
      </w:tr>
      <w:tr w:rsidR="00BB33FD" w:rsidRPr="00E91FC5" w14:paraId="3EB2A393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0D102045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în format scris, prin poștă     ☐ în format digital, la adresa de e-mail indicată     ☐ ridicare de la sediul autorității</w:t>
            </w:r>
          </w:p>
        </w:tc>
      </w:tr>
    </w:tbl>
    <w:p w14:paraId="663A1431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BB33FD" w:rsidRPr="00E91FC5" w14:paraId="06BF0576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5D259B2D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7. DATA ȘI SEMNĂTURA</w:t>
            </w:r>
          </w:p>
        </w:tc>
      </w:tr>
      <w:tr w:rsidR="00BB33FD" w:rsidRPr="00E91FC5" w14:paraId="65073DF5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694139D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06559D65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Solicitantul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1D83D175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61E0D2A4" w14:textId="77777777" w:rsidR="003C2C8B" w:rsidRPr="00E91FC5" w:rsidRDefault="003C2C8B">
      <w:pPr>
        <w:rPr>
          <w:sz w:val="24"/>
          <w:szCs w:val="24"/>
        </w:rPr>
      </w:pPr>
    </w:p>
    <w:sectPr w:rsidR="003C2C8B" w:rsidRPr="00E91FC5" w:rsidSect="00DD09E0">
      <w:footerReference w:type="default" r:id="rId9"/>
      <w:pgSz w:w="11906" w:h="16838" w:code="9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6D542" w14:textId="77777777" w:rsidR="00960E24" w:rsidRDefault="00960E24">
      <w:pPr>
        <w:spacing w:after="0" w:line="240" w:lineRule="auto"/>
      </w:pPr>
      <w:r>
        <w:separator/>
      </w:r>
    </w:p>
  </w:endnote>
  <w:endnote w:type="continuationSeparator" w:id="0">
    <w:p w14:paraId="20A2F2AC" w14:textId="77777777" w:rsidR="00960E24" w:rsidRDefault="0096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DCD0" w14:textId="77777777" w:rsidR="00BB33FD" w:rsidRDefault="00000000">
    <w:pPr>
      <w:pStyle w:val="Footer"/>
      <w:jc w:val="center"/>
    </w:pPr>
    <w:r>
      <w:rPr>
        <w:rFonts w:ascii="Times New Roman" w:hAnsi="Times New Roman"/>
        <w:color w:val="646464"/>
        <w:sz w:val="16"/>
      </w:rPr>
      <w:t xml:space="preserve">F_CU_02 · </w:t>
    </w:r>
    <w:proofErr w:type="spellStart"/>
    <w:r>
      <w:rPr>
        <w:rFonts w:ascii="Times New Roman" w:hAnsi="Times New Roman"/>
        <w:color w:val="646464"/>
        <w:sz w:val="16"/>
      </w:rPr>
      <w:t>versiunea</w:t>
    </w:r>
    <w:proofErr w:type="spellEnd"/>
    <w:r>
      <w:rPr>
        <w:rFonts w:ascii="Times New Roman" w:hAnsi="Times New Roman"/>
        <w:color w:val="646464"/>
        <w:sz w:val="16"/>
      </w:rPr>
      <w:t xml:space="preserve"> 1.0                                                  </w:t>
    </w:r>
    <w:proofErr w:type="spellStart"/>
    <w:r>
      <w:rPr>
        <w:rFonts w:ascii="Times New Roman" w:hAnsi="Times New Roman"/>
        <w:color w:val="646464"/>
        <w:sz w:val="16"/>
      </w:rPr>
      <w:t>pagina</w:t>
    </w:r>
    <w:proofErr w:type="spellEnd"/>
    <w:r>
      <w:rPr>
        <w:rFonts w:ascii="Times New Roman" w:hAnsi="Times New Roman"/>
        <w:color w:val="646464"/>
        <w:sz w:val="16"/>
      </w:rPr>
      <w:t xml:space="preserve"> 1 din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8A1D" w14:textId="77777777" w:rsidR="00960E24" w:rsidRDefault="00960E24">
      <w:pPr>
        <w:spacing w:after="0" w:line="240" w:lineRule="auto"/>
      </w:pPr>
      <w:r>
        <w:separator/>
      </w:r>
    </w:p>
  </w:footnote>
  <w:footnote w:type="continuationSeparator" w:id="0">
    <w:p w14:paraId="27E1FEF5" w14:textId="77777777" w:rsidR="00960E24" w:rsidRDefault="00960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0468243">
    <w:abstractNumId w:val="8"/>
  </w:num>
  <w:num w:numId="2" w16cid:durableId="368771273">
    <w:abstractNumId w:val="6"/>
  </w:num>
  <w:num w:numId="3" w16cid:durableId="1924876395">
    <w:abstractNumId w:val="5"/>
  </w:num>
  <w:num w:numId="4" w16cid:durableId="1104182859">
    <w:abstractNumId w:val="4"/>
  </w:num>
  <w:num w:numId="5" w16cid:durableId="76102146">
    <w:abstractNumId w:val="7"/>
  </w:num>
  <w:num w:numId="6" w16cid:durableId="1153596853">
    <w:abstractNumId w:val="3"/>
  </w:num>
  <w:num w:numId="7" w16cid:durableId="406617010">
    <w:abstractNumId w:val="2"/>
  </w:num>
  <w:num w:numId="8" w16cid:durableId="421486489">
    <w:abstractNumId w:val="1"/>
  </w:num>
  <w:num w:numId="9" w16cid:durableId="103897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0FFD"/>
    <w:rsid w:val="0029639D"/>
    <w:rsid w:val="0031126D"/>
    <w:rsid w:val="00326F90"/>
    <w:rsid w:val="003C2C8B"/>
    <w:rsid w:val="00423C4E"/>
    <w:rsid w:val="00960E24"/>
    <w:rsid w:val="00AA1D8D"/>
    <w:rsid w:val="00B47730"/>
    <w:rsid w:val="00BB33FD"/>
    <w:rsid w:val="00CB0664"/>
    <w:rsid w:val="00DD09E0"/>
    <w:rsid w:val="00E91F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91936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4</cp:revision>
  <dcterms:created xsi:type="dcterms:W3CDTF">2013-12-23T23:15:00Z</dcterms:created>
  <dcterms:modified xsi:type="dcterms:W3CDTF">2026-08-27T10:29:00Z</dcterms:modified>
  <cp:category/>
</cp:coreProperties>
</file>