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CD55F" w14:textId="61E8BD28" w:rsidR="00FA738D" w:rsidRPr="007844EA" w:rsidRDefault="00FA738D">
      <w:pPr>
        <w:spacing w:after="0" w:line="240" w:lineRule="auto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FA738D" w:rsidRPr="007844EA" w14:paraId="492D632C" w14:textId="77777777" w:rsidTr="00994596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8B23E67" w14:textId="7A168D59" w:rsidR="00FA738D" w:rsidRPr="007844EA" w:rsidRDefault="002308A5" w:rsidP="002308A5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AAB06ED" wp14:editId="78A2013E">
                  <wp:extent cx="963295" cy="1122045"/>
                  <wp:effectExtent l="0" t="0" r="8255" b="1905"/>
                  <wp:docPr id="178032699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910EBA7" w14:textId="68A1D241" w:rsidR="00FA738D" w:rsidRPr="007844E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r w:rsidR="00586C7B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Harghita</w:t>
            </w:r>
          </w:p>
        </w:tc>
      </w:tr>
      <w:tr w:rsidR="00FA738D" w:rsidRPr="007844EA" w14:paraId="2FB829BB" w14:textId="77777777" w:rsidTr="00994596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D427256" w14:textId="77777777" w:rsidR="00FA738D" w:rsidRPr="007844EA" w:rsidRDefault="00FA738D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92947E7" w14:textId="4FE698D5" w:rsidR="00FA738D" w:rsidRPr="007844EA" w:rsidRDefault="00586C7B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Consiliul Jude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țean Harghita</w:t>
            </w:r>
          </w:p>
        </w:tc>
      </w:tr>
      <w:tr w:rsidR="00FA738D" w:rsidRPr="007844EA" w14:paraId="7C05DFD5" w14:textId="77777777" w:rsidTr="00994596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4725C958" w14:textId="77777777" w:rsidR="00FA738D" w:rsidRPr="007844EA" w:rsidRDefault="00FA738D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6F219E9" w14:textId="77777777" w:rsidR="00FA738D" w:rsidRPr="002308A5" w:rsidRDefault="00000000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</w:pPr>
            <w:r w:rsidRPr="002308A5">
              <w:rPr>
                <w:rFonts w:ascii="Times New Roman" w:hAnsi="Times New Roman"/>
                <w:b/>
                <w:color w:val="004682"/>
                <w:sz w:val="18"/>
                <w:szCs w:val="24"/>
                <w:lang w:val="fr-FR"/>
              </w:rPr>
              <w:t>Cod de identificare fiscală (CIF)</w:t>
            </w:r>
          </w:p>
          <w:p w14:paraId="0FAA09B7" w14:textId="78ED0679" w:rsidR="00586C7B" w:rsidRPr="007844EA" w:rsidRDefault="00586C7B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4245763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E43F196" w14:textId="7E3F1CA7" w:rsidR="00586C7B" w:rsidRPr="007844EA" w:rsidRDefault="00000000" w:rsidP="00586C7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Adresa </w:t>
            </w:r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r w:rsidR="00CA4095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="00CA4095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="00586C7B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530221, strada Kossuth Lajos, nr. 8</w:t>
            </w:r>
          </w:p>
          <w:p w14:paraId="2F97CC34" w14:textId="77777777" w:rsidR="00586C7B" w:rsidRPr="007844EA" w:rsidRDefault="00586C7B" w:rsidP="00586C7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Miercurea Ciuc, Harghita</w:t>
            </w:r>
          </w:p>
          <w:p w14:paraId="6D81B005" w14:textId="77777777" w:rsidR="00586C7B" w:rsidRPr="007844EA" w:rsidRDefault="00586C7B" w:rsidP="00586C7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 +0266 207 700</w:t>
            </w:r>
          </w:p>
          <w:p w14:paraId="094375AB" w14:textId="234A9472" w:rsidR="00FA738D" w:rsidRPr="007844EA" w:rsidRDefault="00586C7B" w:rsidP="00586C7B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E-mail: info@judetulharghita.ro</w:t>
            </w:r>
          </w:p>
        </w:tc>
      </w:tr>
      <w:tr w:rsidR="00FA738D" w:rsidRPr="007844EA" w14:paraId="537E9FF5" w14:textId="77777777" w:rsidTr="00994596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0868EFDC" w14:textId="77777777" w:rsidR="00FA738D" w:rsidRPr="007844EA" w:rsidRDefault="00FA738D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CC6799A" w14:textId="4BFCD0E9" w:rsidR="00FA738D" w:rsidRPr="007844E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</w:t>
            </w:r>
            <w:r w:rsidR="00600A49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umă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 înreg</w:t>
            </w:r>
            <w:r w:rsidR="00600A49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istrare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533E901" w14:textId="7C1DA169" w:rsidR="00FA738D" w:rsidRPr="007844EA" w:rsidRDefault="00600A4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FA738D" w:rsidRPr="002308A5" w14:paraId="02C6B25C" w14:textId="77777777" w:rsidTr="00994596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BCB569E" w14:textId="77777777" w:rsidR="00FA738D" w:rsidRPr="002308A5" w:rsidRDefault="00000000">
            <w:pPr>
              <w:spacing w:after="20" w:line="240" w:lineRule="auto"/>
              <w:rPr>
                <w:sz w:val="24"/>
                <w:szCs w:val="24"/>
                <w:lang w:val="fr-FR"/>
              </w:rPr>
            </w:pPr>
            <w:proofErr w:type="gramStart"/>
            <w:r w:rsidRPr="002308A5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>se</w:t>
            </w:r>
            <w:proofErr w:type="gramEnd"/>
            <w:r w:rsidRPr="002308A5">
              <w:rPr>
                <w:rFonts w:ascii="Times New Roman" w:hAnsi="Times New Roman"/>
                <w:i/>
                <w:color w:val="787878"/>
                <w:sz w:val="16"/>
                <w:szCs w:val="24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1BB5276D" w14:textId="77777777" w:rsidR="00FA738D" w:rsidRPr="00E331DE" w:rsidRDefault="00000000">
      <w:pPr>
        <w:spacing w:before="80" w:after="60" w:line="240" w:lineRule="auto"/>
        <w:jc w:val="center"/>
        <w:rPr>
          <w:sz w:val="28"/>
          <w:szCs w:val="28"/>
        </w:rPr>
      </w:pPr>
      <w:r w:rsidRPr="00E331DE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FA738D" w:rsidRPr="00E331DE" w14:paraId="5C4EE1B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FB63654" w14:textId="77777777" w:rsidR="00FA738D" w:rsidRPr="00E331DE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FA738D" w:rsidRPr="00E331DE" w14:paraId="6E767A7C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12CABDF" w14:textId="77777777" w:rsidR="00FA738D" w:rsidRPr="00E331DE" w:rsidRDefault="00840F7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</w:p>
          <w:p w14:paraId="593557CF" w14:textId="501708F2" w:rsidR="00840F75" w:rsidRPr="00E331DE" w:rsidRDefault="00840F75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Consiliul Județean Harghita</w:t>
            </w:r>
          </w:p>
        </w:tc>
      </w:tr>
      <w:tr w:rsidR="00FA738D" w:rsidRPr="00E331DE" w14:paraId="5E103C11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245E287" w14:textId="1FC5ED57" w:rsidR="00FA738D" w:rsidRPr="00E331DE" w:rsidRDefault="00840F75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i/>
                <w:sz w:val="18"/>
                <w:szCs w:val="28"/>
              </w:rPr>
              <w:t>Către președintele consiliului județean</w:t>
            </w:r>
          </w:p>
        </w:tc>
      </w:tr>
    </w:tbl>
    <w:p w14:paraId="2FDD4F03" w14:textId="77777777" w:rsidR="00FA738D" w:rsidRPr="00E331DE" w:rsidRDefault="00FA738D">
      <w:pPr>
        <w:spacing w:before="40" w:after="0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900"/>
        <w:gridCol w:w="900"/>
        <w:gridCol w:w="900"/>
        <w:gridCol w:w="900"/>
        <w:gridCol w:w="900"/>
        <w:gridCol w:w="900"/>
        <w:gridCol w:w="1800"/>
      </w:tblGrid>
      <w:tr w:rsidR="00FA738D" w:rsidRPr="00E331DE" w14:paraId="51DBD9B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2D0313" w14:textId="77777777" w:rsidR="00FA738D" w:rsidRPr="00E331DE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2. SOLICITANTUL</w:t>
            </w:r>
          </w:p>
        </w:tc>
      </w:tr>
      <w:tr w:rsidR="00FA738D" w:rsidRPr="00E331DE" w14:paraId="132D57A7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3B9425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Nume și prenume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AF53C3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CNP</w:t>
            </w:r>
          </w:p>
        </w:tc>
      </w:tr>
      <w:tr w:rsidR="00FA738D" w:rsidRPr="00E331DE" w14:paraId="04C3C0C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D88662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Act de identitate</w:t>
            </w:r>
          </w:p>
        </w:tc>
      </w:tr>
      <w:tr w:rsidR="00FA738D" w:rsidRPr="00E331DE" w14:paraId="5EF0CBEB" w14:textId="77777777">
        <w:trPr>
          <w:jc w:val="center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C69D1A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Seria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85EB5A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Numărul</w:t>
            </w:r>
          </w:p>
        </w:tc>
        <w:tc>
          <w:tcPr>
            <w:tcW w:w="45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A2ADAA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Eliberat de</w:t>
            </w:r>
          </w:p>
        </w:tc>
        <w:tc>
          <w:tcPr>
            <w:tcW w:w="27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9ED4805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La data</w:t>
            </w:r>
          </w:p>
        </w:tc>
      </w:tr>
      <w:tr w:rsidR="00FA738D" w:rsidRPr="00E331DE" w14:paraId="67DC4CCC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CBE9FC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Domiciliul</w:t>
            </w:r>
          </w:p>
        </w:tc>
      </w:tr>
      <w:tr w:rsidR="00FA738D" w:rsidRPr="00E331DE" w14:paraId="691146CF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97B2FAA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Județul</w:t>
            </w:r>
          </w:p>
        </w:tc>
        <w:tc>
          <w:tcPr>
            <w:tcW w:w="36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E04268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Municipiul / orașul / comuna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606BB9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Satul / sectorul</w:t>
            </w:r>
          </w:p>
        </w:tc>
      </w:tr>
      <w:tr w:rsidR="00FA738D" w:rsidRPr="00E331DE" w14:paraId="71A883FE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D672A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Strada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F94961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Nr.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8110D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Sc.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6FD2A8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Et.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F16CF8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Ap.</w:t>
            </w: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EE3C2F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Cod poștal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87CBF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Țara</w:t>
            </w:r>
          </w:p>
        </w:tc>
      </w:tr>
      <w:tr w:rsidR="00FA738D" w:rsidRPr="00E331DE" w14:paraId="6F859984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DC8921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Date de contact</w:t>
            </w:r>
          </w:p>
        </w:tc>
      </w:tr>
      <w:tr w:rsidR="00FA738D" w:rsidRPr="00E331DE" w14:paraId="2A44C714" w14:textId="77777777">
        <w:trPr>
          <w:jc w:val="center"/>
        </w:trPr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5F57AF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Telefon / fax</w:t>
            </w:r>
          </w:p>
        </w:tc>
        <w:tc>
          <w:tcPr>
            <w:tcW w:w="54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B3C2CC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E-mail</w:t>
            </w:r>
          </w:p>
        </w:tc>
      </w:tr>
      <w:tr w:rsidR="00FA738D" w:rsidRPr="00E331DE" w14:paraId="39AC14B7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96223C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Reprezentare</w:t>
            </w:r>
          </w:p>
        </w:tc>
      </w:tr>
      <w:tr w:rsidR="00FA738D" w:rsidRPr="00E331DE" w14:paraId="11999D85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9A37DCF" w14:textId="77777777" w:rsidR="00FA738D" w:rsidRPr="002308A5" w:rsidRDefault="00000000">
            <w:pPr>
              <w:spacing w:after="20" w:line="240" w:lineRule="auto"/>
              <w:rPr>
                <w:sz w:val="28"/>
                <w:szCs w:val="28"/>
                <w:lang w:val="fr-FR"/>
              </w:rPr>
            </w:pPr>
            <w:r w:rsidRPr="002308A5">
              <w:rPr>
                <w:rFonts w:ascii="Times New Roman" w:hAnsi="Times New Roman"/>
                <w:b/>
                <w:color w:val="004682"/>
                <w:sz w:val="20"/>
                <w:szCs w:val="28"/>
                <w:lang w:val="fr-FR"/>
              </w:rPr>
              <w:t>În calitate de reprezentant al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1E330F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CUI / CIF</w:t>
            </w:r>
          </w:p>
        </w:tc>
      </w:tr>
    </w:tbl>
    <w:p w14:paraId="4D3CAD57" w14:textId="77777777" w:rsidR="00FA738D" w:rsidRPr="00E331DE" w:rsidRDefault="00000000">
      <w:pPr>
        <w:spacing w:before="80" w:after="60" w:line="240" w:lineRule="auto"/>
        <w:jc w:val="center"/>
        <w:rPr>
          <w:sz w:val="28"/>
          <w:szCs w:val="28"/>
        </w:rPr>
      </w:pPr>
      <w:r w:rsidRPr="00E331DE">
        <w:rPr>
          <w:rFonts w:ascii="Times New Roman" w:hAnsi="Times New Roman"/>
          <w:sz w:val="20"/>
          <w:szCs w:val="28"/>
        </w:rPr>
        <w:t>în conformitate cu prevederile Legii nr. 169/2026 privind Codul amenajării teritoriului, urbanismului și construcțiilor,</w:t>
      </w:r>
      <w:r w:rsidRPr="00E331DE">
        <w:rPr>
          <w:rFonts w:ascii="Times New Roman" w:hAnsi="Times New Roman"/>
          <w:sz w:val="20"/>
          <w:szCs w:val="28"/>
        </w:rPr>
        <w:br/>
        <w:t>solicit emiterea</w:t>
      </w:r>
      <w:r w:rsidRPr="00E331DE">
        <w:rPr>
          <w:rFonts w:ascii="Times New Roman" w:hAnsi="Times New Roman"/>
          <w:sz w:val="20"/>
          <w:szCs w:val="28"/>
        </w:rPr>
        <w:br/>
      </w:r>
      <w:r w:rsidRPr="00E331DE">
        <w:rPr>
          <w:rFonts w:ascii="Times New Roman" w:hAnsi="Times New Roman"/>
          <w:b/>
          <w:sz w:val="24"/>
          <w:szCs w:val="28"/>
        </w:rPr>
        <w:t>CERTIFICATULUI DE URBANISM DE INFORMARE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2700"/>
        <w:gridCol w:w="900"/>
        <w:gridCol w:w="1800"/>
        <w:gridCol w:w="1800"/>
      </w:tblGrid>
      <w:tr w:rsidR="00FA738D" w:rsidRPr="00E331DE" w14:paraId="4E5D958B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D2BB06" w14:textId="77777777" w:rsidR="00FA738D" w:rsidRPr="00E331DE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3. IMOBILUL</w:t>
            </w:r>
          </w:p>
        </w:tc>
      </w:tr>
      <w:tr w:rsidR="00FA738D" w:rsidRPr="00E331DE" w14:paraId="3FD005F9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73ED075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teren     ☐ construcții</w:t>
            </w:r>
          </w:p>
        </w:tc>
      </w:tr>
      <w:tr w:rsidR="00FA738D" w:rsidRPr="00E331DE" w14:paraId="66834B6B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8209D5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Județ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C00B31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Municipiu / oraș / comună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7A3656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Sat / sector</w:t>
            </w:r>
          </w:p>
        </w:tc>
      </w:tr>
      <w:tr w:rsidR="00FA738D" w:rsidRPr="00E331DE" w14:paraId="5DA41400" w14:textId="77777777">
        <w:trPr>
          <w:jc w:val="center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F14154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Cod poștal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641E3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Strada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E7F0A2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70749B9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Bl. / sc. / et. / ap.</w:t>
            </w:r>
          </w:p>
        </w:tc>
      </w:tr>
      <w:tr w:rsidR="00FA738D" w:rsidRPr="00E331DE" w14:paraId="6B85F433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A01D03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Suprafața terenului (m²)</w:t>
            </w:r>
          </w:p>
        </w:tc>
      </w:tr>
      <w:tr w:rsidR="00FA738D" w:rsidRPr="00E331DE" w14:paraId="1CCE34EE" w14:textId="77777777">
        <w:trPr>
          <w:jc w:val="center"/>
        </w:trPr>
        <w:tc>
          <w:tcPr>
            <w:tcW w:w="63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CF628F7" w14:textId="77777777" w:rsidR="00FA738D" w:rsidRPr="002308A5" w:rsidRDefault="00000000">
            <w:pPr>
              <w:spacing w:after="20" w:line="240" w:lineRule="auto"/>
              <w:rPr>
                <w:sz w:val="28"/>
                <w:szCs w:val="28"/>
                <w:lang w:val="fr-FR"/>
              </w:rPr>
            </w:pPr>
            <w:r w:rsidRPr="002308A5">
              <w:rPr>
                <w:rFonts w:ascii="Times New Roman" w:hAnsi="Times New Roman"/>
                <w:b/>
                <w:color w:val="004682"/>
                <w:sz w:val="20"/>
                <w:szCs w:val="28"/>
                <w:lang w:val="fr-FR"/>
              </w:rPr>
              <w:t>Număr cadastral</w:t>
            </w:r>
            <w:r w:rsidRPr="002308A5">
              <w:rPr>
                <w:rFonts w:ascii="Times New Roman" w:hAnsi="Times New Roman"/>
                <w:b/>
                <w:color w:val="004682"/>
                <w:sz w:val="20"/>
                <w:szCs w:val="28"/>
                <w:lang w:val="fr-FR"/>
              </w:rPr>
              <w:br/>
            </w:r>
            <w:r w:rsidRPr="002308A5">
              <w:rPr>
                <w:rFonts w:ascii="Times New Roman" w:hAnsi="Times New Roman"/>
                <w:i/>
                <w:color w:val="787878"/>
                <w:sz w:val="18"/>
                <w:szCs w:val="28"/>
                <w:lang w:val="fr-FR"/>
              </w:rPr>
              <w:t>dacă imobilul e înscris în e-Terra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8E3683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Carte funciară nr.</w:t>
            </w:r>
          </w:p>
        </w:tc>
      </w:tr>
      <w:tr w:rsidR="00FA738D" w:rsidRPr="002308A5" w14:paraId="5270881D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DD1532C" w14:textId="77777777" w:rsidR="00FA738D" w:rsidRPr="002308A5" w:rsidRDefault="00000000">
            <w:pPr>
              <w:spacing w:after="20" w:line="240" w:lineRule="auto"/>
              <w:rPr>
                <w:sz w:val="28"/>
                <w:szCs w:val="28"/>
                <w:lang w:val="fr-FR"/>
              </w:rPr>
            </w:pPr>
            <w:proofErr w:type="gramStart"/>
            <w:r w:rsidRPr="002308A5">
              <w:rPr>
                <w:rFonts w:ascii="Times New Roman" w:hAnsi="Times New Roman"/>
                <w:sz w:val="20"/>
                <w:szCs w:val="28"/>
                <w:lang w:val="fr-FR"/>
              </w:rPr>
              <w:t>☐  extras</w:t>
            </w:r>
            <w:proofErr w:type="gramEnd"/>
            <w:r w:rsidRPr="002308A5">
              <w:rPr>
                <w:rFonts w:ascii="Times New Roman" w:hAnsi="Times New Roman"/>
                <w:sz w:val="20"/>
                <w:szCs w:val="28"/>
                <w:lang w:val="fr-FR"/>
              </w:rPr>
              <w:t xml:space="preserve"> de carte funciară actualizat, anexat</w:t>
            </w:r>
          </w:p>
        </w:tc>
      </w:tr>
      <w:tr w:rsidR="00FA738D" w:rsidRPr="002308A5" w14:paraId="462713ED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222A52A" w14:textId="77777777" w:rsidR="00FA738D" w:rsidRPr="002308A5" w:rsidRDefault="00000000">
            <w:pPr>
              <w:spacing w:after="20" w:line="240" w:lineRule="auto"/>
              <w:rPr>
                <w:sz w:val="28"/>
                <w:szCs w:val="28"/>
                <w:lang w:val="fr-FR"/>
              </w:rPr>
            </w:pPr>
            <w:proofErr w:type="gramStart"/>
            <w:r w:rsidRPr="002308A5">
              <w:rPr>
                <w:rFonts w:ascii="Times New Roman" w:hAnsi="Times New Roman"/>
                <w:sz w:val="20"/>
                <w:szCs w:val="28"/>
                <w:lang w:val="fr-FR"/>
              </w:rPr>
              <w:t>☐  plan</w:t>
            </w:r>
            <w:proofErr w:type="gramEnd"/>
            <w:r w:rsidRPr="002308A5">
              <w:rPr>
                <w:rFonts w:ascii="Times New Roman" w:hAnsi="Times New Roman"/>
                <w:sz w:val="20"/>
                <w:szCs w:val="28"/>
                <w:lang w:val="fr-FR"/>
              </w:rPr>
              <w:t xml:space="preserve"> de încadrare în zonă în sistem Stereo 70, anexat eliberat, la cerere, de către Agenția Națională de Cadastru și Publicitate Imobiliară</w:t>
            </w:r>
          </w:p>
        </w:tc>
      </w:tr>
    </w:tbl>
    <w:p w14:paraId="64343281" w14:textId="77777777" w:rsidR="00FA738D" w:rsidRPr="002308A5" w:rsidRDefault="00FA738D">
      <w:pPr>
        <w:spacing w:before="40" w:after="0"/>
        <w:rPr>
          <w:sz w:val="28"/>
          <w:szCs w:val="28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FA738D" w:rsidRPr="00E331DE" w14:paraId="412A1C35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1825CAC" w14:textId="77777777" w:rsidR="00FA738D" w:rsidRPr="00E331DE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4. COMUNICAREA RĂSPUNSULUI</w:t>
            </w:r>
          </w:p>
        </w:tc>
      </w:tr>
      <w:tr w:rsidR="00FA738D" w:rsidRPr="002308A5" w14:paraId="2E2E31DD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7890269" w14:textId="77777777" w:rsidR="00FA738D" w:rsidRPr="002308A5" w:rsidRDefault="00000000">
            <w:pPr>
              <w:spacing w:after="20" w:line="240" w:lineRule="auto"/>
              <w:rPr>
                <w:sz w:val="28"/>
                <w:szCs w:val="28"/>
                <w:lang w:val="fr-FR"/>
              </w:rPr>
            </w:pPr>
            <w:r w:rsidRPr="002308A5">
              <w:rPr>
                <w:rFonts w:ascii="Times New Roman" w:hAnsi="Times New Roman"/>
                <w:sz w:val="20"/>
                <w:szCs w:val="28"/>
                <w:lang w:val="fr-FR"/>
              </w:rPr>
              <w:t xml:space="preserve">☐ în format scris, prin poștă     ☐ în format digital, la adresa </w:t>
            </w:r>
            <w:proofErr w:type="gramStart"/>
            <w:r w:rsidRPr="002308A5">
              <w:rPr>
                <w:rFonts w:ascii="Times New Roman" w:hAnsi="Times New Roman"/>
                <w:sz w:val="20"/>
                <w:szCs w:val="28"/>
                <w:lang w:val="fr-FR"/>
              </w:rPr>
              <w:t>de e-mail</w:t>
            </w:r>
            <w:proofErr w:type="gramEnd"/>
            <w:r w:rsidRPr="002308A5">
              <w:rPr>
                <w:rFonts w:ascii="Times New Roman" w:hAnsi="Times New Roman"/>
                <w:sz w:val="20"/>
                <w:szCs w:val="28"/>
                <w:lang w:val="fr-FR"/>
              </w:rPr>
              <w:t xml:space="preserve"> indicată     ☐ ridicare de la sediul autorității</w:t>
            </w:r>
          </w:p>
        </w:tc>
      </w:tr>
    </w:tbl>
    <w:p w14:paraId="3D3BBC35" w14:textId="77777777" w:rsidR="00FA738D" w:rsidRPr="002308A5" w:rsidRDefault="00FA738D">
      <w:pPr>
        <w:spacing w:before="40" w:after="0"/>
        <w:rPr>
          <w:sz w:val="28"/>
          <w:szCs w:val="28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FA738D" w:rsidRPr="00E331DE" w14:paraId="7A6FBA02" w14:textId="77777777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37B01DB0" w14:textId="77777777" w:rsidR="00FA738D" w:rsidRPr="00E331DE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5. DATA ȘI SEMNĂTURA</w:t>
            </w:r>
          </w:p>
        </w:tc>
      </w:tr>
      <w:tr w:rsidR="00FA738D" w:rsidRPr="00E331DE" w14:paraId="58145FE1" w14:textId="77777777">
        <w:trPr>
          <w:jc w:val="center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2B3FCD19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Data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49AC00FD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Solicitantul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66AEB9A2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Semnătura</w:t>
            </w:r>
          </w:p>
        </w:tc>
      </w:tr>
    </w:tbl>
    <w:p w14:paraId="20AF2763" w14:textId="77777777" w:rsidR="00C450B8" w:rsidRDefault="00C450B8">
      <w:pPr>
        <w:rPr>
          <w:sz w:val="24"/>
          <w:szCs w:val="24"/>
        </w:rPr>
      </w:pPr>
    </w:p>
    <w:p w14:paraId="29F74EF2" w14:textId="0F9C5A95" w:rsidR="00585DFB" w:rsidRPr="00585DFB" w:rsidRDefault="00585DFB" w:rsidP="00585DFB">
      <w:pPr>
        <w:tabs>
          <w:tab w:val="left" w:pos="78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585DFB" w:rsidRPr="00585DFB" w:rsidSect="00585DFB">
      <w:headerReference w:type="default" r:id="rId9"/>
      <w:footerReference w:type="default" r:id="rId10"/>
      <w:pgSz w:w="11906" w:h="16838" w:code="9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C6825" w14:textId="77777777" w:rsidR="00240E3F" w:rsidRDefault="00240E3F">
      <w:pPr>
        <w:spacing w:after="0" w:line="240" w:lineRule="auto"/>
      </w:pPr>
      <w:r>
        <w:separator/>
      </w:r>
    </w:p>
  </w:endnote>
  <w:endnote w:type="continuationSeparator" w:id="0">
    <w:p w14:paraId="410466C0" w14:textId="77777777" w:rsidR="00240E3F" w:rsidRDefault="00240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F1A64" w14:textId="2EE7EC9C" w:rsidR="00FA738D" w:rsidRDefault="00FA738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FA736" w14:textId="77777777" w:rsidR="00240E3F" w:rsidRDefault="00240E3F">
      <w:pPr>
        <w:spacing w:after="0" w:line="240" w:lineRule="auto"/>
      </w:pPr>
      <w:r>
        <w:separator/>
      </w:r>
    </w:p>
  </w:footnote>
  <w:footnote w:type="continuationSeparator" w:id="0">
    <w:p w14:paraId="0AC799ED" w14:textId="77777777" w:rsidR="00240E3F" w:rsidRDefault="00240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45373" w14:textId="55AF9A39" w:rsidR="00FA738D" w:rsidRDefault="00FA738D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4734535">
    <w:abstractNumId w:val="8"/>
  </w:num>
  <w:num w:numId="2" w16cid:durableId="953244979">
    <w:abstractNumId w:val="6"/>
  </w:num>
  <w:num w:numId="3" w16cid:durableId="2115707950">
    <w:abstractNumId w:val="5"/>
  </w:num>
  <w:num w:numId="4" w16cid:durableId="1319379013">
    <w:abstractNumId w:val="4"/>
  </w:num>
  <w:num w:numId="5" w16cid:durableId="1516455038">
    <w:abstractNumId w:val="7"/>
  </w:num>
  <w:num w:numId="6" w16cid:durableId="1909336764">
    <w:abstractNumId w:val="3"/>
  </w:num>
  <w:num w:numId="7" w16cid:durableId="1086732865">
    <w:abstractNumId w:val="2"/>
  </w:num>
  <w:num w:numId="8" w16cid:durableId="1749116453">
    <w:abstractNumId w:val="1"/>
  </w:num>
  <w:num w:numId="9" w16cid:durableId="891960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FFD"/>
    <w:rsid w:val="002308A5"/>
    <w:rsid w:val="00240E3F"/>
    <w:rsid w:val="0029639D"/>
    <w:rsid w:val="002E0F86"/>
    <w:rsid w:val="00326F90"/>
    <w:rsid w:val="00397F44"/>
    <w:rsid w:val="003E462E"/>
    <w:rsid w:val="004B6FF7"/>
    <w:rsid w:val="00585DFB"/>
    <w:rsid w:val="00586C7B"/>
    <w:rsid w:val="00600A49"/>
    <w:rsid w:val="006F39D8"/>
    <w:rsid w:val="007234AD"/>
    <w:rsid w:val="007844EA"/>
    <w:rsid w:val="00840F75"/>
    <w:rsid w:val="00954082"/>
    <w:rsid w:val="009619DE"/>
    <w:rsid w:val="00975A5A"/>
    <w:rsid w:val="00994596"/>
    <w:rsid w:val="00AA1D8D"/>
    <w:rsid w:val="00AA4126"/>
    <w:rsid w:val="00B47730"/>
    <w:rsid w:val="00B61854"/>
    <w:rsid w:val="00BC56FD"/>
    <w:rsid w:val="00C450B8"/>
    <w:rsid w:val="00CA4095"/>
    <w:rsid w:val="00CB0664"/>
    <w:rsid w:val="00CC6509"/>
    <w:rsid w:val="00E331DE"/>
    <w:rsid w:val="00FA73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CEB52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CJHR CJHR</cp:lastModifiedBy>
  <cp:revision>28</cp:revision>
  <cp:lastPrinted>2026-08-27T09:48:00Z</cp:lastPrinted>
  <dcterms:created xsi:type="dcterms:W3CDTF">2013-12-23T23:15:00Z</dcterms:created>
  <dcterms:modified xsi:type="dcterms:W3CDTF">2026-09-16T11:06:00Z</dcterms:modified>
  <cp:category/>
</cp:coreProperties>
</file>