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160"/>
        <w:gridCol w:w="4320"/>
        <w:gridCol w:w="4320"/>
      </w:tblGrid>
      <w:tr w:rsidR="008E6085" w:rsidRPr="007844EA" w14:paraId="408700F5" w14:textId="77777777" w:rsidTr="005A67B9">
        <w:trPr>
          <w:jc w:val="center"/>
        </w:trPr>
        <w:tc>
          <w:tcPr>
            <w:tcW w:w="2160" w:type="dxa"/>
            <w:vMerge w:val="restart"/>
            <w:tcBorders>
              <w:top w:val="single" w:sz="4" w:space="0" w:color="808080"/>
              <w:left w:val="single" w:sz="4" w:space="0" w:color="auto"/>
              <w:bottom w:val="single" w:sz="4" w:space="0" w:color="808080"/>
              <w:right w:val="single" w:sz="4" w:space="0" w:color="808080"/>
            </w:tcBorders>
            <w:tcMar>
              <w:top w:w="25" w:type="dxa"/>
              <w:left w:w="50" w:type="dxa"/>
              <w:bottom w:w="25" w:type="dxa"/>
              <w:right w:w="50" w:type="dxa"/>
            </w:tcMar>
          </w:tcPr>
          <w:p w14:paraId="6D2A2EFF" w14:textId="16B60F5B" w:rsidR="008E6085" w:rsidRPr="007844EA" w:rsidRDefault="000D5C87" w:rsidP="000D5C87">
            <w:pPr>
              <w:jc w:val="center"/>
              <w:rPr>
                <w:sz w:val="24"/>
                <w:szCs w:val="24"/>
              </w:rPr>
            </w:pPr>
            <w:r>
              <w:rPr>
                <w:noProof/>
                <w:sz w:val="24"/>
                <w:szCs w:val="24"/>
              </w:rPr>
              <w:drawing>
                <wp:inline distT="0" distB="0" distL="0" distR="0" wp14:anchorId="1C280096" wp14:editId="22B1B694">
                  <wp:extent cx="963295" cy="1122045"/>
                  <wp:effectExtent l="0" t="0" r="8255" b="1905"/>
                  <wp:docPr id="150311754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1122045"/>
                          </a:xfrm>
                          <a:prstGeom prst="rect">
                            <a:avLst/>
                          </a:prstGeom>
                          <a:noFill/>
                        </pic:spPr>
                      </pic:pic>
                    </a:graphicData>
                  </a:graphic>
                </wp:inline>
              </w:drawing>
            </w: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0659DD2F" w14:textId="77777777" w:rsidR="008E6085" w:rsidRPr="007844EA" w:rsidRDefault="008E6085" w:rsidP="008E6085">
            <w:pPr>
              <w:spacing w:after="20" w:line="240" w:lineRule="auto"/>
              <w:rPr>
                <w:sz w:val="24"/>
                <w:szCs w:val="24"/>
              </w:rPr>
            </w:pPr>
            <w:r w:rsidRPr="007844EA">
              <w:rPr>
                <w:rFonts w:ascii="Times New Roman" w:hAnsi="Times New Roman"/>
                <w:b/>
                <w:color w:val="004682"/>
                <w:sz w:val="18"/>
                <w:szCs w:val="24"/>
              </w:rPr>
              <w:t>Județul Harghita</w:t>
            </w:r>
          </w:p>
        </w:tc>
      </w:tr>
      <w:tr w:rsidR="008E6085" w:rsidRPr="007844EA" w14:paraId="49B1F783" w14:textId="77777777" w:rsidTr="005A67B9">
        <w:trPr>
          <w:jc w:val="center"/>
        </w:trPr>
        <w:tc>
          <w:tcPr>
            <w:tcW w:w="3600" w:type="dxa"/>
            <w:vMerge/>
            <w:tcBorders>
              <w:left w:val="single" w:sz="4" w:space="0" w:color="auto"/>
            </w:tcBorders>
          </w:tcPr>
          <w:p w14:paraId="163C8947" w14:textId="77777777" w:rsidR="008E6085" w:rsidRPr="007844EA" w:rsidRDefault="008E6085" w:rsidP="008E6085">
            <w:pPr>
              <w:rPr>
                <w:sz w:val="24"/>
                <w:szCs w:val="24"/>
              </w:rPr>
            </w:pPr>
          </w:p>
        </w:tc>
        <w:tc>
          <w:tcPr>
            <w:tcW w:w="4320" w:type="dxa"/>
            <w:gridSpan w:val="2"/>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2B6B2D34" w14:textId="77777777" w:rsidR="008E6085" w:rsidRPr="007844EA" w:rsidRDefault="008E6085" w:rsidP="008E6085">
            <w:pPr>
              <w:spacing w:after="20" w:line="240" w:lineRule="auto"/>
              <w:rPr>
                <w:sz w:val="24"/>
                <w:szCs w:val="24"/>
                <w:lang w:val="ro-RO"/>
              </w:rPr>
            </w:pPr>
            <w:r w:rsidRPr="007844EA">
              <w:rPr>
                <w:rFonts w:ascii="Times New Roman" w:hAnsi="Times New Roman"/>
                <w:b/>
                <w:color w:val="004682"/>
                <w:sz w:val="18"/>
                <w:szCs w:val="24"/>
              </w:rPr>
              <w:t>Consiliul Jude</w:t>
            </w:r>
            <w:r w:rsidRPr="007844EA">
              <w:rPr>
                <w:rFonts w:ascii="Times New Roman" w:hAnsi="Times New Roman"/>
                <w:b/>
                <w:color w:val="004682"/>
                <w:sz w:val="18"/>
                <w:szCs w:val="24"/>
                <w:lang w:val="ro-RO"/>
              </w:rPr>
              <w:t>țean Harghita</w:t>
            </w:r>
          </w:p>
        </w:tc>
      </w:tr>
      <w:tr w:rsidR="008E6085" w:rsidRPr="007844EA" w14:paraId="69F59DE2" w14:textId="77777777" w:rsidTr="005A67B9">
        <w:trPr>
          <w:jc w:val="center"/>
        </w:trPr>
        <w:tc>
          <w:tcPr>
            <w:tcW w:w="3600" w:type="dxa"/>
            <w:vMerge/>
            <w:tcBorders>
              <w:left w:val="single" w:sz="4" w:space="0" w:color="auto"/>
            </w:tcBorders>
          </w:tcPr>
          <w:p w14:paraId="4B712B57" w14:textId="77777777" w:rsidR="008E6085" w:rsidRPr="007844EA" w:rsidRDefault="008E6085" w:rsidP="008E6085">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4F987EC6" w14:textId="77777777" w:rsidR="008E6085" w:rsidRPr="000D5C87" w:rsidRDefault="008E6085" w:rsidP="008E6085">
            <w:pPr>
              <w:spacing w:after="20" w:line="240" w:lineRule="auto"/>
              <w:rPr>
                <w:rFonts w:ascii="Times New Roman" w:hAnsi="Times New Roman"/>
                <w:b/>
                <w:color w:val="004682"/>
                <w:sz w:val="18"/>
                <w:szCs w:val="24"/>
                <w:lang w:val="fr-FR"/>
              </w:rPr>
            </w:pPr>
            <w:r w:rsidRPr="000D5C87">
              <w:rPr>
                <w:rFonts w:ascii="Times New Roman" w:hAnsi="Times New Roman"/>
                <w:b/>
                <w:color w:val="004682"/>
                <w:sz w:val="18"/>
                <w:szCs w:val="24"/>
                <w:lang w:val="fr-FR"/>
              </w:rPr>
              <w:t>Cod de identificare fiscală (CIF)</w:t>
            </w:r>
          </w:p>
          <w:p w14:paraId="2844476D" w14:textId="77777777" w:rsidR="008E6085" w:rsidRPr="007844EA" w:rsidRDefault="008E6085" w:rsidP="008E6085">
            <w:pPr>
              <w:spacing w:after="20" w:line="240" w:lineRule="auto"/>
              <w:rPr>
                <w:sz w:val="24"/>
                <w:szCs w:val="24"/>
              </w:rPr>
            </w:pPr>
            <w:r w:rsidRPr="007844EA">
              <w:rPr>
                <w:rFonts w:ascii="Times New Roman" w:hAnsi="Times New Roman"/>
                <w:b/>
                <w:color w:val="004682"/>
                <w:sz w:val="18"/>
                <w:szCs w:val="24"/>
              </w:rPr>
              <w:t>4245763</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5E74DDBD" w14:textId="77777777" w:rsidR="008E6085" w:rsidRPr="007844EA" w:rsidRDefault="008E6085" w:rsidP="008E6085">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Adresa oficială : </w:t>
            </w:r>
            <w:r w:rsidRPr="007844EA">
              <w:rPr>
                <w:rFonts w:ascii="Times New Roman" w:hAnsi="Times New Roman"/>
                <w:b/>
                <w:color w:val="004682"/>
                <w:sz w:val="18"/>
                <w:szCs w:val="24"/>
              </w:rPr>
              <w:br/>
              <w:t>530221, strada Kossuth Lajos, nr. 8</w:t>
            </w:r>
          </w:p>
          <w:p w14:paraId="446B7DE4" w14:textId="77777777" w:rsidR="008E6085" w:rsidRPr="007844EA" w:rsidRDefault="008E6085" w:rsidP="008E6085">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Miercurea Ciuc, Harghita</w:t>
            </w:r>
          </w:p>
          <w:p w14:paraId="6AC972AF" w14:textId="77777777" w:rsidR="008E6085" w:rsidRPr="007844EA" w:rsidRDefault="008E6085" w:rsidP="008E6085">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România</w:t>
            </w:r>
            <w:r w:rsidRPr="007844EA">
              <w:rPr>
                <w:rFonts w:ascii="Times New Roman" w:hAnsi="Times New Roman"/>
                <w:b/>
                <w:color w:val="004682"/>
                <w:sz w:val="18"/>
                <w:szCs w:val="24"/>
              </w:rPr>
              <w:tab/>
              <w:t>Tel: +0266 207 700</w:t>
            </w:r>
          </w:p>
          <w:p w14:paraId="4D41A221" w14:textId="77777777" w:rsidR="008E6085" w:rsidRPr="007844EA" w:rsidRDefault="008E6085" w:rsidP="008E6085">
            <w:pPr>
              <w:spacing w:after="20" w:line="240" w:lineRule="auto"/>
              <w:rPr>
                <w:sz w:val="24"/>
                <w:szCs w:val="24"/>
              </w:rPr>
            </w:pPr>
            <w:r w:rsidRPr="007844EA">
              <w:rPr>
                <w:rFonts w:ascii="Times New Roman" w:hAnsi="Times New Roman"/>
                <w:b/>
                <w:color w:val="004682"/>
                <w:sz w:val="18"/>
                <w:szCs w:val="24"/>
              </w:rPr>
              <w:t>E-mail: info@judetulharghita.ro</w:t>
            </w:r>
          </w:p>
        </w:tc>
      </w:tr>
      <w:tr w:rsidR="008E6085" w:rsidRPr="007844EA" w14:paraId="3D7FCFAA" w14:textId="77777777" w:rsidTr="005A67B9">
        <w:trPr>
          <w:trHeight w:val="124"/>
          <w:jc w:val="center"/>
        </w:trPr>
        <w:tc>
          <w:tcPr>
            <w:tcW w:w="3600" w:type="dxa"/>
            <w:vMerge/>
            <w:tcBorders>
              <w:left w:val="single" w:sz="4" w:space="0" w:color="auto"/>
            </w:tcBorders>
          </w:tcPr>
          <w:p w14:paraId="0EB6D566" w14:textId="77777777" w:rsidR="008E6085" w:rsidRPr="007844EA" w:rsidRDefault="008E6085" w:rsidP="008E6085">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17256BEB" w14:textId="77777777" w:rsidR="008E6085" w:rsidRPr="007844EA" w:rsidRDefault="008E6085" w:rsidP="008E6085">
            <w:pPr>
              <w:spacing w:after="20" w:line="240" w:lineRule="auto"/>
              <w:rPr>
                <w:sz w:val="24"/>
                <w:szCs w:val="24"/>
              </w:rPr>
            </w:pPr>
            <w:r w:rsidRPr="007844EA">
              <w:rPr>
                <w:rFonts w:ascii="Times New Roman" w:hAnsi="Times New Roman"/>
                <w:b/>
                <w:color w:val="004682"/>
                <w:sz w:val="18"/>
                <w:szCs w:val="24"/>
              </w:rPr>
              <w:t>Număr înregistrare</w:t>
            </w:r>
          </w:p>
        </w:tc>
        <w:tc>
          <w:tcPr>
            <w:tcW w:w="4320" w:type="dxa"/>
            <w:tcBorders>
              <w:top w:val="single" w:sz="4" w:space="0" w:color="808080"/>
              <w:left w:val="single" w:sz="4" w:space="0" w:color="808080"/>
              <w:bottom w:val="single" w:sz="4" w:space="0" w:color="808080"/>
              <w:right w:val="single" w:sz="4" w:space="0" w:color="808080"/>
            </w:tcBorders>
            <w:tcMar>
              <w:top w:w="25" w:type="dxa"/>
              <w:left w:w="50" w:type="dxa"/>
              <w:bottom w:w="25" w:type="dxa"/>
              <w:right w:w="50" w:type="dxa"/>
            </w:tcMar>
          </w:tcPr>
          <w:p w14:paraId="11A9E340" w14:textId="77777777" w:rsidR="008E6085" w:rsidRPr="007844EA" w:rsidRDefault="008E6085" w:rsidP="008E6085">
            <w:pPr>
              <w:spacing w:after="20" w:line="240" w:lineRule="auto"/>
              <w:rPr>
                <w:sz w:val="24"/>
                <w:szCs w:val="24"/>
              </w:rPr>
            </w:pPr>
            <w:r w:rsidRPr="007844EA">
              <w:rPr>
                <w:rFonts w:ascii="Times New Roman" w:hAnsi="Times New Roman"/>
                <w:b/>
                <w:color w:val="004682"/>
                <w:sz w:val="18"/>
                <w:szCs w:val="24"/>
              </w:rPr>
              <w:t>Data</w:t>
            </w:r>
          </w:p>
        </w:tc>
      </w:tr>
      <w:tr w:rsidR="008E6085" w:rsidRPr="000D5C87" w14:paraId="3C18E994" w14:textId="77777777" w:rsidTr="005A67B9">
        <w:trPr>
          <w:jc w:val="center"/>
        </w:trPr>
        <w:tc>
          <w:tcPr>
            <w:tcW w:w="4320" w:type="dxa"/>
            <w:gridSpan w:val="3"/>
            <w:tcBorders>
              <w:top w:val="single" w:sz="4" w:space="0" w:color="808080"/>
              <w:left w:val="single" w:sz="4" w:space="0" w:color="auto"/>
              <w:bottom w:val="single" w:sz="4" w:space="0" w:color="808080"/>
              <w:right w:val="single" w:sz="4" w:space="0" w:color="808080"/>
            </w:tcBorders>
            <w:shd w:val="clear" w:color="auto" w:fill="F9F9F9"/>
            <w:tcMar>
              <w:top w:w="25" w:type="dxa"/>
              <w:left w:w="50" w:type="dxa"/>
              <w:bottom w:w="25" w:type="dxa"/>
              <w:right w:w="50" w:type="dxa"/>
            </w:tcMar>
          </w:tcPr>
          <w:p w14:paraId="6B4E762F" w14:textId="77777777" w:rsidR="008E6085" w:rsidRPr="000D5C87" w:rsidRDefault="008E6085" w:rsidP="008E6085">
            <w:pPr>
              <w:spacing w:after="20" w:line="240" w:lineRule="auto"/>
              <w:rPr>
                <w:sz w:val="24"/>
                <w:szCs w:val="24"/>
                <w:lang w:val="fr-FR"/>
              </w:rPr>
            </w:pPr>
            <w:r w:rsidRPr="000D5C87">
              <w:rPr>
                <w:rFonts w:ascii="Times New Roman" w:hAnsi="Times New Roman"/>
                <w:i/>
                <w:color w:val="787878"/>
                <w:sz w:val="16"/>
                <w:szCs w:val="24"/>
                <w:lang w:val="fr-FR"/>
              </w:rPr>
              <w:t>se completează de autoritate — solicitantul nu scrie în această zonă</w:t>
            </w:r>
          </w:p>
        </w:tc>
      </w:tr>
    </w:tbl>
    <w:p w14:paraId="22C59A06" w14:textId="77777777" w:rsidR="008E6085" w:rsidRPr="007844EA" w:rsidRDefault="008E6085" w:rsidP="008E6085">
      <w:pPr>
        <w:spacing w:before="80" w:after="60" w:line="240" w:lineRule="auto"/>
        <w:jc w:val="center"/>
        <w:rPr>
          <w:sz w:val="24"/>
          <w:szCs w:val="24"/>
        </w:rPr>
      </w:pPr>
      <w:r w:rsidRPr="007844EA">
        <w:rPr>
          <w:rFonts w:ascii="Times New Roman" w:hAnsi="Times New Roman"/>
          <w:b/>
          <w:sz w:val="28"/>
          <w:szCs w:val="24"/>
        </w:rPr>
        <w:t>CERERE</w:t>
      </w:r>
    </w:p>
    <w:tbl>
      <w:tblPr>
        <w:tblW w:w="0" w:type="auto"/>
        <w:jc w:val="center"/>
        <w:tblLayout w:type="fixed"/>
        <w:tblLook w:val="04A0" w:firstRow="1" w:lastRow="0" w:firstColumn="1" w:lastColumn="0" w:noHBand="0" w:noVBand="1"/>
      </w:tblPr>
      <w:tblGrid>
        <w:gridCol w:w="10944"/>
      </w:tblGrid>
      <w:tr w:rsidR="006C782F" w:rsidRPr="008E6085" w14:paraId="2D72B2C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2" w:type="dxa"/>
              <w:left w:w="35" w:type="dxa"/>
              <w:bottom w:w="12" w:type="dxa"/>
              <w:right w:w="35" w:type="dxa"/>
            </w:tcMar>
          </w:tcPr>
          <w:p w14:paraId="1C1003E9"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 CĂTRE</w:t>
            </w:r>
          </w:p>
        </w:tc>
      </w:tr>
      <w:tr w:rsidR="006C782F" w:rsidRPr="008E6085" w14:paraId="1736D29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24421BF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Instituția</w:t>
            </w:r>
            <w:r w:rsidRPr="008E6085">
              <w:rPr>
                <w:rFonts w:ascii="Times New Roman" w:hAnsi="Times New Roman"/>
                <w:b/>
                <w:color w:val="004682"/>
                <w:sz w:val="18"/>
                <w:szCs w:val="24"/>
              </w:rPr>
              <w:br/>
            </w:r>
            <w:r w:rsidRPr="008E6085">
              <w:rPr>
                <w:rFonts w:ascii="Times New Roman" w:hAnsi="Times New Roman"/>
                <w:i/>
                <w:color w:val="787878"/>
                <w:sz w:val="16"/>
                <w:szCs w:val="24"/>
              </w:rPr>
              <w:t>primăria municipiului / orașului / comunei · primăria de sector · consiliul județean</w:t>
            </w:r>
          </w:p>
        </w:tc>
      </w:tr>
      <w:tr w:rsidR="006C782F" w:rsidRPr="008E6085" w14:paraId="2FBF919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2D3A46EC" w14:textId="77777777" w:rsidR="006C782F" w:rsidRPr="008E6085" w:rsidRDefault="003815A3">
            <w:pPr>
              <w:spacing w:after="10" w:line="240" w:lineRule="auto"/>
              <w:rPr>
                <w:sz w:val="24"/>
                <w:szCs w:val="24"/>
              </w:rPr>
            </w:pPr>
            <w:r w:rsidRPr="008E6085">
              <w:rPr>
                <w:rFonts w:ascii="Times New Roman" w:hAnsi="Times New Roman"/>
                <w:i/>
                <w:sz w:val="16"/>
                <w:szCs w:val="24"/>
              </w:rPr>
              <w:t>Cererea va fi transmisă către președintele consiliului județean, primarul general, primarul de sector sau primarul municipiului / orașului / comunei, după caz.</w:t>
            </w:r>
          </w:p>
        </w:tc>
      </w:tr>
    </w:tbl>
    <w:p w14:paraId="63404C9A"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6C782F" w:rsidRPr="008E6085" w14:paraId="69D7A955"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12" w:type="dxa"/>
              <w:left w:w="35" w:type="dxa"/>
              <w:bottom w:w="12" w:type="dxa"/>
              <w:right w:w="35" w:type="dxa"/>
            </w:tcMar>
          </w:tcPr>
          <w:p w14:paraId="34C7A37C" w14:textId="77777777" w:rsidR="006C782F" w:rsidRPr="008E6085" w:rsidRDefault="003815A3">
            <w:pPr>
              <w:spacing w:before="10" w:after="10" w:line="240" w:lineRule="auto"/>
              <w:rPr>
                <w:sz w:val="24"/>
                <w:szCs w:val="24"/>
              </w:rPr>
            </w:pPr>
            <w:r w:rsidRPr="008E6085">
              <w:rPr>
                <w:rFonts w:ascii="Times New Roman" w:hAnsi="Times New Roman"/>
                <w:b/>
                <w:sz w:val="18"/>
                <w:szCs w:val="24"/>
              </w:rPr>
              <w:t>2. SOLICITANTUL</w:t>
            </w:r>
          </w:p>
        </w:tc>
      </w:tr>
      <w:tr w:rsidR="006C782F" w:rsidRPr="008E6085" w14:paraId="56CC3A5C"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1188013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29A26A1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CNP</w:t>
            </w:r>
          </w:p>
        </w:tc>
      </w:tr>
      <w:tr w:rsidR="006C782F" w:rsidRPr="008E6085" w14:paraId="1D7D41DB"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73E7C4FE" w14:textId="77777777" w:rsidR="006C782F" w:rsidRPr="008E6085" w:rsidRDefault="003815A3">
            <w:pPr>
              <w:spacing w:after="0" w:line="240" w:lineRule="auto"/>
              <w:rPr>
                <w:sz w:val="24"/>
                <w:szCs w:val="24"/>
              </w:rPr>
            </w:pPr>
            <w:r w:rsidRPr="008E6085">
              <w:rPr>
                <w:rFonts w:ascii="Times New Roman" w:hAnsi="Times New Roman"/>
                <w:color w:val="000000"/>
                <w:sz w:val="16"/>
                <w:szCs w:val="24"/>
              </w:rPr>
              <w:t>Act de identitate</w:t>
            </w:r>
          </w:p>
        </w:tc>
      </w:tr>
      <w:tr w:rsidR="006C782F" w:rsidRPr="008E6085" w14:paraId="478ECC39"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6954328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5E22E87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7C3DEAE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6E68DA6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La data</w:t>
            </w:r>
          </w:p>
        </w:tc>
      </w:tr>
      <w:tr w:rsidR="006C782F" w:rsidRPr="008E6085" w14:paraId="7136ACF9"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4C3D92D4" w14:textId="77777777" w:rsidR="006C782F" w:rsidRPr="008E6085" w:rsidRDefault="003815A3">
            <w:pPr>
              <w:spacing w:after="0" w:line="240" w:lineRule="auto"/>
              <w:rPr>
                <w:sz w:val="24"/>
                <w:szCs w:val="24"/>
              </w:rPr>
            </w:pPr>
            <w:r w:rsidRPr="008E6085">
              <w:rPr>
                <w:rFonts w:ascii="Times New Roman" w:hAnsi="Times New Roman"/>
                <w:color w:val="000000"/>
                <w:sz w:val="16"/>
                <w:szCs w:val="24"/>
              </w:rPr>
              <w:t>Domiciliul</w:t>
            </w:r>
          </w:p>
        </w:tc>
      </w:tr>
      <w:tr w:rsidR="006C782F" w:rsidRPr="008E6085" w14:paraId="7798F5AC"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5996C41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07EE8FE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6612BAE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202CD621"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4215CBC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593895A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6AD1C5C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0C9DB0F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189B0B2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0F08016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412AC0A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173A5244"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731F6A34" w14:textId="77777777" w:rsidR="006C782F" w:rsidRPr="008E6085" w:rsidRDefault="003815A3">
            <w:pPr>
              <w:spacing w:after="0" w:line="240" w:lineRule="auto"/>
              <w:rPr>
                <w:sz w:val="24"/>
                <w:szCs w:val="24"/>
              </w:rPr>
            </w:pPr>
            <w:r w:rsidRPr="008E6085">
              <w:rPr>
                <w:rFonts w:ascii="Times New Roman" w:hAnsi="Times New Roman"/>
                <w:color w:val="000000"/>
                <w:sz w:val="16"/>
                <w:szCs w:val="24"/>
              </w:rPr>
              <w:t>Date de contact</w:t>
            </w:r>
          </w:p>
        </w:tc>
      </w:tr>
      <w:tr w:rsidR="006C782F" w:rsidRPr="008E6085" w14:paraId="64E51B0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3372BA7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5368572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E-mail</w:t>
            </w:r>
          </w:p>
        </w:tc>
      </w:tr>
      <w:tr w:rsidR="006C782F" w:rsidRPr="008E6085" w14:paraId="30D2FCC5"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444BF3C1" w14:textId="77777777" w:rsidR="006C782F" w:rsidRPr="008E6085" w:rsidRDefault="003815A3">
            <w:pPr>
              <w:spacing w:after="0" w:line="240" w:lineRule="auto"/>
              <w:rPr>
                <w:sz w:val="24"/>
                <w:szCs w:val="24"/>
              </w:rPr>
            </w:pPr>
            <w:r w:rsidRPr="008E6085">
              <w:rPr>
                <w:rFonts w:ascii="Times New Roman" w:hAnsi="Times New Roman"/>
                <w:color w:val="000000"/>
                <w:sz w:val="16"/>
                <w:szCs w:val="24"/>
              </w:rPr>
              <w:t>Reprezentare</w:t>
            </w:r>
          </w:p>
        </w:tc>
      </w:tr>
      <w:tr w:rsidR="006C782F" w:rsidRPr="008E6085" w14:paraId="01237093"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2937DA4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În calitate de reprezentant al</w:t>
            </w:r>
          </w:p>
        </w:tc>
        <w:tc>
          <w:tcPr>
            <w:tcW w:w="3648" w:type="dxa"/>
            <w:gridSpan w:val="3"/>
            <w:tcBorders>
              <w:top w:val="single" w:sz="4" w:space="0" w:color="808080"/>
              <w:left w:val="single" w:sz="4" w:space="0" w:color="808080"/>
              <w:bottom w:val="single" w:sz="4" w:space="0" w:color="808080"/>
              <w:right w:val="single" w:sz="4" w:space="0" w:color="808080"/>
            </w:tcBorders>
            <w:tcMar>
              <w:top w:w="12" w:type="dxa"/>
              <w:left w:w="35" w:type="dxa"/>
              <w:bottom w:w="12" w:type="dxa"/>
              <w:right w:w="35" w:type="dxa"/>
            </w:tcMar>
          </w:tcPr>
          <w:p w14:paraId="5EBC841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CUI / CIF</w:t>
            </w:r>
          </w:p>
        </w:tc>
      </w:tr>
    </w:tbl>
    <w:p w14:paraId="47A25633"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6C782F" w:rsidRPr="008E6085" w14:paraId="3C37762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14:paraId="39D1AF1B" w14:textId="77777777" w:rsidR="006C782F" w:rsidRPr="008E6085" w:rsidRDefault="003815A3">
            <w:pPr>
              <w:spacing w:before="10" w:after="10" w:line="240" w:lineRule="auto"/>
              <w:rPr>
                <w:sz w:val="24"/>
                <w:szCs w:val="24"/>
              </w:rPr>
            </w:pPr>
            <w:r w:rsidRPr="008E6085">
              <w:rPr>
                <w:rFonts w:ascii="Times New Roman" w:hAnsi="Times New Roman"/>
                <w:b/>
                <w:sz w:val="18"/>
                <w:szCs w:val="24"/>
              </w:rPr>
              <w:t>3. TITULAR AL</w:t>
            </w:r>
          </w:p>
        </w:tc>
      </w:tr>
      <w:tr w:rsidR="006C782F" w:rsidRPr="008E6085" w14:paraId="1C3B2ED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36BD6E3F" w14:textId="77777777" w:rsidR="006C782F" w:rsidRPr="008E6085" w:rsidRDefault="003815A3">
            <w:pPr>
              <w:spacing w:after="10" w:line="240" w:lineRule="auto"/>
              <w:rPr>
                <w:sz w:val="24"/>
                <w:szCs w:val="24"/>
              </w:rPr>
            </w:pPr>
            <w:r w:rsidRPr="008E6085">
              <w:rPr>
                <w:rFonts w:ascii="Times New Roman" w:hAnsi="Times New Roman"/>
                <w:sz w:val="16"/>
                <w:szCs w:val="24"/>
              </w:rPr>
              <w:t>☐ dreptului de proprietate asupra imobilului     ☐ unui alt drept real corespunzător proprietății publice     ☐ dreptului de creanță     ☐ unui alt drept potrivit art. 248 alin. (2) din Legea nr. 169/2026</w:t>
            </w:r>
          </w:p>
        </w:tc>
      </w:tr>
    </w:tbl>
    <w:p w14:paraId="257FF027"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6C782F" w:rsidRPr="008E6085" w14:paraId="2AF5EEC6" w14:textId="77777777">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14:paraId="382CD50C" w14:textId="77777777" w:rsidR="006C782F" w:rsidRPr="008E6085" w:rsidRDefault="003815A3">
            <w:pPr>
              <w:spacing w:before="10" w:after="10" w:line="240" w:lineRule="auto"/>
              <w:rPr>
                <w:sz w:val="24"/>
                <w:szCs w:val="24"/>
              </w:rPr>
            </w:pPr>
            <w:r w:rsidRPr="008E6085">
              <w:rPr>
                <w:rFonts w:ascii="Times New Roman" w:hAnsi="Times New Roman"/>
                <w:b/>
                <w:sz w:val="18"/>
                <w:szCs w:val="24"/>
              </w:rPr>
              <w:t>4. TITULAR AL</w:t>
            </w:r>
          </w:p>
        </w:tc>
      </w:tr>
      <w:tr w:rsidR="006C782F" w:rsidRPr="008E6085" w14:paraId="0276158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37D5EB5C" w14:textId="77777777" w:rsidR="006C782F" w:rsidRPr="000D5C87" w:rsidRDefault="003815A3">
            <w:pPr>
              <w:spacing w:after="0" w:line="240" w:lineRule="auto"/>
              <w:rPr>
                <w:sz w:val="24"/>
                <w:szCs w:val="24"/>
                <w:lang w:val="fr-FR"/>
              </w:rPr>
            </w:pPr>
            <w:r w:rsidRPr="000D5C87">
              <w:rPr>
                <w:rFonts w:ascii="Times New Roman" w:hAnsi="Times New Roman"/>
                <w:b/>
                <w:color w:val="004682"/>
                <w:sz w:val="18"/>
                <w:szCs w:val="24"/>
                <w:lang w:val="fr-FR"/>
              </w:rPr>
              <w:t>Certificatului de urbanism nr. / data</w:t>
            </w:r>
          </w:p>
        </w:tc>
        <w:tc>
          <w:tcPr>
            <w:tcW w:w="547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24B3029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emis de</w:t>
            </w:r>
          </w:p>
        </w:tc>
      </w:tr>
    </w:tbl>
    <w:p w14:paraId="0723720C" w14:textId="77777777" w:rsidR="006C782F" w:rsidRPr="008E6085" w:rsidRDefault="003815A3">
      <w:pPr>
        <w:spacing w:before="60" w:after="40" w:line="240" w:lineRule="auto"/>
        <w:jc w:val="center"/>
        <w:rPr>
          <w:sz w:val="24"/>
          <w:szCs w:val="24"/>
        </w:rPr>
      </w:pPr>
      <w:r w:rsidRPr="008E6085">
        <w:rPr>
          <w:rFonts w:ascii="Times New Roman" w:hAnsi="Times New Roman"/>
          <w:sz w:val="18"/>
          <w:szCs w:val="24"/>
        </w:rPr>
        <w:t>în conformitate cu prevederile Legii nr. 169/2026 privind Codul amenajării teritoriului, urbanismului și construcțiilor,</w:t>
      </w:r>
      <w:r w:rsidRPr="008E6085">
        <w:rPr>
          <w:rFonts w:ascii="Times New Roman" w:hAnsi="Times New Roman"/>
          <w:sz w:val="18"/>
          <w:szCs w:val="24"/>
        </w:rPr>
        <w:br/>
        <w:t>solicit emiterea</w:t>
      </w:r>
      <w:r w:rsidRPr="008E6085">
        <w:rPr>
          <w:rFonts w:ascii="Times New Roman" w:hAnsi="Times New Roman"/>
          <w:sz w:val="18"/>
          <w:szCs w:val="24"/>
        </w:rPr>
        <w:br/>
      </w:r>
      <w:r w:rsidRPr="008E6085">
        <w:rPr>
          <w:rFonts w:ascii="Times New Roman" w:hAnsi="Times New Roman"/>
          <w:b/>
          <w:szCs w:val="24"/>
        </w:rPr>
        <w:t>Autorizației de ☐ construire / ☐ desființare</w:t>
      </w:r>
      <w:r w:rsidRPr="008E6085">
        <w:rPr>
          <w:rFonts w:ascii="Times New Roman" w:hAnsi="Times New Roman"/>
          <w:b/>
          <w:szCs w:val="24"/>
        </w:rPr>
        <w:br/>
      </w:r>
      <w:r w:rsidRPr="008E6085">
        <w:rPr>
          <w:rFonts w:ascii="Times New Roman" w:hAnsi="Times New Roman"/>
          <w:b/>
          <w:sz w:val="20"/>
          <w:szCs w:val="24"/>
        </w:rPr>
        <w:t>☐ clădiri și amenajări / ☐ lucrări inginerești / ☐ construcții speciale</w:t>
      </w:r>
      <w:r w:rsidRPr="008E6085">
        <w:rPr>
          <w:rFonts w:ascii="Times New Roman" w:hAnsi="Times New Roman"/>
          <w:b/>
          <w:sz w:val="20"/>
          <w:szCs w:val="24"/>
        </w:rPr>
        <w:br/>
        <w:t>precum și a ☐ Autorizației de amenajare a organizării execuției</w:t>
      </w:r>
    </w:p>
    <w:tbl>
      <w:tblPr>
        <w:tblW w:w="0" w:type="auto"/>
        <w:jc w:val="center"/>
        <w:tblLayout w:type="fixed"/>
        <w:tblLook w:val="04A0" w:firstRow="1" w:lastRow="0" w:firstColumn="1" w:lastColumn="0" w:noHBand="0" w:noVBand="1"/>
      </w:tblPr>
      <w:tblGrid>
        <w:gridCol w:w="10944"/>
      </w:tblGrid>
      <w:tr w:rsidR="006C782F" w:rsidRPr="008E6085" w14:paraId="68C590D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14:paraId="75DADFB8" w14:textId="77777777" w:rsidR="006C782F" w:rsidRPr="008E6085" w:rsidRDefault="003815A3">
            <w:pPr>
              <w:spacing w:before="10" w:after="10" w:line="240" w:lineRule="auto"/>
              <w:rPr>
                <w:sz w:val="24"/>
                <w:szCs w:val="24"/>
              </w:rPr>
            </w:pPr>
            <w:r w:rsidRPr="008E6085">
              <w:rPr>
                <w:rFonts w:ascii="Times New Roman" w:hAnsi="Times New Roman"/>
                <w:b/>
                <w:sz w:val="18"/>
                <w:szCs w:val="24"/>
              </w:rPr>
              <w:t>5. ÎN SCOPUL REALIZĂRII OBIECTIVULUI / OBIECTULUI DE INVESTIȚII</w:t>
            </w:r>
          </w:p>
        </w:tc>
      </w:tr>
      <w:tr w:rsidR="006C782F" w:rsidRPr="008E6085" w14:paraId="60F38C6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E536917" w14:textId="77777777" w:rsidR="006C782F" w:rsidRPr="008E6085" w:rsidRDefault="003815A3">
            <w:pPr>
              <w:spacing w:after="10" w:line="240" w:lineRule="auto"/>
              <w:rPr>
                <w:sz w:val="24"/>
                <w:szCs w:val="24"/>
              </w:rPr>
            </w:pPr>
            <w:r w:rsidRPr="008E6085">
              <w:rPr>
                <w:rFonts w:ascii="Times New Roman" w:hAnsi="Times New Roman"/>
                <w:i/>
                <w:sz w:val="16"/>
                <w:szCs w:val="24"/>
              </w:rPr>
              <w:t>include cel puțin funcțiunea principală și secundare</w:t>
            </w:r>
          </w:p>
        </w:tc>
      </w:tr>
      <w:tr w:rsidR="006C782F" w:rsidRPr="008E6085" w14:paraId="7BB63D2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A5DCE0A" w14:textId="77777777" w:rsidR="006C782F" w:rsidRPr="008E6085" w:rsidRDefault="003815A3">
            <w:pPr>
              <w:spacing w:before="80" w:after="40" w:line="240" w:lineRule="auto"/>
              <w:rPr>
                <w:sz w:val="24"/>
                <w:szCs w:val="24"/>
              </w:rPr>
            </w:pPr>
            <w:r w:rsidRPr="008E6085">
              <w:rPr>
                <w:rFonts w:ascii="Times New Roman" w:hAnsi="Times New Roman"/>
                <w:color w:val="B4B4B4"/>
                <w:sz w:val="18"/>
                <w:szCs w:val="24"/>
              </w:rPr>
              <w:t>___________________________________________________________________________________________________</w:t>
            </w:r>
          </w:p>
        </w:tc>
      </w:tr>
    </w:tbl>
    <w:p w14:paraId="19560F1D"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3648"/>
        <w:gridCol w:w="912"/>
        <w:gridCol w:w="912"/>
        <w:gridCol w:w="912"/>
        <w:gridCol w:w="912"/>
        <w:gridCol w:w="1824"/>
        <w:gridCol w:w="1824"/>
      </w:tblGrid>
      <w:tr w:rsidR="006C782F" w:rsidRPr="008E6085" w14:paraId="1AAAB9B9"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10" w:type="dxa"/>
              <w:left w:w="35" w:type="dxa"/>
              <w:bottom w:w="10" w:type="dxa"/>
              <w:right w:w="35" w:type="dxa"/>
            </w:tcMar>
          </w:tcPr>
          <w:p w14:paraId="158E99B0" w14:textId="77777777" w:rsidR="006C782F" w:rsidRPr="008E6085" w:rsidRDefault="003815A3">
            <w:pPr>
              <w:spacing w:before="10" w:after="10" w:line="240" w:lineRule="auto"/>
              <w:rPr>
                <w:sz w:val="24"/>
                <w:szCs w:val="24"/>
              </w:rPr>
            </w:pPr>
            <w:r w:rsidRPr="008E6085">
              <w:rPr>
                <w:rFonts w:ascii="Times New Roman" w:hAnsi="Times New Roman"/>
                <w:b/>
                <w:sz w:val="18"/>
                <w:szCs w:val="24"/>
              </w:rPr>
              <w:t>6. IMOBIL / IMOBILE</w:t>
            </w:r>
          </w:p>
        </w:tc>
      </w:tr>
      <w:tr w:rsidR="006C782F" w:rsidRPr="008E6085" w14:paraId="7EC896D7"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22A3BE4F" w14:textId="77777777" w:rsidR="006C782F" w:rsidRPr="008E6085" w:rsidRDefault="003815A3">
            <w:pPr>
              <w:spacing w:after="10" w:line="240" w:lineRule="auto"/>
              <w:rPr>
                <w:sz w:val="24"/>
                <w:szCs w:val="24"/>
              </w:rPr>
            </w:pPr>
            <w:r w:rsidRPr="008E6085">
              <w:rPr>
                <w:rFonts w:ascii="Times New Roman" w:hAnsi="Times New Roman"/>
                <w:i/>
                <w:sz w:val="16"/>
                <w:szCs w:val="24"/>
              </w:rPr>
              <w:t>Pentru fiecare imobil se completează obligatoriu câte o anexă tehnică; celelalte imobile se înscriu în anexa de imobile.</w:t>
            </w:r>
            <w:r w:rsidRPr="008E6085">
              <w:rPr>
                <w:rFonts w:ascii="Times New Roman" w:hAnsi="Times New Roman"/>
                <w:i/>
                <w:sz w:val="16"/>
                <w:szCs w:val="24"/>
              </w:rPr>
              <w:br/>
              <w:t>Imobil 1</w:t>
            </w:r>
          </w:p>
        </w:tc>
      </w:tr>
      <w:tr w:rsidR="006C782F" w:rsidRPr="008E6085" w14:paraId="64684809"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04FB48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Tip imobil</w:t>
            </w:r>
            <w:r w:rsidRPr="008E6085">
              <w:rPr>
                <w:rFonts w:ascii="Times New Roman" w:hAnsi="Times New Roman"/>
                <w:b/>
                <w:color w:val="004682"/>
                <w:sz w:val="18"/>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3CCCC98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175CF67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323F4FCB"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0FA0776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1A12A1F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57DC1C8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31A04E38"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41E4F60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07BFA89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5EB2685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D5A9FA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18AB009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3435D2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10" w:type="dxa"/>
              <w:left w:w="35" w:type="dxa"/>
              <w:bottom w:w="10" w:type="dxa"/>
              <w:right w:w="35" w:type="dxa"/>
            </w:tcMar>
          </w:tcPr>
          <w:p w14:paraId="7A58898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bl>
    <w:p w14:paraId="6DE575E9" w14:textId="77777777" w:rsidR="006C782F" w:rsidRDefault="003815A3">
      <w:pPr>
        <w:rPr>
          <w:sz w:val="24"/>
          <w:szCs w:val="24"/>
        </w:rPr>
      </w:pPr>
      <w:r w:rsidRPr="008E6085">
        <w:rPr>
          <w:sz w:val="24"/>
          <w:szCs w:val="24"/>
        </w:rPr>
        <w:br w:type="page"/>
      </w:r>
    </w:p>
    <w:p w14:paraId="24440EFD" w14:textId="77777777" w:rsidR="0022364E" w:rsidRDefault="0022364E" w:rsidP="0022364E">
      <w:pPr>
        <w:spacing w:after="20" w:line="240" w:lineRule="auto"/>
      </w:pPr>
      <w:r>
        <w:rPr>
          <w:rFonts w:ascii="Times New Roman" w:hAnsi="Times New Roman"/>
          <w:color w:val="787878"/>
          <w:sz w:val="14"/>
        </w:rPr>
        <w:lastRenderedPageBreak/>
        <w:t>F_A_01 · versiunea 1.0</w:t>
      </w:r>
    </w:p>
    <w:tbl>
      <w:tblPr>
        <w:tblW w:w="0" w:type="auto"/>
        <w:jc w:val="center"/>
        <w:tblLayout w:type="fixed"/>
        <w:tblLook w:val="04A0" w:firstRow="1" w:lastRow="0" w:firstColumn="1" w:lastColumn="0" w:noHBand="0" w:noVBand="1"/>
      </w:tblPr>
      <w:tblGrid>
        <w:gridCol w:w="3648"/>
        <w:gridCol w:w="3648"/>
        <w:gridCol w:w="3648"/>
      </w:tblGrid>
      <w:tr w:rsidR="0022364E" w:rsidRPr="008573A8" w14:paraId="2B9FB6F9" w14:textId="77777777" w:rsidTr="00CD1B01">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3" w:type="dxa"/>
              <w:left w:w="20" w:type="dxa"/>
              <w:bottom w:w="3" w:type="dxa"/>
              <w:right w:w="20" w:type="dxa"/>
            </w:tcMar>
          </w:tcPr>
          <w:p w14:paraId="61FFC119" w14:textId="77777777" w:rsidR="0022364E" w:rsidRPr="008573A8" w:rsidRDefault="0022364E" w:rsidP="00CD1B01">
            <w:pPr>
              <w:spacing w:before="10" w:after="10" w:line="240" w:lineRule="auto"/>
              <w:rPr>
                <w:sz w:val="24"/>
                <w:szCs w:val="24"/>
              </w:rPr>
            </w:pPr>
            <w:r w:rsidRPr="008573A8">
              <w:rPr>
                <w:rFonts w:ascii="Times New Roman" w:hAnsi="Times New Roman"/>
                <w:b/>
                <w:sz w:val="18"/>
                <w:szCs w:val="24"/>
              </w:rPr>
              <w:t>7. PROIECTUL ATAȘAT ȘI ECHIPA DE PROIECTARE</w:t>
            </w:r>
          </w:p>
        </w:tc>
      </w:tr>
      <w:tr w:rsidR="0022364E" w:rsidRPr="008573A8" w14:paraId="5E7769A3" w14:textId="77777777" w:rsidTr="00CD1B01">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93B2E99"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Proiect pentru autorizarea construirii     ☐ Proiect pentru autorizarea desființării     ☐ Proiect pentru intervenții asupra clădirilor existente</w:t>
            </w:r>
            <w:r w:rsidRPr="008573A8">
              <w:rPr>
                <w:rFonts w:ascii="Times New Roman" w:hAnsi="Times New Roman"/>
                <w:sz w:val="16"/>
                <w:szCs w:val="24"/>
              </w:rPr>
              <w:br/>
              <w:t>☐ Proiect pentru autorizarea amenajării</w:t>
            </w:r>
          </w:p>
        </w:tc>
      </w:tr>
      <w:tr w:rsidR="0022364E" w:rsidRPr="008573A8" w14:paraId="11D0592F" w14:textId="77777777" w:rsidTr="00CD1B01">
        <w:trPr>
          <w:jc w:val="center"/>
        </w:trPr>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61C8C0D"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Nr. / data proiectului</w:t>
            </w:r>
          </w:p>
        </w:tc>
        <w:tc>
          <w:tcPr>
            <w:tcW w:w="7296" w:type="dxa"/>
            <w:gridSpan w:val="2"/>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30358F89"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Elaborator (denumire + sediu)</w:t>
            </w:r>
          </w:p>
        </w:tc>
      </w:tr>
      <w:tr w:rsidR="0022364E" w:rsidRPr="008573A8" w14:paraId="13478312" w14:textId="77777777" w:rsidTr="00CD1B01">
        <w:trPr>
          <w:jc w:val="center"/>
        </w:trPr>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00FA0E76"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Proiectant autor — arhitect / arhitect conductor / arhitect</w:t>
            </w:r>
            <w:r w:rsidRPr="008573A8">
              <w:rPr>
                <w:rFonts w:ascii="Times New Roman" w:hAnsi="Times New Roman"/>
                <w:b/>
                <w:color w:val="004682"/>
                <w:sz w:val="18"/>
                <w:szCs w:val="24"/>
              </w:rPr>
              <w:br/>
              <w:t>de interior</w:t>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140962B1"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Nr. TNA</w:t>
            </w:r>
            <w:r w:rsidRPr="008573A8">
              <w:rPr>
                <w:rFonts w:ascii="Times New Roman" w:hAnsi="Times New Roman"/>
                <w:b/>
                <w:color w:val="004682"/>
                <w:sz w:val="18"/>
                <w:szCs w:val="24"/>
              </w:rPr>
              <w:br/>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471BDF04"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Ingineri, pe specialități</w:t>
            </w:r>
            <w:r w:rsidRPr="008573A8">
              <w:rPr>
                <w:rFonts w:ascii="Times New Roman" w:hAnsi="Times New Roman"/>
                <w:b/>
                <w:color w:val="004682"/>
                <w:sz w:val="18"/>
                <w:szCs w:val="24"/>
              </w:rPr>
              <w:br/>
            </w:r>
          </w:p>
        </w:tc>
      </w:tr>
    </w:tbl>
    <w:p w14:paraId="397C06D5" w14:textId="77777777" w:rsidR="0022364E" w:rsidRPr="008573A8" w:rsidRDefault="0022364E" w:rsidP="0022364E">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22364E" w:rsidRPr="008573A8" w14:paraId="49FE58B1" w14:textId="77777777" w:rsidTr="00CD1B01">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3" w:type="dxa"/>
              <w:left w:w="20" w:type="dxa"/>
              <w:bottom w:w="3" w:type="dxa"/>
              <w:right w:w="20" w:type="dxa"/>
            </w:tcMar>
          </w:tcPr>
          <w:p w14:paraId="661EE32E" w14:textId="77777777" w:rsidR="0022364E" w:rsidRPr="008573A8" w:rsidRDefault="0022364E" w:rsidP="00CD1B01">
            <w:pPr>
              <w:spacing w:before="10" w:after="10" w:line="240" w:lineRule="auto"/>
              <w:rPr>
                <w:sz w:val="24"/>
                <w:szCs w:val="24"/>
              </w:rPr>
            </w:pPr>
            <w:r w:rsidRPr="008573A8">
              <w:rPr>
                <w:rFonts w:ascii="Times New Roman" w:hAnsi="Times New Roman"/>
                <w:b/>
                <w:sz w:val="18"/>
                <w:szCs w:val="24"/>
              </w:rPr>
              <w:t>8. CLASA DE CONSECINȚE / VERIFICAREA TEHNICĂ</w:t>
            </w:r>
          </w:p>
        </w:tc>
      </w:tr>
      <w:tr w:rsidR="0022364E" w:rsidRPr="008573A8" w14:paraId="5828B04D" w14:textId="77777777" w:rsidTr="00CD1B01">
        <w:trPr>
          <w:jc w:val="center"/>
        </w:trPr>
        <w:tc>
          <w:tcPr>
            <w:tcW w:w="10944" w:type="dxa"/>
            <w:gridSpan w:val="2"/>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3D9D573E"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CC 1 / NVP 1     ☐ CC 2 / NVP 2     ☐ CC 3 / NVP 3     ☐ CC 4 / NVP 4</w:t>
            </w:r>
          </w:p>
        </w:tc>
      </w:tr>
      <w:tr w:rsidR="0022364E" w:rsidRPr="008573A8" w14:paraId="6335A7A9"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C005E74"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rezistență mecanică și stabilitate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53451DF"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r w:rsidR="0022364E" w:rsidRPr="008573A8" w14:paraId="474F6948"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1C6DDB75"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securitate la incendiu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3D88E1E8"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r w:rsidR="0022364E" w:rsidRPr="008573A8" w14:paraId="37CE7187"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4C86CD7E"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igienă, sănătate și mediu înconjurător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6A86288C"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r w:rsidR="0022364E" w:rsidRPr="008573A8" w14:paraId="0608FB78"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05E62CC0"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siguranță și accesibilitate în exploatare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6A4F7A05"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r w:rsidR="0022364E" w:rsidRPr="008573A8" w14:paraId="3FD330AA"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1A3E26B"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protecție împotriva zgomotului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731E2B6"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r w:rsidR="0022364E" w:rsidRPr="008573A8" w14:paraId="428CEC3E" w14:textId="77777777" w:rsidTr="00CD1B01">
        <w:trPr>
          <w:jc w:val="center"/>
        </w:trPr>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23FECDB7"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economie de energie și izolare termică — nume și prenume verificator / nr. atestat</w:t>
            </w:r>
          </w:p>
        </w:tc>
        <w:tc>
          <w:tcPr>
            <w:tcW w:w="5472"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0126A4CD"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Referat nr. / data</w:t>
            </w:r>
          </w:p>
        </w:tc>
      </w:tr>
    </w:tbl>
    <w:p w14:paraId="334FE0F7" w14:textId="77777777" w:rsidR="0022364E" w:rsidRPr="008573A8" w:rsidRDefault="0022364E" w:rsidP="0022364E">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22364E" w:rsidRPr="008573A8" w14:paraId="427E7A3B" w14:textId="77777777" w:rsidTr="00CD1B01">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3" w:type="dxa"/>
              <w:left w:w="20" w:type="dxa"/>
              <w:bottom w:w="3" w:type="dxa"/>
              <w:right w:w="20" w:type="dxa"/>
            </w:tcMar>
          </w:tcPr>
          <w:p w14:paraId="1A762BE4" w14:textId="77777777" w:rsidR="0022364E" w:rsidRPr="008573A8" w:rsidRDefault="0022364E" w:rsidP="00CD1B01">
            <w:pPr>
              <w:spacing w:before="10" w:after="10" w:line="240" w:lineRule="auto"/>
              <w:rPr>
                <w:sz w:val="24"/>
                <w:szCs w:val="24"/>
              </w:rPr>
            </w:pPr>
            <w:r w:rsidRPr="008573A8">
              <w:rPr>
                <w:rFonts w:ascii="Times New Roman" w:hAnsi="Times New Roman"/>
                <w:b/>
                <w:sz w:val="18"/>
                <w:szCs w:val="24"/>
              </w:rPr>
              <w:t>9. VALORI ȘI DURATĂ</w:t>
            </w:r>
          </w:p>
        </w:tc>
      </w:tr>
      <w:tr w:rsidR="0022364E" w:rsidRPr="008573A8" w14:paraId="5F007F3F" w14:textId="77777777" w:rsidTr="00CD1B01">
        <w:trPr>
          <w:jc w:val="center"/>
        </w:trPr>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09241050"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Valoarea lucrărilor supuse autorizării (lei)</w:t>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47928F99"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Valoarea obiectivului (lei)</w:t>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3" w:type="dxa"/>
              <w:right w:w="20" w:type="dxa"/>
            </w:tcMar>
          </w:tcPr>
          <w:p w14:paraId="5C9BC5CF"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Durata estimată de execuție (luni)</w:t>
            </w:r>
          </w:p>
        </w:tc>
      </w:tr>
    </w:tbl>
    <w:p w14:paraId="311E870E" w14:textId="77777777" w:rsidR="0022364E" w:rsidRPr="008573A8" w:rsidRDefault="0022364E" w:rsidP="0022364E">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22364E" w:rsidRPr="008573A8" w14:paraId="7678D4F4"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2" w:type="dxa"/>
              <w:left w:w="20" w:type="dxa"/>
              <w:bottom w:w="2" w:type="dxa"/>
              <w:right w:w="20" w:type="dxa"/>
            </w:tcMar>
          </w:tcPr>
          <w:p w14:paraId="7B2FDE87" w14:textId="77777777" w:rsidR="0022364E" w:rsidRPr="008573A8" w:rsidRDefault="0022364E" w:rsidP="00CD1B01">
            <w:pPr>
              <w:spacing w:before="10" w:after="10" w:line="240" w:lineRule="auto"/>
              <w:rPr>
                <w:sz w:val="24"/>
                <w:szCs w:val="24"/>
              </w:rPr>
            </w:pPr>
            <w:r w:rsidRPr="008573A8">
              <w:rPr>
                <w:rFonts w:ascii="Times New Roman" w:hAnsi="Times New Roman"/>
                <w:b/>
                <w:sz w:val="18"/>
                <w:szCs w:val="24"/>
              </w:rPr>
              <w:t>10. ANEXEZ LA PREZENTA CERERE</w:t>
            </w:r>
          </w:p>
        </w:tc>
      </w:tr>
      <w:tr w:rsidR="0022364E" w:rsidRPr="008573A8" w14:paraId="3CF0F437"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148E94D9"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a) extras de plan cadastral actualizat și extras de carte funciară actualizat, nu mai vechi de 30 de zile</w:t>
            </w:r>
          </w:p>
        </w:tc>
      </w:tr>
      <w:tr w:rsidR="0022364E" w:rsidRPr="008573A8" w14:paraId="5D8D4DB5"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02D5C258"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b) actele care atestă dreptul în baza căruia titularul poate solicita emiterea autorizației, dacă este cazul (copie conform cu originalul)</w:t>
            </w:r>
          </w:p>
        </w:tc>
      </w:tr>
      <w:tr w:rsidR="0022364E" w:rsidRPr="008573A8" w14:paraId="241B4F59"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10EB0B40"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rsidR="0022364E" w:rsidRPr="008573A8" w14:paraId="4716C7B6"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46BFCC8B"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d) referatele de verificare ale proiectului, corespunzător clasei de consecințe a obiectivului (câte 1 exemplar copie)</w:t>
            </w:r>
          </w:p>
        </w:tc>
      </w:tr>
      <w:tr w:rsidR="0022364E" w:rsidRPr="008573A8" w14:paraId="0AA46E3A"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4FF87B71"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e) avizele și acordurile stabilite prin certificatul de urbanism nr. ...... din .................... (câte 1 exemplar copie)</w:t>
            </w:r>
          </w:p>
        </w:tc>
      </w:tr>
      <w:tr w:rsidR="0022364E" w:rsidRPr="008573A8" w14:paraId="731AA6FE"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6125682E" w14:textId="77777777" w:rsidR="0022364E" w:rsidRPr="008573A8" w:rsidRDefault="0022364E" w:rsidP="00CD1B01">
            <w:pPr>
              <w:spacing w:after="10" w:line="240" w:lineRule="auto"/>
              <w:rPr>
                <w:sz w:val="24"/>
                <w:szCs w:val="24"/>
              </w:rPr>
            </w:pPr>
            <w:r w:rsidRPr="008573A8">
              <w:rPr>
                <w:rFonts w:ascii="Times New Roman" w:hAnsi="Times New Roman"/>
                <w:i/>
                <w:color w:val="5A5A5A"/>
                <w:sz w:val="15"/>
                <w:szCs w:val="24"/>
              </w:rPr>
              <w:t>avizele și acordurile anexate — enumerare</w:t>
            </w:r>
            <w:r w:rsidRPr="008573A8">
              <w:rPr>
                <w:rFonts w:ascii="Times New Roman" w:hAnsi="Times New Roman"/>
                <w:i/>
                <w:color w:val="5A5A5A"/>
                <w:sz w:val="15"/>
                <w:szCs w:val="24"/>
              </w:rPr>
              <w:br/>
            </w:r>
            <w:r w:rsidRPr="008573A8">
              <w:rPr>
                <w:rFonts w:ascii="Times New Roman" w:hAnsi="Times New Roman"/>
                <w:i/>
                <w:color w:val="5A5A5A"/>
                <w:sz w:val="15"/>
                <w:szCs w:val="24"/>
              </w:rPr>
              <w:br/>
              <w:t>...........................................................................................................................................................................................................</w:t>
            </w:r>
          </w:p>
        </w:tc>
      </w:tr>
      <w:tr w:rsidR="0022364E" w:rsidRPr="008573A8" w14:paraId="744A654F"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608548E5"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f) punctul de vedere sau actul administrativ al autorității competente pentru protecția mediului, în cazul în care a fost solicitată evaluarea, și acordul de mediu, dacă este cazul (1 exemplar copie)</w:t>
            </w:r>
          </w:p>
        </w:tc>
      </w:tr>
      <w:tr w:rsidR="0022364E" w:rsidRPr="008573A8" w14:paraId="399193A1"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651D8C05"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g) declarația pe propria răspundere în cazul în care pentru anumite avize / acorduri se invocă acordarea tacită (original)</w:t>
            </w:r>
          </w:p>
        </w:tc>
      </w:tr>
      <w:tr w:rsidR="0022364E" w:rsidRPr="008573A8" w14:paraId="4B446A0C"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20D94BFA"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h) acordul vecinilor (1 exemplar copie)</w:t>
            </w:r>
          </w:p>
        </w:tc>
      </w:tr>
      <w:tr w:rsidR="0022364E" w:rsidRPr="008573A8" w14:paraId="4ABC7874"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1AA518FE"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i) raportul de expertiză tehnică preliminară privind influența asupra vecinătăților, pentru cerința fundamentală rezistență mecanică și stabilitate, dacă este cazul (1 exemplar copie)</w:t>
            </w:r>
          </w:p>
        </w:tc>
      </w:tr>
      <w:tr w:rsidR="0022364E" w:rsidRPr="008573A8" w14:paraId="4B54436F"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3B65CC1D"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22364E" w:rsidRPr="008573A8" w14:paraId="2E5A9237"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7AABDD6D"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k) raportul privind cerințele minime de conformare a unei clădiri cu consum de energie aproape egal cu zero, dacă este cazul (1 exemplar copie)</w:t>
            </w:r>
          </w:p>
        </w:tc>
      </w:tr>
      <w:tr w:rsidR="0022364E" w:rsidRPr="008573A8" w14:paraId="3FF8F712"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63A805F2"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l) raportul de audit energetic în vederea creșterii performanței energetice, în cazul intervențiilor la clădiri existente (1 exemplar copie)</w:t>
            </w:r>
          </w:p>
        </w:tc>
      </w:tr>
      <w:tr w:rsidR="0022364E" w:rsidRPr="008573A8" w14:paraId="10136947"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4D2B456E"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m) proiectul pentru acordul / autorizația administratorului drumului, pentru lucrările executate pe domeniul public la infrastructura tehnico-edilitară și căile de acces, dacă este cazul (1 exemplar original)</w:t>
            </w:r>
          </w:p>
        </w:tc>
      </w:tr>
      <w:tr w:rsidR="0022364E" w:rsidRPr="008573A8" w14:paraId="32FC4339"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53BA73E0"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n) dovada privind luarea în evidență a proiectului de către Ordinul Arhitecților din România (copie)</w:t>
            </w:r>
          </w:p>
        </w:tc>
      </w:tr>
      <w:tr w:rsidR="0022364E" w:rsidRPr="008573A8" w14:paraId="61637A3C"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12ABBC4C"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o) devizul general al obiectivului de investiții (1 exemplar copie)</w:t>
            </w:r>
          </w:p>
        </w:tc>
      </w:tr>
      <w:tr w:rsidR="0022364E" w:rsidRPr="008573A8" w14:paraId="236C675D"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40554CB4"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p) documentele de plată a taxelor legale în vederea autorizării (copie)</w:t>
            </w:r>
          </w:p>
        </w:tc>
      </w:tr>
      <w:tr w:rsidR="0022364E" w:rsidRPr="008573A8" w14:paraId="1D3A02AE"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10C629B0" w14:textId="77777777" w:rsidR="0022364E" w:rsidRPr="008573A8" w:rsidRDefault="0022364E" w:rsidP="00CD1B01">
            <w:pPr>
              <w:spacing w:after="10" w:line="240" w:lineRule="auto"/>
              <w:rPr>
                <w:sz w:val="24"/>
                <w:szCs w:val="24"/>
              </w:rPr>
            </w:pPr>
            <w:r w:rsidRPr="008573A8">
              <w:rPr>
                <w:rFonts w:ascii="Times New Roman" w:hAnsi="Times New Roman"/>
                <w:sz w:val="16"/>
                <w:szCs w:val="24"/>
              </w:rPr>
              <w:t>☐ q) anexa la cererea pentru emiterea autorizației de construire / desființare, completată cu toate elementele necesare descrierii lucrărilor (2 exemplare originale)</w:t>
            </w:r>
          </w:p>
        </w:tc>
      </w:tr>
      <w:tr w:rsidR="0022364E" w:rsidRPr="008573A8" w14:paraId="01838520" w14:textId="77777777" w:rsidTr="00CD1B01">
        <w:trPr>
          <w:jc w:val="center"/>
        </w:trPr>
        <w:tc>
          <w:tcPr>
            <w:tcW w:w="10944" w:type="dxa"/>
            <w:tcBorders>
              <w:top w:val="single" w:sz="4" w:space="0" w:color="808080"/>
              <w:left w:val="single" w:sz="4" w:space="0" w:color="808080"/>
              <w:bottom w:val="single" w:sz="4" w:space="0" w:color="808080"/>
              <w:right w:val="single" w:sz="4" w:space="0" w:color="808080"/>
            </w:tcBorders>
            <w:tcMar>
              <w:top w:w="2" w:type="dxa"/>
              <w:left w:w="20" w:type="dxa"/>
              <w:bottom w:w="2" w:type="dxa"/>
              <w:right w:w="20" w:type="dxa"/>
            </w:tcMar>
          </w:tcPr>
          <w:p w14:paraId="55859A76" w14:textId="77777777" w:rsidR="0022364E" w:rsidRPr="008573A8" w:rsidRDefault="0022364E" w:rsidP="00CD1B01">
            <w:pPr>
              <w:spacing w:after="10" w:line="240" w:lineRule="auto"/>
              <w:rPr>
                <w:sz w:val="24"/>
                <w:szCs w:val="24"/>
              </w:rPr>
            </w:pPr>
            <w:r w:rsidRPr="008573A8">
              <w:rPr>
                <w:rFonts w:ascii="Times New Roman" w:hAnsi="Times New Roman"/>
                <w:i/>
                <w:sz w:val="16"/>
                <w:szCs w:val="24"/>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nr.169/2026.</w:t>
            </w:r>
          </w:p>
        </w:tc>
      </w:tr>
    </w:tbl>
    <w:p w14:paraId="2D96D173" w14:textId="77777777" w:rsidR="0022364E" w:rsidRPr="008573A8" w:rsidRDefault="0022364E" w:rsidP="0022364E">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22364E" w:rsidRPr="008573A8" w14:paraId="7F3AA0D1" w14:textId="77777777" w:rsidTr="00CD1B01">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3" w:type="dxa"/>
              <w:left w:w="20" w:type="dxa"/>
              <w:bottom w:w="14" w:type="dxa"/>
              <w:right w:w="20" w:type="dxa"/>
            </w:tcMar>
          </w:tcPr>
          <w:p w14:paraId="0DEE04CB" w14:textId="77777777" w:rsidR="0022364E" w:rsidRPr="008573A8" w:rsidRDefault="0022364E" w:rsidP="00CD1B01">
            <w:pPr>
              <w:spacing w:before="10" w:after="10" w:line="240" w:lineRule="auto"/>
              <w:rPr>
                <w:sz w:val="24"/>
                <w:szCs w:val="24"/>
              </w:rPr>
            </w:pPr>
            <w:r w:rsidRPr="008573A8">
              <w:rPr>
                <w:rFonts w:ascii="Times New Roman" w:hAnsi="Times New Roman"/>
                <w:b/>
                <w:sz w:val="18"/>
                <w:szCs w:val="24"/>
              </w:rPr>
              <w:t>10. DATA ȘI SEMNĂTURA</w:t>
            </w:r>
          </w:p>
        </w:tc>
      </w:tr>
      <w:tr w:rsidR="0022364E" w:rsidRPr="008573A8" w14:paraId="562E55A6" w14:textId="77777777" w:rsidTr="00CD1B01">
        <w:trPr>
          <w:jc w:val="center"/>
        </w:trPr>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14" w:type="dxa"/>
              <w:right w:w="20" w:type="dxa"/>
            </w:tcMar>
          </w:tcPr>
          <w:p w14:paraId="07387BE9"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14" w:type="dxa"/>
              <w:right w:w="20" w:type="dxa"/>
            </w:tcMar>
          </w:tcPr>
          <w:p w14:paraId="1CF64CD3"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Solicitantul</w:t>
            </w:r>
          </w:p>
        </w:tc>
        <w:tc>
          <w:tcPr>
            <w:tcW w:w="3648" w:type="dxa"/>
            <w:tcBorders>
              <w:top w:val="single" w:sz="4" w:space="0" w:color="808080"/>
              <w:left w:val="single" w:sz="4" w:space="0" w:color="808080"/>
              <w:bottom w:val="single" w:sz="4" w:space="0" w:color="808080"/>
              <w:right w:val="single" w:sz="4" w:space="0" w:color="808080"/>
            </w:tcBorders>
            <w:tcMar>
              <w:top w:w="3" w:type="dxa"/>
              <w:left w:w="20" w:type="dxa"/>
              <w:bottom w:w="14" w:type="dxa"/>
              <w:right w:w="20" w:type="dxa"/>
            </w:tcMar>
          </w:tcPr>
          <w:p w14:paraId="2FEDF074" w14:textId="77777777" w:rsidR="0022364E" w:rsidRPr="008573A8" w:rsidRDefault="0022364E" w:rsidP="00CD1B01">
            <w:pPr>
              <w:spacing w:after="0" w:line="240" w:lineRule="auto"/>
              <w:rPr>
                <w:sz w:val="24"/>
                <w:szCs w:val="24"/>
              </w:rPr>
            </w:pPr>
            <w:r w:rsidRPr="008573A8">
              <w:rPr>
                <w:rFonts w:ascii="Times New Roman" w:hAnsi="Times New Roman"/>
                <w:b/>
                <w:color w:val="004682"/>
                <w:sz w:val="18"/>
                <w:szCs w:val="24"/>
              </w:rPr>
              <w:t>Semnătura</w:t>
            </w:r>
          </w:p>
        </w:tc>
      </w:tr>
    </w:tbl>
    <w:p w14:paraId="1E89D540" w14:textId="77777777" w:rsidR="0022364E" w:rsidRPr="008573A8" w:rsidRDefault="0022364E">
      <w:pPr>
        <w:rPr>
          <w:sz w:val="28"/>
          <w:szCs w:val="28"/>
        </w:rPr>
      </w:pPr>
    </w:p>
    <w:p w14:paraId="6B96AF22" w14:textId="77777777" w:rsidR="0022364E" w:rsidRPr="008573A8" w:rsidRDefault="0022364E">
      <w:pPr>
        <w:rPr>
          <w:sz w:val="28"/>
          <w:szCs w:val="28"/>
        </w:rPr>
      </w:pPr>
    </w:p>
    <w:p w14:paraId="07FA562E" w14:textId="77777777" w:rsidR="0022364E" w:rsidRPr="008573A8" w:rsidRDefault="0022364E">
      <w:pPr>
        <w:rPr>
          <w:sz w:val="28"/>
          <w:szCs w:val="28"/>
        </w:rPr>
      </w:pPr>
    </w:p>
    <w:p w14:paraId="16F09695" w14:textId="77777777" w:rsidR="0022364E" w:rsidRPr="008573A8" w:rsidRDefault="0022364E">
      <w:pPr>
        <w:rPr>
          <w:sz w:val="28"/>
          <w:szCs w:val="28"/>
        </w:rPr>
      </w:pPr>
    </w:p>
    <w:p w14:paraId="3482E8E1" w14:textId="77777777" w:rsidR="0022364E" w:rsidRDefault="0022364E">
      <w:pPr>
        <w:rPr>
          <w:sz w:val="24"/>
          <w:szCs w:val="24"/>
        </w:rPr>
      </w:pPr>
    </w:p>
    <w:p w14:paraId="5BE61CF9" w14:textId="77777777" w:rsidR="0022364E" w:rsidRDefault="0022364E">
      <w:pPr>
        <w:rPr>
          <w:sz w:val="24"/>
          <w:szCs w:val="24"/>
        </w:rPr>
      </w:pPr>
    </w:p>
    <w:p w14:paraId="1BE4D333" w14:textId="77777777" w:rsidR="0022364E" w:rsidRPr="008E6085" w:rsidRDefault="0022364E">
      <w:pPr>
        <w:rPr>
          <w:sz w:val="24"/>
          <w:szCs w:val="24"/>
        </w:rPr>
      </w:pPr>
    </w:p>
    <w:p w14:paraId="16E954FF" w14:textId="77777777" w:rsidR="006C782F" w:rsidRPr="008E6085" w:rsidRDefault="003815A3">
      <w:pPr>
        <w:spacing w:after="0" w:line="240" w:lineRule="auto"/>
        <w:jc w:val="center"/>
        <w:rPr>
          <w:sz w:val="24"/>
          <w:szCs w:val="24"/>
        </w:rPr>
      </w:pPr>
      <w:r w:rsidRPr="008E6085">
        <w:rPr>
          <w:rFonts w:ascii="Times New Roman" w:hAnsi="Times New Roman"/>
          <w:b/>
          <w:sz w:val="28"/>
          <w:szCs w:val="24"/>
        </w:rPr>
        <w:t>ANEXA IMOBILE</w:t>
      </w:r>
      <w:r w:rsidRPr="008E6085">
        <w:rPr>
          <w:rFonts w:ascii="Times New Roman" w:hAnsi="Times New Roman"/>
          <w:b/>
          <w:sz w:val="28"/>
          <w:szCs w:val="24"/>
        </w:rPr>
        <w:br/>
      </w:r>
      <w:r w:rsidRPr="008E6085">
        <w:rPr>
          <w:rFonts w:ascii="Times New Roman" w:hAnsi="Times New Roman"/>
          <w:sz w:val="20"/>
          <w:szCs w:val="24"/>
        </w:rPr>
        <w:t>la cererea pentru emiterea autorizației de construire / desființare</w:t>
      </w:r>
      <w:r w:rsidRPr="008E6085">
        <w:rPr>
          <w:rFonts w:ascii="Times New Roman" w:hAnsi="Times New Roman"/>
          <w:sz w:val="20"/>
          <w:szCs w:val="24"/>
        </w:rPr>
        <w:br/>
      </w:r>
      <w:r w:rsidRPr="008E6085">
        <w:rPr>
          <w:rFonts w:ascii="Times New Roman" w:hAnsi="Times New Roman"/>
          <w:i/>
          <w:sz w:val="18"/>
          <w:szCs w:val="24"/>
        </w:rPr>
        <w:t>se completează numai atunci când cererea se referă la mai multe imobile</w:t>
      </w:r>
    </w:p>
    <w:tbl>
      <w:tblPr>
        <w:tblW w:w="0" w:type="auto"/>
        <w:jc w:val="center"/>
        <w:tblLayout w:type="fixed"/>
        <w:tblLook w:val="04A0" w:firstRow="1" w:lastRow="0" w:firstColumn="1" w:lastColumn="0" w:noHBand="0" w:noVBand="1"/>
      </w:tblPr>
      <w:tblGrid>
        <w:gridCol w:w="3648"/>
        <w:gridCol w:w="912"/>
        <w:gridCol w:w="912"/>
        <w:gridCol w:w="912"/>
        <w:gridCol w:w="912"/>
        <w:gridCol w:w="1824"/>
        <w:gridCol w:w="1824"/>
      </w:tblGrid>
      <w:tr w:rsidR="006C782F" w:rsidRPr="008E6085" w14:paraId="79C20657"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14:paraId="106E7D1A"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11. IMOBILELE LA CARE SE REFERĂ CEREREA</w:t>
            </w:r>
          </w:p>
        </w:tc>
      </w:tr>
      <w:tr w:rsidR="006C782F" w:rsidRPr="008E6085" w14:paraId="5F55E108"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37A24C7" w14:textId="77777777" w:rsidR="006C782F" w:rsidRPr="008E6085" w:rsidRDefault="003815A3">
            <w:pPr>
              <w:spacing w:after="10" w:line="240" w:lineRule="auto"/>
              <w:rPr>
                <w:sz w:val="24"/>
                <w:szCs w:val="24"/>
              </w:rPr>
            </w:pPr>
            <w:r w:rsidRPr="008E6085">
              <w:rPr>
                <w:rFonts w:ascii="Times New Roman" w:hAnsi="Times New Roman"/>
                <w:i/>
                <w:sz w:val="16"/>
                <w:szCs w:val="24"/>
              </w:rPr>
              <w:t>Imobil 2</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FE1B2C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095010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0A39AFF2"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CA6C82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55A18C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C75473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6510F123"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21F9BC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1A7D1F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E30000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27DBEA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D0893D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D1B8FC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567400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4D4255F4"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55FFB151" w14:textId="77777777" w:rsidR="006C782F" w:rsidRPr="008E6085" w:rsidRDefault="006C782F">
            <w:pPr>
              <w:rPr>
                <w:sz w:val="24"/>
                <w:szCs w:val="24"/>
              </w:rPr>
            </w:pPr>
          </w:p>
        </w:tc>
      </w:tr>
      <w:tr w:rsidR="006C782F" w:rsidRPr="008E6085" w14:paraId="33D789C7"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4E85034" w14:textId="77777777" w:rsidR="006C782F" w:rsidRPr="008E6085" w:rsidRDefault="003815A3">
            <w:pPr>
              <w:spacing w:after="10" w:line="240" w:lineRule="auto"/>
              <w:rPr>
                <w:sz w:val="24"/>
                <w:szCs w:val="24"/>
              </w:rPr>
            </w:pPr>
            <w:r w:rsidRPr="008E6085">
              <w:rPr>
                <w:rFonts w:ascii="Times New Roman" w:hAnsi="Times New Roman"/>
                <w:i/>
                <w:sz w:val="16"/>
                <w:szCs w:val="24"/>
              </w:rPr>
              <w:t>Imobil 3</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F59973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B0AAE9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59A7C185"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ECD6B5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99CA0F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8D8A11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565AAA4F"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3B7FBF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448D9E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9DBC00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E63330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EA93C8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D83EE9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965181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32B3C9BC"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6F44851E" w14:textId="77777777" w:rsidR="006C782F" w:rsidRPr="008E6085" w:rsidRDefault="006C782F">
            <w:pPr>
              <w:rPr>
                <w:sz w:val="24"/>
                <w:szCs w:val="24"/>
              </w:rPr>
            </w:pPr>
          </w:p>
        </w:tc>
      </w:tr>
      <w:tr w:rsidR="006C782F" w:rsidRPr="008E6085" w14:paraId="314CC7F7"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64EF243" w14:textId="77777777" w:rsidR="006C782F" w:rsidRPr="008E6085" w:rsidRDefault="003815A3">
            <w:pPr>
              <w:spacing w:after="10" w:line="240" w:lineRule="auto"/>
              <w:rPr>
                <w:sz w:val="24"/>
                <w:szCs w:val="24"/>
              </w:rPr>
            </w:pPr>
            <w:r w:rsidRPr="008E6085">
              <w:rPr>
                <w:rFonts w:ascii="Times New Roman" w:hAnsi="Times New Roman"/>
                <w:i/>
                <w:sz w:val="16"/>
                <w:szCs w:val="24"/>
              </w:rPr>
              <w:t>Imobil 4</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DB0BA5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FE8CEA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0707A1CF"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9A02CC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0E2337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0DD5B6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56163038"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AD7488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0075EE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5D1A72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706631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B13BCE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F438E9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DC1FD1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629E89F3"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2C44B348" w14:textId="77777777" w:rsidR="006C782F" w:rsidRPr="008E6085" w:rsidRDefault="006C782F">
            <w:pPr>
              <w:rPr>
                <w:sz w:val="24"/>
                <w:szCs w:val="24"/>
              </w:rPr>
            </w:pPr>
          </w:p>
        </w:tc>
      </w:tr>
      <w:tr w:rsidR="006C782F" w:rsidRPr="008E6085" w14:paraId="56F78028"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71F2357" w14:textId="77777777" w:rsidR="006C782F" w:rsidRPr="008E6085" w:rsidRDefault="003815A3">
            <w:pPr>
              <w:spacing w:after="10" w:line="240" w:lineRule="auto"/>
              <w:rPr>
                <w:sz w:val="24"/>
                <w:szCs w:val="24"/>
              </w:rPr>
            </w:pPr>
            <w:r w:rsidRPr="008E6085">
              <w:rPr>
                <w:rFonts w:ascii="Times New Roman" w:hAnsi="Times New Roman"/>
                <w:i/>
                <w:sz w:val="16"/>
                <w:szCs w:val="24"/>
              </w:rPr>
              <w:t>Imobil 5</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09BA84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E94A12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2BA898EC"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FFC50E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DB7931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693B58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71358B61"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DFF602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91806B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9C678D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E15B7B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2353CB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F665D5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518BDC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260FF790"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2E30ED65" w14:textId="77777777" w:rsidR="006C782F" w:rsidRPr="008E6085" w:rsidRDefault="006C782F">
            <w:pPr>
              <w:rPr>
                <w:sz w:val="24"/>
                <w:szCs w:val="24"/>
              </w:rPr>
            </w:pPr>
          </w:p>
        </w:tc>
      </w:tr>
      <w:tr w:rsidR="006C782F" w:rsidRPr="008E6085" w14:paraId="05CF1723"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D9907CF" w14:textId="77777777" w:rsidR="006C782F" w:rsidRPr="008E6085" w:rsidRDefault="003815A3">
            <w:pPr>
              <w:spacing w:after="10" w:line="240" w:lineRule="auto"/>
              <w:rPr>
                <w:sz w:val="24"/>
                <w:szCs w:val="24"/>
              </w:rPr>
            </w:pPr>
            <w:r w:rsidRPr="008E6085">
              <w:rPr>
                <w:rFonts w:ascii="Times New Roman" w:hAnsi="Times New Roman"/>
                <w:i/>
                <w:sz w:val="16"/>
                <w:szCs w:val="24"/>
              </w:rPr>
              <w:t>Imobil 6</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2CD686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D2A962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47F82E13"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4B7505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791DD0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1D9B4C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086BBF9C"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70C605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0D9212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4DABC4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676A09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FFC0A7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32B2F6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AC5917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79DED433"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28A26A90" w14:textId="77777777" w:rsidR="006C782F" w:rsidRPr="008E6085" w:rsidRDefault="006C782F">
            <w:pPr>
              <w:rPr>
                <w:sz w:val="24"/>
                <w:szCs w:val="24"/>
              </w:rPr>
            </w:pPr>
          </w:p>
        </w:tc>
      </w:tr>
      <w:tr w:rsidR="006C782F" w:rsidRPr="008E6085" w14:paraId="58458CAA"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47FAA13" w14:textId="77777777" w:rsidR="006C782F" w:rsidRPr="008E6085" w:rsidRDefault="003815A3">
            <w:pPr>
              <w:spacing w:after="10" w:line="240" w:lineRule="auto"/>
              <w:rPr>
                <w:sz w:val="24"/>
                <w:szCs w:val="24"/>
              </w:rPr>
            </w:pPr>
            <w:r w:rsidRPr="008E6085">
              <w:rPr>
                <w:rFonts w:ascii="Times New Roman" w:hAnsi="Times New Roman"/>
                <w:i/>
                <w:sz w:val="16"/>
                <w:szCs w:val="24"/>
              </w:rPr>
              <w:t>Imobil 7</w:t>
            </w:r>
            <w:r w:rsidRPr="008E6085">
              <w:rPr>
                <w:rFonts w:ascii="Times New Roman" w:hAnsi="Times New Roman"/>
                <w:i/>
                <w:sz w:val="16"/>
                <w:szCs w:val="24"/>
              </w:rPr>
              <w:br/>
            </w:r>
            <w:r w:rsidRPr="008E6085">
              <w:rPr>
                <w:rFonts w:ascii="Times New Roman" w:hAnsi="Times New Roman"/>
                <w:b/>
                <w:color w:val="004682"/>
                <w:sz w:val="16"/>
                <w:szCs w:val="24"/>
              </w:rPr>
              <w:t>Tip imobil</w:t>
            </w:r>
            <w:r w:rsidRPr="008E6085">
              <w:rPr>
                <w:rFonts w:ascii="Times New Roman" w:hAnsi="Times New Roman"/>
                <w:b/>
                <w:color w:val="004682"/>
                <w:sz w:val="16"/>
                <w:szCs w:val="24"/>
              </w:rPr>
              <w:br/>
              <w:t>☐ teren    ☐ construcții</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0AC9D5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cadastral</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91D68A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Carte funciară nr.</w:t>
            </w:r>
          </w:p>
        </w:tc>
      </w:tr>
      <w:tr w:rsidR="006C782F" w:rsidRPr="008E6085" w14:paraId="2895A52A"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F322B1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2AC5A0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Municipiul / orașul / comuna</w:t>
            </w:r>
          </w:p>
        </w:tc>
        <w:tc>
          <w:tcPr>
            <w:tcW w:w="3648"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9060FB6"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Satul / sectorul</w:t>
            </w:r>
          </w:p>
        </w:tc>
      </w:tr>
      <w:tr w:rsidR="006C782F" w:rsidRPr="008E6085" w14:paraId="0A760962"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FEE134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B6553A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947A3A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C5E4A6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858701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Ap.</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3D0D7B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DEFFAD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Țara</w:t>
            </w:r>
          </w:p>
        </w:tc>
      </w:tr>
      <w:tr w:rsidR="006C782F" w:rsidRPr="008E6085" w14:paraId="16B09CD2" w14:textId="77777777">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FAFAFA"/>
            <w:tcMar>
              <w:top w:w="8" w:type="dxa"/>
              <w:left w:w="35" w:type="dxa"/>
              <w:bottom w:w="8" w:type="dxa"/>
              <w:right w:w="35" w:type="dxa"/>
            </w:tcMar>
          </w:tcPr>
          <w:p w14:paraId="6D52A5D4" w14:textId="77777777" w:rsidR="006C782F" w:rsidRPr="008E6085" w:rsidRDefault="006C782F">
            <w:pPr>
              <w:rPr>
                <w:sz w:val="24"/>
                <w:szCs w:val="24"/>
              </w:rPr>
            </w:pPr>
          </w:p>
        </w:tc>
      </w:tr>
    </w:tbl>
    <w:p w14:paraId="107CDFDC" w14:textId="77777777" w:rsidR="006C782F" w:rsidRPr="008E6085" w:rsidRDefault="003815A3">
      <w:pPr>
        <w:rPr>
          <w:sz w:val="24"/>
          <w:szCs w:val="24"/>
        </w:rPr>
      </w:pPr>
      <w:r w:rsidRPr="008E6085">
        <w:rPr>
          <w:sz w:val="24"/>
          <w:szCs w:val="24"/>
        </w:rPr>
        <w:br w:type="page"/>
      </w:r>
    </w:p>
    <w:p w14:paraId="21A4BDE9" w14:textId="77777777" w:rsidR="006C782F" w:rsidRPr="008E6085" w:rsidRDefault="003815A3">
      <w:pPr>
        <w:spacing w:after="0" w:line="240" w:lineRule="auto"/>
        <w:jc w:val="center"/>
        <w:rPr>
          <w:sz w:val="24"/>
          <w:szCs w:val="24"/>
        </w:rPr>
      </w:pPr>
      <w:r w:rsidRPr="008E6085">
        <w:rPr>
          <w:rFonts w:ascii="Times New Roman" w:hAnsi="Times New Roman"/>
          <w:b/>
          <w:sz w:val="28"/>
          <w:szCs w:val="24"/>
        </w:rPr>
        <w:lastRenderedPageBreak/>
        <w:t>ANEXA TEHNICĂ</w:t>
      </w:r>
      <w:r w:rsidRPr="008E6085">
        <w:rPr>
          <w:rFonts w:ascii="Times New Roman" w:hAnsi="Times New Roman"/>
          <w:b/>
          <w:sz w:val="28"/>
          <w:szCs w:val="24"/>
        </w:rPr>
        <w:br/>
      </w:r>
      <w:r w:rsidRPr="008E6085">
        <w:rPr>
          <w:rFonts w:ascii="Times New Roman" w:hAnsi="Times New Roman"/>
          <w:sz w:val="20"/>
          <w:szCs w:val="24"/>
        </w:rPr>
        <w:t>la cererea pentru emiterea autorizației de construire / desființare</w:t>
      </w:r>
      <w:r w:rsidRPr="008E6085">
        <w:rPr>
          <w:rFonts w:ascii="Times New Roman" w:hAnsi="Times New Roman"/>
          <w:sz w:val="20"/>
          <w:szCs w:val="24"/>
        </w:rPr>
        <w:br/>
      </w:r>
      <w:r w:rsidRPr="008E6085">
        <w:rPr>
          <w:rFonts w:ascii="Times New Roman" w:hAnsi="Times New Roman"/>
          <w:i/>
          <w:sz w:val="18"/>
          <w:szCs w:val="24"/>
        </w:rPr>
        <w:t>se întocmește de proiectantul documentației</w:t>
      </w:r>
    </w:p>
    <w:tbl>
      <w:tblPr>
        <w:tblW w:w="0" w:type="auto"/>
        <w:jc w:val="center"/>
        <w:tblLayout w:type="fixed"/>
        <w:tblLook w:val="04A0" w:firstRow="1" w:lastRow="0" w:firstColumn="1" w:lastColumn="0" w:noHBand="0" w:noVBand="1"/>
      </w:tblPr>
      <w:tblGrid>
        <w:gridCol w:w="10944"/>
      </w:tblGrid>
      <w:tr w:rsidR="006C782F" w:rsidRPr="008E6085" w14:paraId="1BEC6854"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14:paraId="481655F5"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   CATEGORIILE DE LUCRĂRI APLICABILE OBIECTIVULUI/OBIECTULUI DE INVESTIȚII</w:t>
            </w:r>
            <w:r w:rsidRPr="008E6085">
              <w:rPr>
                <w:rFonts w:ascii="Times New Roman" w:hAnsi="Times New Roman"/>
                <w:b/>
                <w:sz w:val="18"/>
                <w:szCs w:val="24"/>
              </w:rPr>
              <w:br/>
              <w:t>(se bifeaza toate cele aplicabile)</w:t>
            </w:r>
          </w:p>
        </w:tc>
      </w:tr>
      <w:tr w:rsidR="006C782F" w:rsidRPr="008E6085" w14:paraId="45BFDF5A"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76B2D90" w14:textId="77777777" w:rsidR="006C782F" w:rsidRPr="008E6085" w:rsidRDefault="003815A3">
            <w:pPr>
              <w:spacing w:after="10" w:line="240" w:lineRule="auto"/>
              <w:rPr>
                <w:sz w:val="24"/>
                <w:szCs w:val="24"/>
              </w:rPr>
            </w:pPr>
            <w:r w:rsidRPr="008E6085">
              <w:rPr>
                <w:rFonts w:ascii="Times New Roman" w:hAnsi="Times New Roman"/>
                <w:b/>
                <w:sz w:val="18"/>
                <w:szCs w:val="24"/>
              </w:rPr>
              <w:t>A · Lucrări de construcții noi, inclusiv instalațiile aferente acestora, realizate :</w:t>
            </w:r>
          </w:p>
        </w:tc>
      </w:tr>
      <w:tr w:rsidR="006C782F" w:rsidRPr="008E6085" w14:paraId="2B60502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CE86B11" w14:textId="77777777" w:rsidR="006C782F" w:rsidRPr="008E6085" w:rsidRDefault="003815A3">
            <w:pPr>
              <w:spacing w:after="10" w:line="240" w:lineRule="auto"/>
              <w:rPr>
                <w:sz w:val="24"/>
                <w:szCs w:val="24"/>
              </w:rPr>
            </w:pPr>
            <w:r w:rsidRPr="008E6085">
              <w:rPr>
                <w:rFonts w:ascii="Times New Roman" w:hAnsi="Times New Roman"/>
                <w:sz w:val="16"/>
                <w:szCs w:val="24"/>
              </w:rPr>
              <w:t>☐ în afara zonelor de protecție a monumentelor istorice     ☐ în zona de protecție a monumentelor istorice     ☐ în afara zonelor construite protejate     ☐ în zone construite protejate</w:t>
            </w:r>
          </w:p>
        </w:tc>
      </w:tr>
      <w:tr w:rsidR="006C782F" w:rsidRPr="008E6085" w14:paraId="385652B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8F0C8DB" w14:textId="77777777" w:rsidR="006C782F" w:rsidRPr="008E6085" w:rsidRDefault="003815A3">
            <w:pPr>
              <w:spacing w:after="10" w:line="240" w:lineRule="auto"/>
              <w:rPr>
                <w:sz w:val="24"/>
                <w:szCs w:val="24"/>
              </w:rPr>
            </w:pPr>
            <w:r w:rsidRPr="008E6085">
              <w:rPr>
                <w:rFonts w:ascii="Times New Roman" w:hAnsi="Times New Roman"/>
                <w:sz w:val="16"/>
                <w:szCs w:val="24"/>
              </w:rPr>
              <w:t>☐ A.1 · clădiri civile — construcții de locuințe:   ☐ individuale   ☐ semicolective   ☐ colective</w:t>
            </w:r>
            <w:r w:rsidRPr="008E6085">
              <w:rPr>
                <w:rFonts w:ascii="Times New Roman" w:hAnsi="Times New Roman"/>
                <w:sz w:val="16"/>
                <w:szCs w:val="24"/>
              </w:rPr>
              <w:br/>
              <w:t>☐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6C782F" w:rsidRPr="008E6085" w14:paraId="23CE9CF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62B062E3" w14:textId="77777777" w:rsidR="006C782F" w:rsidRPr="008E6085" w:rsidRDefault="003815A3">
            <w:pPr>
              <w:spacing w:after="10" w:line="240" w:lineRule="auto"/>
              <w:rPr>
                <w:sz w:val="24"/>
                <w:szCs w:val="24"/>
              </w:rPr>
            </w:pPr>
            <w:r w:rsidRPr="008E6085">
              <w:rPr>
                <w:rFonts w:ascii="Times New Roman" w:hAnsi="Times New Roman"/>
                <w:sz w:val="16"/>
                <w:szCs w:val="24"/>
              </w:rPr>
              <w:t>☐ A.2 · clădiri industriale:   ☐ pentru producție   ☐ pentru depozitare</w:t>
            </w:r>
          </w:p>
        </w:tc>
      </w:tr>
      <w:tr w:rsidR="006C782F" w:rsidRPr="008E6085" w14:paraId="4E74DCA6"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867BAC4" w14:textId="77777777" w:rsidR="006C782F" w:rsidRPr="008E6085" w:rsidRDefault="003815A3">
            <w:pPr>
              <w:spacing w:after="10" w:line="240" w:lineRule="auto"/>
              <w:rPr>
                <w:sz w:val="24"/>
                <w:szCs w:val="24"/>
              </w:rPr>
            </w:pPr>
            <w:r w:rsidRPr="008E6085">
              <w:rPr>
                <w:rFonts w:ascii="Times New Roman" w:hAnsi="Times New Roman"/>
                <w:sz w:val="16"/>
                <w:szCs w:val="24"/>
              </w:rPr>
              <w:t>☐ A.3 · clădiri agricole :   ☐ pentru producție   ☐ pentru depozitare</w:t>
            </w:r>
          </w:p>
        </w:tc>
      </w:tr>
      <w:tr w:rsidR="006C782F" w:rsidRPr="008E6085" w14:paraId="18474BD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7441B846" w14:textId="77777777" w:rsidR="006C782F" w:rsidRPr="008E6085" w:rsidRDefault="003815A3">
            <w:pPr>
              <w:spacing w:after="10" w:line="240" w:lineRule="auto"/>
              <w:rPr>
                <w:sz w:val="24"/>
                <w:szCs w:val="24"/>
              </w:rPr>
            </w:pPr>
            <w:r w:rsidRPr="008E6085">
              <w:rPr>
                <w:rFonts w:ascii="Times New Roman" w:hAnsi="Times New Roman"/>
                <w:sz w:val="16"/>
                <w:szCs w:val="24"/>
              </w:rPr>
              <w:t>☐ A.4 · clădiri / construcții cu caracter special</w:t>
            </w:r>
          </w:p>
        </w:tc>
      </w:tr>
      <w:tr w:rsidR="006C782F" w:rsidRPr="008E6085" w14:paraId="2FE53365"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14:paraId="02346A78" w14:textId="77777777" w:rsidR="006C782F" w:rsidRPr="008E6085" w:rsidRDefault="003815A3">
            <w:pPr>
              <w:spacing w:after="10" w:line="240" w:lineRule="auto"/>
              <w:rPr>
                <w:sz w:val="24"/>
                <w:szCs w:val="24"/>
              </w:rPr>
            </w:pPr>
            <w:r w:rsidRPr="008E6085">
              <w:rPr>
                <w:rFonts w:ascii="Times New Roman" w:hAnsi="Times New Roman"/>
                <w:b/>
                <w:sz w:val="18"/>
                <w:szCs w:val="24"/>
              </w:rPr>
              <w:t>B · Lucrări de intervenții asupra construcțiilor existente :</w:t>
            </w:r>
          </w:p>
        </w:tc>
      </w:tr>
      <w:tr w:rsidR="006C782F" w:rsidRPr="008E6085" w14:paraId="76F7479E"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6F16D35" w14:textId="77777777" w:rsidR="006C782F" w:rsidRPr="008E6085" w:rsidRDefault="003815A3">
            <w:pPr>
              <w:spacing w:after="10" w:line="240" w:lineRule="auto"/>
              <w:rPr>
                <w:sz w:val="24"/>
                <w:szCs w:val="24"/>
              </w:rPr>
            </w:pPr>
            <w:r w:rsidRPr="008E6085">
              <w:rPr>
                <w:rFonts w:ascii="Times New Roman" w:hAnsi="Times New Roman"/>
                <w:sz w:val="16"/>
                <w:szCs w:val="24"/>
              </w:rPr>
              <w:t>☐ reparații capitale   ☐ intervenție în primă urgență   ☐ extindere a amprentei la sol și a volumului   ☐ supraetajare</w:t>
            </w:r>
            <w:r w:rsidRPr="008E6085">
              <w:rPr>
                <w:rFonts w:ascii="Times New Roman" w:hAnsi="Times New Roman"/>
                <w:sz w:val="16"/>
                <w:szCs w:val="24"/>
              </w:rPr>
              <w:br/>
              <w:t>☐ refuncționalizare / schimbare de destinație   ☐ consolidare   ☐ modernizare, reabilitare   ☐ strămutare   ☐ reconstruire</w:t>
            </w:r>
            <w:r w:rsidRPr="008E6085">
              <w:rPr>
                <w:rFonts w:ascii="Times New Roman" w:hAnsi="Times New Roman"/>
                <w:sz w:val="16"/>
                <w:szCs w:val="24"/>
              </w:rPr>
              <w:br/>
              <w:t>☐ conservare și restaurare   ☐ remodelare exterioară   ☐ mansardare   ☐ remodelare interioară</w:t>
            </w:r>
            <w:r w:rsidRPr="008E6085">
              <w:rPr>
                <w:rFonts w:ascii="Times New Roman" w:hAnsi="Times New Roman"/>
                <w:sz w:val="16"/>
                <w:szCs w:val="24"/>
              </w:rPr>
              <w:br/>
              <w:t>☐ desființare sau demontare parțială sau totală   ☐ desființare sau demontare totală   ☐ conservare la întreruperea temporară a execuției</w:t>
            </w:r>
          </w:p>
        </w:tc>
      </w:tr>
      <w:tr w:rsidR="006C782F" w:rsidRPr="008E6085" w14:paraId="585AAD6A"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07836F8A" w14:textId="77777777" w:rsidR="006C782F" w:rsidRPr="008E6085" w:rsidRDefault="003815A3">
            <w:pPr>
              <w:spacing w:after="10" w:line="240" w:lineRule="auto"/>
              <w:rPr>
                <w:sz w:val="24"/>
                <w:szCs w:val="24"/>
              </w:rPr>
            </w:pPr>
            <w:r w:rsidRPr="008E6085">
              <w:rPr>
                <w:rFonts w:ascii="Times New Roman" w:hAnsi="Times New Roman"/>
                <w:b/>
                <w:sz w:val="16"/>
                <w:szCs w:val="24"/>
              </w:rPr>
              <w:t>☐ B.1 · realizate la alte construcții decât cele de la B.2 și B.3:</w:t>
            </w:r>
          </w:p>
        </w:tc>
      </w:tr>
      <w:tr w:rsidR="006C782F" w:rsidRPr="008E6085" w14:paraId="1E5FD1DB"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9BBA2C3" w14:textId="77777777" w:rsidR="006C782F" w:rsidRPr="008E6085" w:rsidRDefault="003815A3">
            <w:pPr>
              <w:spacing w:after="10" w:line="240" w:lineRule="auto"/>
              <w:rPr>
                <w:sz w:val="24"/>
                <w:szCs w:val="24"/>
              </w:rPr>
            </w:pPr>
            <w:r w:rsidRPr="008E6085">
              <w:rPr>
                <w:rFonts w:ascii="Times New Roman" w:hAnsi="Times New Roman"/>
                <w:sz w:val="16"/>
                <w:szCs w:val="24"/>
              </w:rPr>
              <w:t>☐ B.2 · realizate la:</w:t>
            </w:r>
            <w:r w:rsidRPr="008E6085">
              <w:rPr>
                <w:rFonts w:ascii="Times New Roman" w:hAnsi="Times New Roman"/>
                <w:sz w:val="16"/>
                <w:szCs w:val="24"/>
              </w:rPr>
              <w:br/>
              <w:t>☐ construcții monument istoric (Legea nr. 422/2001), inclusiv anexele din același imobil</w:t>
            </w:r>
            <w:r w:rsidRPr="008E6085">
              <w:rPr>
                <w:rFonts w:ascii="Times New Roman" w:hAnsi="Times New Roman"/>
                <w:sz w:val="16"/>
                <w:szCs w:val="24"/>
              </w:rPr>
              <w:br/>
              <w:t>☐ construcții în zona de protecție a monumentelor istorice</w:t>
            </w:r>
            <w:r w:rsidRPr="008E6085">
              <w:rPr>
                <w:rFonts w:ascii="Times New Roman" w:hAnsi="Times New Roman"/>
                <w:sz w:val="16"/>
                <w:szCs w:val="24"/>
              </w:rPr>
              <w:br/>
              <w:t>☐ construcții în zone construite protejate</w:t>
            </w:r>
            <w:r w:rsidRPr="008E6085">
              <w:rPr>
                <w:rFonts w:ascii="Times New Roman" w:hAnsi="Times New Roman"/>
                <w:sz w:val="16"/>
                <w:szCs w:val="24"/>
              </w:rPr>
              <w:br/>
              <w:t>☐ construcții cu valoare arhitecturală sau istorică deosebită, stabilite prin documentații de urbanism aprobate</w:t>
            </w:r>
          </w:p>
        </w:tc>
      </w:tr>
      <w:tr w:rsidR="006C782F" w:rsidRPr="008E6085" w14:paraId="463BC2A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D028F2E" w14:textId="77777777" w:rsidR="006C782F" w:rsidRPr="008E6085" w:rsidRDefault="003815A3">
            <w:pPr>
              <w:spacing w:after="10" w:line="240" w:lineRule="auto"/>
              <w:rPr>
                <w:sz w:val="24"/>
                <w:szCs w:val="24"/>
              </w:rPr>
            </w:pPr>
            <w:r w:rsidRPr="008E6085">
              <w:rPr>
                <w:rFonts w:ascii="Times New Roman" w:hAnsi="Times New Roman"/>
                <w:sz w:val="16"/>
                <w:szCs w:val="24"/>
              </w:rPr>
              <w:t>☐ B.3 · realizate la clădiri / construcții cu caracter special, care :</w:t>
            </w:r>
            <w:r w:rsidRPr="008E6085">
              <w:rPr>
                <w:rFonts w:ascii="Times New Roman" w:hAnsi="Times New Roman"/>
                <w:sz w:val="16"/>
                <w:szCs w:val="24"/>
              </w:rPr>
              <w:br/>
              <w:t>☐ nu se încadrează în categoriile de la B.2</w:t>
            </w:r>
            <w:r w:rsidRPr="008E6085">
              <w:rPr>
                <w:rFonts w:ascii="Times New Roman" w:hAnsi="Times New Roman"/>
                <w:sz w:val="16"/>
                <w:szCs w:val="24"/>
              </w:rPr>
              <w:br/>
              <w:t>☐ se încadrează în categoriile de la B.2</w:t>
            </w:r>
          </w:p>
        </w:tc>
      </w:tr>
      <w:tr w:rsidR="006C782F" w:rsidRPr="008E6085" w14:paraId="7CB15CA6"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14:paraId="7DA6A268" w14:textId="77777777" w:rsidR="006C782F" w:rsidRPr="008E6085" w:rsidRDefault="003815A3">
            <w:pPr>
              <w:spacing w:after="10" w:line="240" w:lineRule="auto"/>
              <w:rPr>
                <w:sz w:val="24"/>
                <w:szCs w:val="24"/>
              </w:rPr>
            </w:pPr>
            <w:r w:rsidRPr="008E6085">
              <w:rPr>
                <w:rFonts w:ascii="Times New Roman" w:hAnsi="Times New Roman"/>
                <w:b/>
                <w:sz w:val="18"/>
                <w:szCs w:val="24"/>
              </w:rPr>
              <w:t>C · Amenajări</w:t>
            </w:r>
          </w:p>
        </w:tc>
      </w:tr>
      <w:tr w:rsidR="006C782F" w:rsidRPr="008E6085" w14:paraId="12E2ADE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B3C49A9" w14:textId="77777777" w:rsidR="006C782F" w:rsidRPr="008E6085" w:rsidRDefault="003815A3">
            <w:pPr>
              <w:spacing w:after="10" w:line="240" w:lineRule="auto"/>
              <w:rPr>
                <w:sz w:val="24"/>
                <w:szCs w:val="24"/>
              </w:rPr>
            </w:pPr>
            <w:r w:rsidRPr="008E6085">
              <w:rPr>
                <w:rFonts w:ascii="Times New Roman" w:hAnsi="Times New Roman"/>
                <w:sz w:val="16"/>
                <w:szCs w:val="24"/>
              </w:rPr>
              <w:t>☐ C.1 · amenajări civile</w:t>
            </w:r>
            <w:r w:rsidRPr="008E6085">
              <w:rPr>
                <w:rFonts w:ascii="Times New Roman" w:hAnsi="Times New Roman"/>
                <w:sz w:val="16"/>
                <w:szCs w:val="24"/>
              </w:rPr>
              <w:br/>
              <w:t>☐ C.2 · amenajări și îmbunătățiri funciare</w:t>
            </w:r>
            <w:r w:rsidRPr="008E6085">
              <w:rPr>
                <w:rFonts w:ascii="Times New Roman" w:hAnsi="Times New Roman"/>
                <w:sz w:val="16"/>
                <w:szCs w:val="24"/>
              </w:rPr>
              <w:br/>
              <w:t>☐ C.3 · construcții provizorii / cu caracter temporar</w:t>
            </w:r>
            <w:r w:rsidRPr="008E6085">
              <w:rPr>
                <w:rFonts w:ascii="Times New Roman" w:hAnsi="Times New Roman"/>
                <w:sz w:val="16"/>
                <w:szCs w:val="24"/>
              </w:rPr>
              <w:br/>
              <w:t>☐ C.4 · cercetarea / prospectarea terenurilor, foraje, excavări, studii topografice, geologice, geotehnice, geofizice, hidrologice</w:t>
            </w:r>
            <w:r w:rsidRPr="008E6085">
              <w:rPr>
                <w:rFonts w:ascii="Times New Roman" w:hAnsi="Times New Roman"/>
                <w:sz w:val="16"/>
                <w:szCs w:val="24"/>
              </w:rPr>
              <w:br/>
              <w:t>☐ C.5 · cercetări pentru zăcăminte naturale</w:t>
            </w:r>
            <w:r w:rsidRPr="008E6085">
              <w:rPr>
                <w:rFonts w:ascii="Times New Roman" w:hAnsi="Times New Roman"/>
                <w:sz w:val="16"/>
                <w:szCs w:val="24"/>
              </w:rPr>
              <w:br/>
              <w:t>☐ C.6 · spații verzi, plantate</w:t>
            </w:r>
            <w:r w:rsidRPr="008E6085">
              <w:rPr>
                <w:rFonts w:ascii="Times New Roman" w:hAnsi="Times New Roman"/>
                <w:sz w:val="16"/>
                <w:szCs w:val="24"/>
              </w:rPr>
              <w:br/>
              <w:t>☐ C.7 · spații publice</w:t>
            </w:r>
            <w:r w:rsidRPr="008E6085">
              <w:rPr>
                <w:rFonts w:ascii="Times New Roman" w:hAnsi="Times New Roman"/>
                <w:sz w:val="16"/>
                <w:szCs w:val="24"/>
              </w:rPr>
              <w:br/>
              <w:t>☐ C.8 · organizare de șantier</w:t>
            </w:r>
          </w:p>
        </w:tc>
      </w:tr>
      <w:tr w:rsidR="006C782F" w:rsidRPr="008E6085" w14:paraId="3238CC53"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F4F4F4"/>
            <w:tcMar>
              <w:top w:w="8" w:type="dxa"/>
              <w:left w:w="35" w:type="dxa"/>
              <w:bottom w:w="8" w:type="dxa"/>
              <w:right w:w="35" w:type="dxa"/>
            </w:tcMar>
          </w:tcPr>
          <w:p w14:paraId="1D35C0F9" w14:textId="77777777" w:rsidR="006C782F" w:rsidRPr="008E6085" w:rsidRDefault="003815A3">
            <w:pPr>
              <w:spacing w:after="10" w:line="240" w:lineRule="auto"/>
              <w:rPr>
                <w:sz w:val="24"/>
                <w:szCs w:val="24"/>
              </w:rPr>
            </w:pPr>
            <w:r w:rsidRPr="008E6085">
              <w:rPr>
                <w:rFonts w:ascii="Times New Roman" w:hAnsi="Times New Roman"/>
                <w:b/>
                <w:sz w:val="18"/>
                <w:szCs w:val="24"/>
              </w:rPr>
              <w:t>D · Lucrări inginerești, inclusiv intervenții la astfel de construcții</w:t>
            </w:r>
          </w:p>
        </w:tc>
      </w:tr>
      <w:tr w:rsidR="006C782F" w:rsidRPr="008E6085" w14:paraId="462D2A48"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8036B03" w14:textId="77777777" w:rsidR="006C782F" w:rsidRPr="008E6085" w:rsidRDefault="003815A3">
            <w:pPr>
              <w:spacing w:after="10" w:line="240" w:lineRule="auto"/>
              <w:rPr>
                <w:sz w:val="24"/>
                <w:szCs w:val="24"/>
              </w:rPr>
            </w:pPr>
            <w:r w:rsidRPr="008E6085">
              <w:rPr>
                <w:rFonts w:ascii="Times New Roman" w:hAnsi="Times New Roman"/>
                <w:sz w:val="16"/>
                <w:szCs w:val="24"/>
              </w:rPr>
              <w:t>☐ D.1 · infrastructura de transport, alta decât cea de interes național</w:t>
            </w:r>
            <w:r w:rsidRPr="008E6085">
              <w:rPr>
                <w:rFonts w:ascii="Times New Roman" w:hAnsi="Times New Roman"/>
                <w:sz w:val="16"/>
                <w:szCs w:val="24"/>
              </w:rPr>
              <w:br/>
              <w:t>☐ D.2 · infrastructură în domeniul energiei</w:t>
            </w:r>
            <w:r w:rsidRPr="008E6085">
              <w:rPr>
                <w:rFonts w:ascii="Times New Roman" w:hAnsi="Times New Roman"/>
                <w:sz w:val="16"/>
                <w:szCs w:val="24"/>
              </w:rPr>
              <w:br/>
              <w:t>☐ D.3 · rețele de comunicații electronice și infrastructurile fizice aferente</w:t>
            </w:r>
            <w:r w:rsidRPr="008E6085">
              <w:rPr>
                <w:rFonts w:ascii="Times New Roman" w:hAnsi="Times New Roman"/>
                <w:sz w:val="16"/>
                <w:szCs w:val="24"/>
              </w:rPr>
              <w:br/>
              <w:t>☐ D.4 · gospodărirea apelor</w:t>
            </w:r>
            <w:r w:rsidRPr="008E6085">
              <w:rPr>
                <w:rFonts w:ascii="Times New Roman" w:hAnsi="Times New Roman"/>
                <w:sz w:val="16"/>
                <w:szCs w:val="24"/>
              </w:rPr>
              <w:br/>
              <w:t>☐ D.5 · hidrotehnice</w:t>
            </w:r>
            <w:r w:rsidRPr="008E6085">
              <w:rPr>
                <w:rFonts w:ascii="Times New Roman" w:hAnsi="Times New Roman"/>
                <w:sz w:val="16"/>
                <w:szCs w:val="24"/>
              </w:rPr>
              <w:br/>
              <w:t>☐ D.6 · miniere</w:t>
            </w:r>
            <w:r w:rsidRPr="008E6085">
              <w:rPr>
                <w:rFonts w:ascii="Times New Roman" w:hAnsi="Times New Roman"/>
                <w:sz w:val="16"/>
                <w:szCs w:val="24"/>
              </w:rPr>
              <w:br/>
              <w:t>☐ D.7 · alte lucrări inginerești necesare unor obiective de interes public</w:t>
            </w:r>
          </w:p>
        </w:tc>
      </w:tr>
    </w:tbl>
    <w:p w14:paraId="4DBBDDFA" w14:textId="77777777" w:rsidR="006C782F" w:rsidRPr="008E6085" w:rsidRDefault="003815A3">
      <w:pPr>
        <w:spacing w:before="60" w:after="40" w:line="240" w:lineRule="auto"/>
        <w:rPr>
          <w:sz w:val="24"/>
          <w:szCs w:val="24"/>
        </w:rPr>
      </w:pPr>
      <w:r w:rsidRPr="008E6085">
        <w:rPr>
          <w:rFonts w:ascii="Times New Roman" w:hAnsi="Times New Roman"/>
          <w:sz w:val="18"/>
          <w:szCs w:val="24"/>
          <w:u w:val="single"/>
        </w:rPr>
        <w:t>Punctele 2-9 se completeaza în cazul cladirilor si al intervențiilor asupra clădirilor existente, iar în cazul amenajărilor /lucrărilor inginerești, doar dacă acestea cuprind și clădiri</w:t>
      </w:r>
    </w:p>
    <w:tbl>
      <w:tblPr>
        <w:tblW w:w="0" w:type="auto"/>
        <w:jc w:val="center"/>
        <w:tblLayout w:type="fixed"/>
        <w:tblLook w:val="04A0" w:firstRow="1" w:lastRow="0" w:firstColumn="1" w:lastColumn="0" w:noHBand="0" w:noVBand="1"/>
      </w:tblPr>
      <w:tblGrid>
        <w:gridCol w:w="2736"/>
        <w:gridCol w:w="2736"/>
        <w:gridCol w:w="2736"/>
        <w:gridCol w:w="2736"/>
      </w:tblGrid>
      <w:tr w:rsidR="006C782F" w:rsidRPr="008E6085" w14:paraId="13FC22CA"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8" w:type="dxa"/>
              <w:left w:w="35" w:type="dxa"/>
              <w:bottom w:w="8" w:type="dxa"/>
              <w:right w:w="35" w:type="dxa"/>
            </w:tcMar>
          </w:tcPr>
          <w:p w14:paraId="3B3FA726" w14:textId="77777777" w:rsidR="006C782F" w:rsidRPr="008E6085" w:rsidRDefault="003815A3">
            <w:pPr>
              <w:spacing w:before="10" w:after="10" w:line="240" w:lineRule="auto"/>
              <w:rPr>
                <w:sz w:val="24"/>
                <w:szCs w:val="24"/>
              </w:rPr>
            </w:pPr>
            <w:r w:rsidRPr="008E6085">
              <w:rPr>
                <w:rFonts w:ascii="Times New Roman" w:hAnsi="Times New Roman"/>
                <w:b/>
                <w:sz w:val="18"/>
                <w:szCs w:val="24"/>
              </w:rPr>
              <w:t>2. DATELE CARACTERISTICE ALE AMPLASAMENTULUI</w:t>
            </w:r>
          </w:p>
        </w:tc>
      </w:tr>
      <w:tr w:rsidR="006C782F" w:rsidRPr="008E6085" w14:paraId="20CB2F18"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4ACF6BE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Suprafața terenului (m²)</w:t>
            </w:r>
          </w:p>
        </w:tc>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26AA86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Terenul este</w:t>
            </w:r>
            <w:r w:rsidRPr="008E6085">
              <w:rPr>
                <w:rFonts w:ascii="Times New Roman" w:hAnsi="Times New Roman"/>
                <w:b/>
                <w:color w:val="004682"/>
                <w:sz w:val="18"/>
                <w:szCs w:val="24"/>
              </w:rPr>
              <w:br/>
              <w:t>☐ liber de construcții    ☐ nu este liber de construcții</w:t>
            </w:r>
          </w:p>
        </w:tc>
      </w:tr>
      <w:tr w:rsidR="006C782F" w:rsidRPr="008E6085" w14:paraId="0318856F"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DDA5D9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Acces carosabil din strada</w:t>
            </w:r>
          </w:p>
        </w:tc>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D46758E" w14:textId="77777777" w:rsidR="006C782F" w:rsidRPr="008E6085" w:rsidRDefault="003815A3">
            <w:pPr>
              <w:spacing w:after="10" w:line="240" w:lineRule="auto"/>
              <w:rPr>
                <w:sz w:val="24"/>
                <w:szCs w:val="24"/>
              </w:rPr>
            </w:pPr>
            <w:r w:rsidRPr="008E6085">
              <w:rPr>
                <w:rFonts w:ascii="Times New Roman" w:hAnsi="Times New Roman"/>
                <w:sz w:val="18"/>
                <w:szCs w:val="24"/>
              </w:rPr>
              <w:t>☐ direct     ☐ prin drum privat</w:t>
            </w:r>
          </w:p>
        </w:tc>
      </w:tr>
      <w:tr w:rsidR="006C782F" w:rsidRPr="008E6085" w14:paraId="0FF779C6"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EC39351" w14:textId="77777777" w:rsidR="006C782F" w:rsidRPr="008E6085" w:rsidRDefault="003815A3">
            <w:pPr>
              <w:spacing w:after="10" w:line="240" w:lineRule="auto"/>
              <w:rPr>
                <w:sz w:val="24"/>
                <w:szCs w:val="24"/>
              </w:rPr>
            </w:pPr>
            <w:r w:rsidRPr="008E6085">
              <w:rPr>
                <w:rFonts w:ascii="Times New Roman" w:hAnsi="Times New Roman"/>
                <w:sz w:val="18"/>
                <w:szCs w:val="24"/>
              </w:rPr>
              <w:t>☐ terenul se află în zona de protecție a monumentelor istorice     ☐ terenul se află în zone construite protejate</w:t>
            </w:r>
          </w:p>
        </w:tc>
      </w:tr>
      <w:tr w:rsidR="006C782F" w:rsidRPr="008E6085" w14:paraId="4B37A92E"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4076843" w14:textId="7138B64B" w:rsidR="006C782F" w:rsidRPr="008E6085" w:rsidRDefault="003815A3">
            <w:pPr>
              <w:spacing w:after="0" w:line="240" w:lineRule="auto"/>
              <w:rPr>
                <w:sz w:val="24"/>
                <w:szCs w:val="24"/>
              </w:rPr>
            </w:pPr>
            <w:r w:rsidRPr="008E6085">
              <w:rPr>
                <w:rFonts w:ascii="Times New Roman" w:hAnsi="Times New Roman"/>
                <w:b/>
                <w:color w:val="004682"/>
                <w:sz w:val="18"/>
                <w:szCs w:val="24"/>
              </w:rPr>
              <w:t>Servituți</w:t>
            </w:r>
            <w:r w:rsidRPr="008E6085">
              <w:rPr>
                <w:rFonts w:ascii="Times New Roman" w:hAnsi="Times New Roman"/>
                <w:b/>
                <w:color w:val="004682"/>
                <w:sz w:val="18"/>
                <w:szCs w:val="24"/>
              </w:rPr>
              <w:br/>
            </w:r>
          </w:p>
        </w:tc>
      </w:tr>
      <w:tr w:rsidR="006C782F" w:rsidRPr="008E6085" w14:paraId="47A1AF55"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3162378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Tip amplasare</w:t>
            </w:r>
            <w:r w:rsidRPr="008E6085">
              <w:rPr>
                <w:rFonts w:ascii="Times New Roman" w:hAnsi="Times New Roman"/>
                <w:b/>
                <w:color w:val="004682"/>
                <w:sz w:val="18"/>
                <w:szCs w:val="24"/>
              </w:rPr>
              <w:br/>
            </w:r>
            <w:r w:rsidRPr="008E6085">
              <w:rPr>
                <w:rFonts w:ascii="Times New Roman" w:hAnsi="Times New Roman"/>
                <w:i/>
                <w:color w:val="787878"/>
                <w:sz w:val="16"/>
                <w:szCs w:val="24"/>
              </w:rPr>
              <w:t>izolat · cuplat · înșiruit</w:t>
            </w:r>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1FFA275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Tipologie / morfologie urbană</w:t>
            </w:r>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AC5006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Front construit</w:t>
            </w:r>
          </w:p>
        </w:tc>
        <w:tc>
          <w:tcPr>
            <w:tcW w:w="2736" w:type="dxa"/>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2ACBB7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Curte interioară</w:t>
            </w:r>
          </w:p>
        </w:tc>
      </w:tr>
      <w:tr w:rsidR="006C782F" w:rsidRPr="008E6085" w14:paraId="6E307A41"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0D03290" w14:textId="77777777" w:rsidR="006C782F" w:rsidRPr="008E6085" w:rsidRDefault="003815A3">
            <w:pPr>
              <w:spacing w:after="10" w:line="240" w:lineRule="auto"/>
              <w:rPr>
                <w:sz w:val="24"/>
                <w:szCs w:val="24"/>
              </w:rPr>
            </w:pPr>
            <w:r w:rsidRPr="008E6085">
              <w:rPr>
                <w:rFonts w:ascii="Times New Roman" w:hAnsi="Times New Roman"/>
                <w:i/>
                <w:sz w:val="16"/>
                <w:szCs w:val="24"/>
              </w:rPr>
              <w:t>Amplasarea clădirilor pe teren, după realizarea lucrărilor — retragerile minime</w:t>
            </w:r>
            <w:r w:rsidRPr="008E6085">
              <w:rPr>
                <w:rFonts w:ascii="Times New Roman" w:hAnsi="Times New Roman"/>
                <w:i/>
                <w:sz w:val="16"/>
                <w:szCs w:val="24"/>
              </w:rPr>
              <w:br/>
            </w:r>
            <w:r w:rsidRPr="008E6085">
              <w:rPr>
                <w:rFonts w:ascii="Times New Roman" w:hAnsi="Times New Roman"/>
                <w:b/>
                <w:color w:val="004682"/>
                <w:sz w:val="16"/>
                <w:szCs w:val="24"/>
              </w:rPr>
              <w:t>față de aliniament (m)          față de limita lateral-dreapta (m)          față de limita lateral-stânga (m)          față de limita posterioară (m)</w:t>
            </w:r>
          </w:p>
        </w:tc>
      </w:tr>
      <w:tr w:rsidR="006C782F" w:rsidRPr="008E6085" w14:paraId="0C358B55"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54CEF57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Procent de ocupare a terenului (%)</w:t>
            </w:r>
            <w:r w:rsidRPr="008E6085">
              <w:rPr>
                <w:rFonts w:ascii="Times New Roman" w:hAnsi="Times New Roman"/>
                <w:b/>
                <w:color w:val="004682"/>
                <w:sz w:val="18"/>
                <w:szCs w:val="24"/>
              </w:rPr>
              <w:br/>
              <w:t>Existent:                        Propus:</w:t>
            </w:r>
          </w:p>
        </w:tc>
        <w:tc>
          <w:tcPr>
            <w:tcW w:w="5472" w:type="dxa"/>
            <w:gridSpan w:val="2"/>
            <w:tcBorders>
              <w:top w:val="single" w:sz="4" w:space="0" w:color="808080"/>
              <w:left w:val="single" w:sz="4" w:space="0" w:color="808080"/>
              <w:bottom w:val="single" w:sz="4" w:space="0" w:color="808080"/>
              <w:right w:val="single" w:sz="4" w:space="0" w:color="808080"/>
            </w:tcBorders>
            <w:tcMar>
              <w:top w:w="8" w:type="dxa"/>
              <w:left w:w="35" w:type="dxa"/>
              <w:bottom w:w="8" w:type="dxa"/>
              <w:right w:w="35" w:type="dxa"/>
            </w:tcMar>
          </w:tcPr>
          <w:p w14:paraId="22AAC43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Coeficient de utilizare a terenului</w:t>
            </w:r>
            <w:r w:rsidRPr="008E6085">
              <w:rPr>
                <w:rFonts w:ascii="Times New Roman" w:hAnsi="Times New Roman"/>
                <w:b/>
                <w:color w:val="004682"/>
                <w:sz w:val="18"/>
                <w:szCs w:val="24"/>
              </w:rPr>
              <w:br/>
              <w:t>Existent:                        Propus:</w:t>
            </w:r>
          </w:p>
        </w:tc>
      </w:tr>
    </w:tbl>
    <w:p w14:paraId="7D2EF532" w14:textId="77777777" w:rsidR="006C782F" w:rsidRPr="008E6085" w:rsidRDefault="003815A3">
      <w:pPr>
        <w:rPr>
          <w:sz w:val="24"/>
          <w:szCs w:val="24"/>
        </w:rPr>
      </w:pPr>
      <w:r w:rsidRPr="008E6085">
        <w:rPr>
          <w:sz w:val="24"/>
          <w:szCs w:val="24"/>
        </w:rPr>
        <w:br w:type="page"/>
      </w:r>
    </w:p>
    <w:tbl>
      <w:tblPr>
        <w:tblW w:w="0" w:type="auto"/>
        <w:jc w:val="center"/>
        <w:tblLayout w:type="fixed"/>
        <w:tblLook w:val="04A0" w:firstRow="1" w:lastRow="0" w:firstColumn="1" w:lastColumn="0" w:noHBand="0" w:noVBand="1"/>
      </w:tblPr>
      <w:tblGrid>
        <w:gridCol w:w="2736"/>
        <w:gridCol w:w="2736"/>
        <w:gridCol w:w="2736"/>
        <w:gridCol w:w="2736"/>
      </w:tblGrid>
      <w:tr w:rsidR="006C782F" w:rsidRPr="008E6085" w14:paraId="3BBDEDCC"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0D817DA5" w14:textId="77777777" w:rsidR="006C782F" w:rsidRPr="008E6085" w:rsidRDefault="003815A3">
            <w:pPr>
              <w:spacing w:before="10" w:after="10" w:line="240" w:lineRule="auto"/>
              <w:rPr>
                <w:sz w:val="24"/>
                <w:szCs w:val="24"/>
              </w:rPr>
            </w:pPr>
            <w:r w:rsidRPr="008E6085">
              <w:rPr>
                <w:rFonts w:ascii="Times New Roman" w:hAnsi="Times New Roman"/>
                <w:b/>
                <w:sz w:val="18"/>
                <w:szCs w:val="24"/>
              </w:rPr>
              <w:lastRenderedPageBreak/>
              <w:t>3. SUPRAFEȚE</w:t>
            </w:r>
          </w:p>
        </w:tc>
      </w:tr>
      <w:tr w:rsidR="006C782F" w:rsidRPr="008E6085" w14:paraId="3C157C0B"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0587033" w14:textId="77777777" w:rsidR="006C782F" w:rsidRPr="008E6085" w:rsidRDefault="003815A3">
            <w:pPr>
              <w:spacing w:after="0" w:line="240" w:lineRule="auto"/>
              <w:rPr>
                <w:sz w:val="24"/>
                <w:szCs w:val="24"/>
              </w:rPr>
            </w:pPr>
            <w:r w:rsidRPr="008E6085">
              <w:rPr>
                <w:rFonts w:ascii="Times New Roman" w:hAnsi="Times New Roman"/>
                <w:b/>
                <w:color w:val="000000"/>
                <w:sz w:val="18"/>
                <w:szCs w:val="24"/>
              </w:rPr>
              <w:t>clădiri existente, din care: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BD4F3C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Suprafață construită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398C2F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Suprafață desfășurată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67BF29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Suprafață utilă (m²)</w:t>
            </w:r>
          </w:p>
        </w:tc>
      </w:tr>
      <w:tr w:rsidR="006C782F" w:rsidRPr="008E6085" w14:paraId="72B4654B"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F4483E5" w14:textId="77777777" w:rsidR="006C782F" w:rsidRPr="008E6085" w:rsidRDefault="003815A3">
            <w:pPr>
              <w:spacing w:after="10" w:line="240" w:lineRule="auto"/>
              <w:rPr>
                <w:sz w:val="24"/>
                <w:szCs w:val="24"/>
              </w:rPr>
            </w:pPr>
            <w:r w:rsidRPr="008E6085">
              <w:rPr>
                <w:rFonts w:ascii="Times New Roman" w:hAnsi="Times New Roman"/>
                <w:sz w:val="16"/>
                <w:szCs w:val="24"/>
              </w:rPr>
              <w:t>— desființate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284B020"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7657D7C"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B8BF149" w14:textId="77777777" w:rsidR="006C782F" w:rsidRPr="008E6085" w:rsidRDefault="006C782F">
            <w:pPr>
              <w:rPr>
                <w:sz w:val="24"/>
                <w:szCs w:val="24"/>
              </w:rPr>
            </w:pPr>
          </w:p>
        </w:tc>
      </w:tr>
      <w:tr w:rsidR="006C782F" w:rsidRPr="008E6085" w14:paraId="5F3A2958"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D9EDE1E" w14:textId="77777777" w:rsidR="006C782F" w:rsidRPr="008E6085" w:rsidRDefault="003815A3">
            <w:pPr>
              <w:spacing w:after="10" w:line="240" w:lineRule="auto"/>
              <w:rPr>
                <w:sz w:val="24"/>
                <w:szCs w:val="24"/>
              </w:rPr>
            </w:pPr>
            <w:r w:rsidRPr="008E6085">
              <w:rPr>
                <w:rFonts w:ascii="Times New Roman" w:hAnsi="Times New Roman"/>
                <w:sz w:val="16"/>
                <w:szCs w:val="24"/>
              </w:rPr>
              <w:t>— menținute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2BBDFB8"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C825FE0"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0A4D988" w14:textId="77777777" w:rsidR="006C782F" w:rsidRPr="008E6085" w:rsidRDefault="006C782F">
            <w:pPr>
              <w:rPr>
                <w:sz w:val="24"/>
                <w:szCs w:val="24"/>
              </w:rPr>
            </w:pPr>
          </w:p>
        </w:tc>
      </w:tr>
      <w:tr w:rsidR="006C782F" w:rsidRPr="008E6085" w14:paraId="71AED0FC"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551073C" w14:textId="77777777" w:rsidR="006C782F" w:rsidRPr="008E6085" w:rsidRDefault="003815A3">
            <w:pPr>
              <w:spacing w:after="10" w:line="240" w:lineRule="auto"/>
              <w:rPr>
                <w:sz w:val="24"/>
                <w:szCs w:val="24"/>
              </w:rPr>
            </w:pPr>
            <w:r w:rsidRPr="008E6085">
              <w:rPr>
                <w:rFonts w:ascii="Times New Roman" w:hAnsi="Times New Roman"/>
                <w:sz w:val="16"/>
                <w:szCs w:val="24"/>
              </w:rPr>
              <w:t>clădiri propuse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08F62B7"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37CAB8C2"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71EBFBE" w14:textId="77777777" w:rsidR="006C782F" w:rsidRPr="008E6085" w:rsidRDefault="006C782F">
            <w:pPr>
              <w:rPr>
                <w:sz w:val="24"/>
                <w:szCs w:val="24"/>
              </w:rPr>
            </w:pPr>
          </w:p>
        </w:tc>
      </w:tr>
      <w:tr w:rsidR="006C782F" w:rsidRPr="008E6085" w14:paraId="0D66624F"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A944237" w14:textId="77777777" w:rsidR="006C782F" w:rsidRPr="008E6085" w:rsidRDefault="003815A3">
            <w:pPr>
              <w:spacing w:after="10" w:line="240" w:lineRule="auto"/>
              <w:rPr>
                <w:sz w:val="24"/>
                <w:szCs w:val="24"/>
              </w:rPr>
            </w:pPr>
            <w:r w:rsidRPr="008E6085">
              <w:rPr>
                <w:rFonts w:ascii="Times New Roman" w:hAnsi="Times New Roman"/>
                <w:b/>
                <w:sz w:val="16"/>
                <w:szCs w:val="24"/>
              </w:rPr>
              <w:t>TOTAL (menținute + propuse)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4BD1CC3"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6052414" w14:textId="77777777" w:rsidR="006C782F" w:rsidRPr="008E6085" w:rsidRDefault="006C782F">
            <w:pPr>
              <w:rPr>
                <w:sz w:val="24"/>
                <w:szCs w:val="24"/>
              </w:rPr>
            </w:pP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E45F8CA" w14:textId="77777777" w:rsidR="006C782F" w:rsidRPr="008E6085" w:rsidRDefault="006C782F">
            <w:pPr>
              <w:rPr>
                <w:sz w:val="24"/>
                <w:szCs w:val="24"/>
              </w:rPr>
            </w:pPr>
          </w:p>
        </w:tc>
      </w:tr>
    </w:tbl>
    <w:p w14:paraId="2BD62D2B"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2736"/>
        <w:gridCol w:w="2736"/>
        <w:gridCol w:w="2736"/>
        <w:gridCol w:w="2736"/>
      </w:tblGrid>
      <w:tr w:rsidR="006C782F" w:rsidRPr="008E6085" w14:paraId="6940D015"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528F9480" w14:textId="77777777" w:rsidR="006C782F" w:rsidRPr="008E6085" w:rsidRDefault="003815A3">
            <w:pPr>
              <w:spacing w:before="10" w:after="10" w:line="240" w:lineRule="auto"/>
              <w:rPr>
                <w:sz w:val="24"/>
                <w:szCs w:val="24"/>
              </w:rPr>
            </w:pPr>
            <w:r w:rsidRPr="008E6085">
              <w:rPr>
                <w:rFonts w:ascii="Times New Roman" w:hAnsi="Times New Roman"/>
                <w:b/>
                <w:sz w:val="18"/>
                <w:szCs w:val="24"/>
              </w:rPr>
              <w:t>4. FIȘA CLĂDIRII (se completează câte una pentru fiecare imobil)</w:t>
            </w:r>
          </w:p>
        </w:tc>
      </w:tr>
      <w:tr w:rsidR="006C782F" w:rsidRPr="008E6085" w14:paraId="023AE6B8"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67BB0CF" w14:textId="77777777" w:rsidR="006C782F" w:rsidRPr="008E6085" w:rsidRDefault="003815A3">
            <w:pPr>
              <w:spacing w:after="10" w:line="240" w:lineRule="auto"/>
              <w:rPr>
                <w:sz w:val="24"/>
                <w:szCs w:val="24"/>
              </w:rPr>
            </w:pPr>
            <w:r w:rsidRPr="008E6085">
              <w:rPr>
                <w:rFonts w:ascii="Times New Roman" w:hAnsi="Times New Roman"/>
                <w:b/>
                <w:sz w:val="16"/>
                <w:szCs w:val="24"/>
              </w:rPr>
              <w:t>Identificarea clădirii în registru</w:t>
            </w:r>
          </w:p>
        </w:tc>
      </w:tr>
      <w:tr w:rsidR="006C782F" w:rsidRPr="008E6085" w14:paraId="03F16394"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8B1DB8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NIS</w:t>
            </w:r>
            <w:r w:rsidRPr="008E6085">
              <w:rPr>
                <w:rFonts w:ascii="Times New Roman" w:hAnsi="Times New Roman"/>
                <w:b/>
                <w:color w:val="004682"/>
                <w:sz w:val="18"/>
                <w:szCs w:val="24"/>
              </w:rPr>
              <w:br/>
            </w:r>
            <w:r w:rsidRPr="008E6085">
              <w:rPr>
                <w:rFonts w:ascii="Times New Roman" w:hAnsi="Times New Roman"/>
                <w:i/>
                <w:color w:val="787878"/>
                <w:sz w:val="16"/>
                <w:szCs w:val="24"/>
              </w:rPr>
              <w:t>numărul din Registrul Național al Clădirilor</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A3F130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 cadastral al clădirii</w:t>
            </w:r>
            <w:r w:rsidRPr="008E6085">
              <w:rPr>
                <w:rFonts w:ascii="Times New Roman" w:hAnsi="Times New Roman"/>
                <w:b/>
                <w:color w:val="004682"/>
                <w:sz w:val="18"/>
                <w:szCs w:val="24"/>
              </w:rPr>
              <w:br/>
            </w:r>
            <w:r w:rsidRPr="008E6085">
              <w:rPr>
                <w:rFonts w:ascii="Times New Roman" w:hAnsi="Times New Roman"/>
                <w:i/>
                <w:color w:val="787878"/>
                <w:sz w:val="16"/>
                <w:szCs w:val="24"/>
              </w:rPr>
              <w:t>forma 123456-C1</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0CA97C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Identificator e-Terra (IE)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72CFCF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Nr. carte funciară</w:t>
            </w:r>
          </w:p>
        </w:tc>
      </w:tr>
      <w:tr w:rsidR="006C782F" w:rsidRPr="008E6085" w14:paraId="57DB4B3B"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E85E20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Tipul obiectului</w:t>
            </w:r>
            <w:r w:rsidRPr="008E6085">
              <w:rPr>
                <w:rFonts w:ascii="Times New Roman" w:hAnsi="Times New Roman"/>
                <w:b/>
                <w:color w:val="004682"/>
                <w:sz w:val="18"/>
                <w:szCs w:val="24"/>
              </w:rPr>
              <w:br/>
              <w:t>☐ clădire   ☐ corp de clădire   ☐ unități locative</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13E234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Clădirea este</w:t>
            </w:r>
            <w:r w:rsidRPr="008E6085">
              <w:rPr>
                <w:rFonts w:ascii="Times New Roman" w:hAnsi="Times New Roman"/>
                <w:b/>
                <w:color w:val="004682"/>
                <w:sz w:val="18"/>
                <w:szCs w:val="24"/>
              </w:rPr>
              <w:br/>
              <w:t>☐ existentă     ☐ propusă prin proiect</w:t>
            </w:r>
          </w:p>
        </w:tc>
      </w:tr>
      <w:tr w:rsidR="006C782F" w:rsidRPr="008E6085" w14:paraId="6E8AEB25"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2E1EF6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Denumirea clădirii</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0A900A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Descriere</w:t>
            </w:r>
          </w:p>
        </w:tc>
      </w:tr>
      <w:tr w:rsidR="006C782F" w:rsidRPr="008E6085" w14:paraId="5EAB94F5"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26BDA89" w14:textId="77777777" w:rsidR="006C782F" w:rsidRPr="008E6085" w:rsidRDefault="003815A3">
            <w:pPr>
              <w:spacing w:after="10" w:line="240" w:lineRule="auto"/>
              <w:rPr>
                <w:sz w:val="24"/>
                <w:szCs w:val="24"/>
              </w:rPr>
            </w:pPr>
            <w:r w:rsidRPr="008E6085">
              <w:rPr>
                <w:rFonts w:ascii="Times New Roman" w:hAnsi="Times New Roman"/>
                <w:i/>
                <w:sz w:val="16"/>
                <w:szCs w:val="24"/>
              </w:rPr>
              <w:t>CARACTERISTICI ALE CLĂDIRII</w:t>
            </w:r>
            <w:r w:rsidRPr="008E6085">
              <w:rPr>
                <w:rFonts w:ascii="Times New Roman" w:hAnsi="Times New Roman"/>
                <w:i/>
                <w:sz w:val="16"/>
                <w:szCs w:val="24"/>
              </w:rPr>
              <w:br/>
              <w:t>(În cazul intervențiilor asupra clădirilor existente, pentru fiecare câmp, se vor preciza caracteristicile clădirii existente/respectiv ale celei propuse)</w:t>
            </w:r>
          </w:p>
        </w:tc>
      </w:tr>
      <w:tr w:rsidR="006C782F" w:rsidRPr="008E6085" w14:paraId="78194AC8"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77E570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Destinația / funcțiunea principală</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4DD106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Funcțiuni secundare</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FCAA15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Regim juridic</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B9D999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Zonă fiscală</w:t>
            </w:r>
          </w:p>
        </w:tc>
      </w:tr>
      <w:tr w:rsidR="006C782F" w:rsidRPr="008E6085" w14:paraId="77470505"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D56C53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Anul construirii / Anul ultimei renovări</w:t>
            </w:r>
            <w:r w:rsidRPr="008E6085">
              <w:rPr>
                <w:rFonts w:ascii="Times New Roman" w:hAnsi="Times New Roman"/>
                <w:b/>
                <w:color w:val="004682"/>
                <w:sz w:val="18"/>
                <w:szCs w:val="24"/>
              </w:rPr>
              <w:br/>
            </w:r>
            <w:r w:rsidRPr="008E6085">
              <w:rPr>
                <w:rFonts w:ascii="Times New Roman" w:hAnsi="Times New Roman"/>
                <w:i/>
                <w:color w:val="787878"/>
                <w:sz w:val="16"/>
                <w:szCs w:val="24"/>
              </w:rPr>
              <w:t>la clădirile existente / dacă e cazul</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4D8411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Durata de viață estimată (ani)</w:t>
            </w:r>
          </w:p>
        </w:tc>
      </w:tr>
      <w:tr w:rsidR="006C782F" w:rsidRPr="008E6085" w14:paraId="10569C31"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A988AF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Regim de înălțime</w:t>
            </w:r>
            <w:r w:rsidRPr="008E6085">
              <w:rPr>
                <w:rFonts w:ascii="Times New Roman" w:hAnsi="Times New Roman"/>
                <w:b/>
                <w:color w:val="004682"/>
                <w:sz w:val="18"/>
                <w:szCs w:val="24"/>
              </w:rPr>
              <w:br/>
            </w:r>
            <w:r w:rsidRPr="008E6085">
              <w:rPr>
                <w:rFonts w:ascii="Times New Roman" w:hAnsi="Times New Roman"/>
                <w:i/>
                <w:color w:val="787878"/>
                <w:sz w:val="16"/>
                <w:szCs w:val="24"/>
              </w:rPr>
              <w:t>ex. S+P+2E+M</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917691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Înălțimea la cornișă (m)</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228597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Înălțimea maximă (m)</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0FD4BE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Cota terenului amenajat / natural (m)</w:t>
            </w:r>
          </w:p>
        </w:tc>
      </w:tr>
      <w:tr w:rsidR="006C782F" w:rsidRPr="008E6085" w14:paraId="51522E32"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5B2B62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Suprafața construită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402DDE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Suprafața desfășurată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D07E672"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Suprafața utilă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320831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Volum construit (m³)</w:t>
            </w:r>
          </w:p>
        </w:tc>
      </w:tr>
      <w:tr w:rsidR="006C782F" w:rsidRPr="008E6085" w14:paraId="65E1568B"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8C3256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Sistem structural / Material structural</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17DE5A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Clasa de risc seismic</w:t>
            </w:r>
            <w:r w:rsidRPr="008E6085">
              <w:rPr>
                <w:rFonts w:ascii="Times New Roman" w:hAnsi="Times New Roman"/>
                <w:b/>
                <w:color w:val="004682"/>
                <w:sz w:val="18"/>
                <w:szCs w:val="24"/>
              </w:rPr>
              <w:br/>
            </w:r>
            <w:r w:rsidRPr="008E6085">
              <w:rPr>
                <w:rFonts w:ascii="Times New Roman" w:hAnsi="Times New Roman"/>
                <w:i/>
                <w:color w:val="787878"/>
                <w:sz w:val="16"/>
                <w:szCs w:val="24"/>
              </w:rPr>
              <w:t>Rs I ... Rs IV</w:t>
            </w:r>
          </w:p>
        </w:tc>
      </w:tr>
      <w:tr w:rsidR="006C782F" w:rsidRPr="008E6085" w14:paraId="77E3223C"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0C208E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Acoperiș / învelitoare</w:t>
            </w:r>
            <w:r w:rsidRPr="008E6085">
              <w:rPr>
                <w:rFonts w:ascii="Times New Roman" w:hAnsi="Times New Roman"/>
                <w:b/>
                <w:color w:val="004682"/>
                <w:sz w:val="18"/>
                <w:szCs w:val="24"/>
              </w:rPr>
              <w:br/>
            </w:r>
            <w:r w:rsidRPr="008E6085">
              <w:rPr>
                <w:rFonts w:ascii="Times New Roman" w:hAnsi="Times New Roman"/>
                <w:i/>
                <w:color w:val="787878"/>
                <w:sz w:val="16"/>
                <w:szCs w:val="24"/>
              </w:rPr>
              <w:t>șarpantă sau terasă</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EDB9FA3"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Învelitoare (material / culoare)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A8832B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Finisaj / tâmplărie exterioară</w:t>
            </w:r>
            <w:r w:rsidRPr="008E6085">
              <w:rPr>
                <w:rFonts w:ascii="Times New Roman" w:hAnsi="Times New Roman"/>
                <w:b/>
                <w:color w:val="004682"/>
                <w:sz w:val="18"/>
                <w:szCs w:val="24"/>
              </w:rPr>
              <w:br/>
            </w:r>
            <w:r w:rsidRPr="008E6085">
              <w:rPr>
                <w:rFonts w:ascii="Times New Roman" w:hAnsi="Times New Roman"/>
                <w:i/>
                <w:color w:val="787878"/>
                <w:sz w:val="16"/>
                <w:szCs w:val="24"/>
              </w:rPr>
              <w:t>material, culoare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60F66A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Sistem de încălzire</w:t>
            </w:r>
          </w:p>
        </w:tc>
      </w:tr>
      <w:tr w:rsidR="006C782F" w:rsidRPr="008E6085" w14:paraId="466004C6"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FA54FC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Nivel de stabilitate la incendiu</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3F197F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 maxim utilizatori</w:t>
            </w:r>
            <w:r w:rsidRPr="008E6085">
              <w:rPr>
                <w:rFonts w:ascii="Times New Roman" w:hAnsi="Times New Roman"/>
                <w:b/>
                <w:color w:val="004682"/>
                <w:sz w:val="18"/>
                <w:szCs w:val="24"/>
              </w:rPr>
              <w:br/>
            </w:r>
            <w:r w:rsidRPr="008E6085">
              <w:rPr>
                <w:rFonts w:ascii="Times New Roman" w:hAnsi="Times New Roman"/>
                <w:i/>
                <w:color w:val="787878"/>
                <w:sz w:val="16"/>
                <w:szCs w:val="24"/>
              </w:rPr>
              <w:t>(existent/propus)</w:t>
            </w:r>
          </w:p>
        </w:tc>
      </w:tr>
    </w:tbl>
    <w:p w14:paraId="6CA3E72F"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2736"/>
        <w:gridCol w:w="2736"/>
        <w:gridCol w:w="2736"/>
        <w:gridCol w:w="2736"/>
      </w:tblGrid>
      <w:tr w:rsidR="006C782F" w:rsidRPr="008E6085" w14:paraId="10BE84D1"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66E8EC4F" w14:textId="77777777" w:rsidR="006C782F" w:rsidRPr="008E6085" w:rsidRDefault="003815A3">
            <w:pPr>
              <w:spacing w:before="10" w:after="10" w:line="240" w:lineRule="auto"/>
              <w:rPr>
                <w:sz w:val="24"/>
                <w:szCs w:val="24"/>
              </w:rPr>
            </w:pPr>
            <w:r w:rsidRPr="008E6085">
              <w:rPr>
                <w:rFonts w:ascii="Times New Roman" w:hAnsi="Times New Roman"/>
                <w:b/>
                <w:sz w:val="18"/>
                <w:szCs w:val="24"/>
              </w:rPr>
              <w:t>5. CAPACITĂȚILE FUNCȚIONALE ALE CONSTRUCȚIILOR PROIECTATE</w:t>
            </w:r>
          </w:p>
        </w:tc>
      </w:tr>
      <w:tr w:rsidR="006C782F" w:rsidRPr="008E6085" w14:paraId="4F8DABCD"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7FA11E6" w14:textId="77777777" w:rsidR="006C782F" w:rsidRPr="008E6085" w:rsidRDefault="003815A3">
            <w:pPr>
              <w:spacing w:after="10" w:line="240" w:lineRule="auto"/>
              <w:rPr>
                <w:sz w:val="24"/>
                <w:szCs w:val="24"/>
              </w:rPr>
            </w:pPr>
            <w:r w:rsidRPr="008E6085">
              <w:rPr>
                <w:rFonts w:ascii="Times New Roman" w:hAnsi="Times New Roman"/>
                <w:sz w:val="16"/>
                <w:szCs w:val="24"/>
              </w:rPr>
              <w:t>Construcții de locuințe</w:t>
            </w:r>
            <w:r w:rsidRPr="008E6085">
              <w:rPr>
                <w:rFonts w:ascii="Times New Roman" w:hAnsi="Times New Roman"/>
                <w:sz w:val="16"/>
                <w:szCs w:val="24"/>
              </w:rPr>
              <w:br/>
              <w:t>☐ principale (permanente)   ☐ sezoniere (de vacanță)   ☐ pentru închiriere   ☐ sociale   ☐ de serviciu   ☐ de necesitate   ☐ de intervenție   ☐ de protocol</w:t>
            </w:r>
          </w:p>
        </w:tc>
      </w:tr>
      <w:tr w:rsidR="006C782F" w:rsidRPr="008E6085" w14:paraId="1349E4CA"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904AC12" w14:textId="77777777" w:rsidR="006C782F" w:rsidRPr="008E6085" w:rsidRDefault="003815A3">
            <w:pPr>
              <w:spacing w:after="10" w:line="240" w:lineRule="auto"/>
              <w:rPr>
                <w:sz w:val="24"/>
                <w:szCs w:val="24"/>
              </w:rPr>
            </w:pPr>
            <w:r w:rsidRPr="008E6085">
              <w:rPr>
                <w:rFonts w:ascii="Times New Roman" w:hAnsi="Times New Roman"/>
                <w:b/>
                <w:color w:val="004682"/>
                <w:sz w:val="16"/>
                <w:szCs w:val="24"/>
              </w:rPr>
              <w:t>Număr de apartamente:   cu 1 cameră: ____   2 camere: ____   3 camere: ____   4 camere: ____   5+ camere: ____</w:t>
            </w:r>
          </w:p>
        </w:tc>
      </w:tr>
      <w:tr w:rsidR="006C782F" w:rsidRPr="008E6085" w14:paraId="2BDD43F8"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4DAE058" w14:textId="77777777" w:rsidR="006C782F" w:rsidRPr="008E6085" w:rsidRDefault="003815A3">
            <w:pPr>
              <w:spacing w:after="10" w:line="240" w:lineRule="auto"/>
              <w:rPr>
                <w:sz w:val="24"/>
                <w:szCs w:val="24"/>
              </w:rPr>
            </w:pPr>
            <w:r w:rsidRPr="008E6085">
              <w:rPr>
                <w:rFonts w:ascii="Times New Roman" w:hAnsi="Times New Roman"/>
                <w:b/>
                <w:sz w:val="16"/>
                <w:szCs w:val="24"/>
              </w:rPr>
              <w:t>Construcții pentru instituții publice și servicii</w:t>
            </w:r>
          </w:p>
        </w:tc>
      </w:tr>
      <w:tr w:rsidR="006C782F" w:rsidRPr="008E6085" w14:paraId="3B02F1E4"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2855D2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sănătate — nr. de paturi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3154909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învățământ — nr. săli / locuri / grupe</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43CCE4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cultură — nr. de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BC1205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hoteliere — nr. camere / locuri</w:t>
            </w:r>
          </w:p>
        </w:tc>
      </w:tr>
      <w:tr w:rsidR="006C782F" w:rsidRPr="008E6085" w14:paraId="04217103"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B067F8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culte — nr. de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3577E1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administrative / financiare — nr. pers.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E8D1199"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comerț / servicii / sport — nr. pers.</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4E8DAD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agricole / producție / depozitare</w:t>
            </w:r>
          </w:p>
        </w:tc>
      </w:tr>
      <w:tr w:rsidR="006C782F" w:rsidRPr="008E6085" w14:paraId="1E0B8C92"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1F924F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Alte caracteristici ale capacităților funcționale, necuprinse mai sus</w:t>
            </w:r>
          </w:p>
        </w:tc>
      </w:tr>
    </w:tbl>
    <w:p w14:paraId="3C1C6E0B" w14:textId="77777777" w:rsidR="006C782F" w:rsidRPr="008E6085" w:rsidRDefault="003815A3">
      <w:pPr>
        <w:rPr>
          <w:sz w:val="24"/>
          <w:szCs w:val="24"/>
        </w:rPr>
      </w:pPr>
      <w:r w:rsidRPr="008E6085">
        <w:rPr>
          <w:sz w:val="24"/>
          <w:szCs w:val="24"/>
        </w:rPr>
        <w:br w:type="page"/>
      </w:r>
    </w:p>
    <w:tbl>
      <w:tblPr>
        <w:tblW w:w="0" w:type="auto"/>
        <w:jc w:val="center"/>
        <w:tblLayout w:type="fixed"/>
        <w:tblLook w:val="04A0" w:firstRow="1" w:lastRow="0" w:firstColumn="1" w:lastColumn="0" w:noHBand="0" w:noVBand="1"/>
      </w:tblPr>
      <w:tblGrid>
        <w:gridCol w:w="2736"/>
        <w:gridCol w:w="2736"/>
        <w:gridCol w:w="2736"/>
        <w:gridCol w:w="2736"/>
      </w:tblGrid>
      <w:tr w:rsidR="006C782F" w:rsidRPr="008E6085" w14:paraId="56A2B21F"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29B66DE5" w14:textId="77777777" w:rsidR="006C782F" w:rsidRPr="008E6085" w:rsidRDefault="003815A3">
            <w:pPr>
              <w:spacing w:before="10" w:after="10" w:line="240" w:lineRule="auto"/>
              <w:rPr>
                <w:sz w:val="24"/>
                <w:szCs w:val="24"/>
              </w:rPr>
            </w:pPr>
            <w:r w:rsidRPr="008E6085">
              <w:rPr>
                <w:rFonts w:ascii="Times New Roman" w:hAnsi="Times New Roman"/>
                <w:b/>
                <w:sz w:val="18"/>
                <w:szCs w:val="24"/>
              </w:rPr>
              <w:lastRenderedPageBreak/>
              <w:t>6. UTILITĂȚI · GARAJE ȘI PARCAJE · AMENAJĂRI EXTERIOARE</w:t>
            </w:r>
          </w:p>
        </w:tc>
      </w:tr>
      <w:tr w:rsidR="006C782F" w:rsidRPr="008E6085" w14:paraId="7C958349"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3A98377D" w14:textId="77777777" w:rsidR="006C782F" w:rsidRPr="008E6085" w:rsidRDefault="003815A3">
            <w:pPr>
              <w:spacing w:after="10" w:line="240" w:lineRule="auto"/>
              <w:rPr>
                <w:sz w:val="24"/>
                <w:szCs w:val="24"/>
              </w:rPr>
            </w:pPr>
            <w:r w:rsidRPr="008E6085">
              <w:rPr>
                <w:rFonts w:ascii="Times New Roman" w:hAnsi="Times New Roman"/>
                <w:sz w:val="16"/>
                <w:szCs w:val="24"/>
              </w:rPr>
              <w:t>☐ apă   ☐ canalizare   ☐ energie electrică   ☐ energie termică   ☐ gaze naturale   ☐ telefonizare   ☐ salubritate   ☐ transport urban   ☐ alte utilități</w:t>
            </w:r>
          </w:p>
        </w:tc>
      </w:tr>
      <w:tr w:rsidR="006C782F" w:rsidRPr="008E6085" w14:paraId="6B7299A4"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EDA6F4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garaje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CEC801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parcaje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7FBB9A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parcaje pentru biciclete — nr. locuri</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F0DB20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alei carosabile / parcaje sol (m²)</w:t>
            </w:r>
          </w:p>
        </w:tc>
      </w:tr>
      <w:tr w:rsidR="006C782F" w:rsidRPr="008E6085" w14:paraId="71DE4506" w14:textId="77777777">
        <w:trPr>
          <w:jc w:val="center"/>
        </w:trPr>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67D1B25"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alei pietonale (m²)</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88729F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alte platforme nivel sol (m²)</w:t>
            </w:r>
            <w:r w:rsidRPr="008E6085">
              <w:rPr>
                <w:rFonts w:ascii="Times New Roman" w:hAnsi="Times New Roman"/>
                <w:b/>
                <w:color w:val="004682"/>
                <w:sz w:val="18"/>
                <w:szCs w:val="24"/>
              </w:rPr>
              <w:br/>
            </w:r>
            <w:r w:rsidRPr="008E6085">
              <w:rPr>
                <w:rFonts w:ascii="Times New Roman" w:hAnsi="Times New Roman"/>
                <w:i/>
                <w:color w:val="787878"/>
                <w:sz w:val="16"/>
                <w:szCs w:val="24"/>
              </w:rPr>
              <w:t>deșeuri etc.</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460D1A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arbori tăiați / menținuți / plantați (nr.)</w:t>
            </w:r>
          </w:p>
        </w:tc>
        <w:tc>
          <w:tcPr>
            <w:tcW w:w="2736"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158AC7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spații verzi (m²)</w:t>
            </w:r>
          </w:p>
        </w:tc>
      </w:tr>
    </w:tbl>
    <w:p w14:paraId="770ADCB4"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6C782F" w:rsidRPr="008E6085" w14:paraId="0849C1B1" w14:textId="77777777">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76C1EA63" w14:textId="77777777" w:rsidR="006C782F" w:rsidRPr="008E6085" w:rsidRDefault="003815A3">
            <w:pPr>
              <w:spacing w:before="10" w:after="10" w:line="240" w:lineRule="auto"/>
              <w:rPr>
                <w:sz w:val="24"/>
                <w:szCs w:val="24"/>
              </w:rPr>
            </w:pPr>
            <w:r w:rsidRPr="008E6085">
              <w:rPr>
                <w:rFonts w:ascii="Times New Roman" w:hAnsi="Times New Roman"/>
                <w:b/>
                <w:sz w:val="18"/>
                <w:szCs w:val="24"/>
              </w:rPr>
              <w:t>7. MĂSURI DE PROTECȚIE A MEDIULUI/SECURITATE LA INCENDIU/PROTECȚIE CIVILĂ</w:t>
            </w:r>
          </w:p>
        </w:tc>
      </w:tr>
      <w:tr w:rsidR="006C782F" w:rsidRPr="008E6085" w14:paraId="70C9798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098622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Modul de evacuare a deșeurilor</w:t>
            </w:r>
          </w:p>
        </w:tc>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0FACE4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Alte măsuri de securitate la incendiu și protecție civilă</w:t>
            </w:r>
          </w:p>
        </w:tc>
      </w:tr>
      <w:tr w:rsidR="006C782F" w:rsidRPr="008E6085" w14:paraId="19182917"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C47044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Măsuri de protecție a mediului</w:t>
            </w:r>
          </w:p>
        </w:tc>
        <w:tc>
          <w:tcPr>
            <w:tcW w:w="5472"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B7D184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Alte măsuri specifice:</w:t>
            </w:r>
          </w:p>
        </w:tc>
      </w:tr>
    </w:tbl>
    <w:p w14:paraId="4EED2907"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6C782F" w:rsidRPr="008E6085" w14:paraId="25B5010D"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5" w:type="dxa"/>
              <w:right w:w="35" w:type="dxa"/>
            </w:tcMar>
          </w:tcPr>
          <w:p w14:paraId="7B4BCAEE" w14:textId="77777777" w:rsidR="006C782F" w:rsidRPr="008E6085" w:rsidRDefault="003815A3">
            <w:pPr>
              <w:spacing w:before="10" w:after="10" w:line="240" w:lineRule="auto"/>
              <w:rPr>
                <w:sz w:val="24"/>
                <w:szCs w:val="24"/>
              </w:rPr>
            </w:pPr>
            <w:r w:rsidRPr="008E6085">
              <w:rPr>
                <w:rFonts w:ascii="Times New Roman" w:hAnsi="Times New Roman"/>
                <w:b/>
                <w:sz w:val="18"/>
                <w:szCs w:val="24"/>
              </w:rPr>
              <w:t>8. ÎNTOCMIT</w:t>
            </w:r>
          </w:p>
        </w:tc>
      </w:tr>
      <w:tr w:rsidR="006C782F" w:rsidRPr="008E6085" w14:paraId="1819A54C"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2BF61B7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Numele și prenumele / firma și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1B88E34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6D84BB7D"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Semnătura și parafa</w:t>
            </w:r>
          </w:p>
        </w:tc>
      </w:tr>
    </w:tbl>
    <w:p w14:paraId="2AE703E4" w14:textId="77777777" w:rsidR="006C782F" w:rsidRPr="008E6085" w:rsidRDefault="006C782F">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6C782F" w:rsidRPr="008E6085" w14:paraId="6D34FA45"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7B8D0CE7" w14:textId="77777777" w:rsidR="006C782F" w:rsidRPr="008E6085" w:rsidRDefault="003815A3">
            <w:pPr>
              <w:spacing w:before="10" w:after="10" w:line="240" w:lineRule="auto"/>
              <w:rPr>
                <w:sz w:val="24"/>
                <w:szCs w:val="24"/>
              </w:rPr>
            </w:pPr>
            <w:r w:rsidRPr="008E6085">
              <w:rPr>
                <w:rFonts w:ascii="Times New Roman" w:hAnsi="Times New Roman"/>
                <w:b/>
                <w:sz w:val="18"/>
                <w:szCs w:val="24"/>
              </w:rPr>
              <w:t>9. COMUNICAREA ÎN REGISTRUL NAȚIONAL AL CLĂDIRILOR</w:t>
            </w:r>
          </w:p>
        </w:tc>
      </w:tr>
      <w:tr w:rsidR="006C782F" w:rsidRPr="008E6085" w14:paraId="536B63D6"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47208C0"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Clădirea a fost</w:t>
            </w:r>
            <w:r w:rsidRPr="008E6085">
              <w:rPr>
                <w:rFonts w:ascii="Times New Roman" w:hAnsi="Times New Roman"/>
                <w:b/>
                <w:color w:val="004682"/>
                <w:sz w:val="18"/>
                <w:szCs w:val="24"/>
              </w:rPr>
              <w:br/>
              <w:t>☐ identificată în registru   ☐ declarată acum</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5C685F1"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NIS atribuit / confirmat</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6C0D405F"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Cod investiție</w:t>
            </w:r>
            <w:r w:rsidRPr="008E6085">
              <w:rPr>
                <w:rFonts w:ascii="Times New Roman" w:hAnsi="Times New Roman"/>
                <w:b/>
                <w:color w:val="004682"/>
                <w:sz w:val="18"/>
                <w:szCs w:val="24"/>
              </w:rPr>
              <w:br/>
            </w:r>
            <w:r w:rsidRPr="008E6085">
              <w:rPr>
                <w:rFonts w:ascii="Times New Roman" w:hAnsi="Times New Roman"/>
                <w:i/>
                <w:color w:val="787878"/>
                <w:sz w:val="16"/>
                <w:szCs w:val="24"/>
              </w:rPr>
              <w:t>dacă lucrarea e legată de o investiție</w:t>
            </w:r>
          </w:p>
        </w:tc>
      </w:tr>
      <w:tr w:rsidR="006C782F" w:rsidRPr="008E6085" w14:paraId="7F57C2CB"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59E1F52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Data comunicării</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C871FBA"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Numărul tranzacției</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76D909B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Comunicat de</w:t>
            </w:r>
          </w:p>
        </w:tc>
      </w:tr>
    </w:tbl>
    <w:p w14:paraId="64D8E0DA" w14:textId="77777777" w:rsidR="006C782F" w:rsidRPr="008E6085" w:rsidRDefault="003815A3">
      <w:pPr>
        <w:spacing w:before="80" w:after="40" w:line="240" w:lineRule="auto"/>
        <w:rPr>
          <w:sz w:val="24"/>
          <w:szCs w:val="24"/>
        </w:rPr>
      </w:pPr>
      <w:r w:rsidRPr="008E6085">
        <w:rPr>
          <w:rFonts w:ascii="Times New Roman" w:hAnsi="Times New Roman"/>
          <w:sz w:val="18"/>
          <w:szCs w:val="24"/>
          <w:u w:val="single"/>
        </w:rPr>
        <w:t>Punctele 10-13 se completează în cazul amenajărilor /lucrărilor inginerești</w:t>
      </w:r>
    </w:p>
    <w:tbl>
      <w:tblPr>
        <w:tblW w:w="0" w:type="auto"/>
        <w:jc w:val="center"/>
        <w:tblLayout w:type="fixed"/>
        <w:tblLook w:val="04A0" w:firstRow="1" w:lastRow="0" w:firstColumn="1" w:lastColumn="0" w:noHBand="0" w:noVBand="1"/>
      </w:tblPr>
      <w:tblGrid>
        <w:gridCol w:w="3648"/>
        <w:gridCol w:w="1824"/>
        <w:gridCol w:w="1824"/>
        <w:gridCol w:w="3648"/>
      </w:tblGrid>
      <w:tr w:rsidR="006C782F" w:rsidRPr="008E6085" w14:paraId="2A813EF9"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2" w:type="dxa"/>
              <w:right w:w="35" w:type="dxa"/>
            </w:tcMar>
          </w:tcPr>
          <w:p w14:paraId="6F36F5D1"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10. DATELE CARACTERISTICE ALE AMPLASAMENTULUI</w:t>
            </w:r>
          </w:p>
        </w:tc>
      </w:tr>
      <w:tr w:rsidR="006C782F" w:rsidRPr="008E6085" w14:paraId="7A65A9EF"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12" w:type="dxa"/>
              <w:right w:w="35" w:type="dxa"/>
            </w:tcMar>
          </w:tcPr>
          <w:p w14:paraId="3B59AD99" w14:textId="77777777" w:rsidR="006C782F" w:rsidRPr="008E6085" w:rsidRDefault="006C782F">
            <w:pPr>
              <w:rPr>
                <w:sz w:val="24"/>
                <w:szCs w:val="24"/>
              </w:rPr>
            </w:pPr>
          </w:p>
        </w:tc>
      </w:tr>
      <w:tr w:rsidR="006C782F" w:rsidRPr="008E6085" w14:paraId="7891C5DB"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2" w:type="dxa"/>
              <w:right w:w="35" w:type="dxa"/>
            </w:tcMar>
          </w:tcPr>
          <w:p w14:paraId="2935307C"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11. CARACTERISTICI TEHNICE ȘI CAPACITĂȚI FUNCȚIONALE  SPECIFICE</w:t>
            </w:r>
          </w:p>
        </w:tc>
      </w:tr>
      <w:tr w:rsidR="006C782F" w:rsidRPr="008E6085" w14:paraId="0C68FCA0"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tcMar>
              <w:top w:w="6" w:type="dxa"/>
              <w:left w:w="35" w:type="dxa"/>
              <w:bottom w:w="12" w:type="dxa"/>
              <w:right w:w="35" w:type="dxa"/>
            </w:tcMar>
          </w:tcPr>
          <w:p w14:paraId="0B606756" w14:textId="77777777" w:rsidR="006C782F" w:rsidRPr="008E6085" w:rsidRDefault="006C782F">
            <w:pPr>
              <w:rPr>
                <w:sz w:val="24"/>
                <w:szCs w:val="24"/>
              </w:rPr>
            </w:pPr>
          </w:p>
        </w:tc>
      </w:tr>
      <w:tr w:rsidR="006C782F" w:rsidRPr="008E6085" w14:paraId="301F9DC7"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6" w:type="dxa"/>
              <w:right w:w="35" w:type="dxa"/>
            </w:tcMar>
          </w:tcPr>
          <w:p w14:paraId="32B04A50"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12. MĂSURI DE PROTECȚIE A MEDIULUI / SECURITATE LA INCENDIU</w:t>
            </w:r>
          </w:p>
        </w:tc>
      </w:tr>
      <w:tr w:rsidR="006C782F" w:rsidRPr="008E6085" w14:paraId="1FBBE6B6"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47F4B668"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Modul de evacuare a deșeurilor</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120688D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Măsuri de securitate la incendiu</w:t>
            </w:r>
          </w:p>
        </w:tc>
      </w:tr>
      <w:tr w:rsidR="006C782F" w:rsidRPr="008E6085" w14:paraId="3DD30EE4" w14:textId="77777777">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068EA8B7"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Măsuri de protecție a mediului</w:t>
            </w:r>
          </w:p>
        </w:tc>
        <w:tc>
          <w:tcPr>
            <w:tcW w:w="5472" w:type="dxa"/>
            <w:gridSpan w:val="2"/>
            <w:tcBorders>
              <w:top w:val="single" w:sz="4" w:space="0" w:color="808080"/>
              <w:left w:val="single" w:sz="4" w:space="0" w:color="808080"/>
              <w:bottom w:val="single" w:sz="4" w:space="0" w:color="808080"/>
              <w:right w:val="single" w:sz="4" w:space="0" w:color="808080"/>
            </w:tcBorders>
            <w:tcMar>
              <w:top w:w="6" w:type="dxa"/>
              <w:left w:w="35" w:type="dxa"/>
              <w:bottom w:w="6" w:type="dxa"/>
              <w:right w:w="35" w:type="dxa"/>
            </w:tcMar>
          </w:tcPr>
          <w:p w14:paraId="29EB2ABB"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Alte măsuri specifice</w:t>
            </w:r>
          </w:p>
        </w:tc>
      </w:tr>
      <w:tr w:rsidR="006C782F" w:rsidRPr="008E6085" w14:paraId="43F302E3" w14:textId="77777777">
        <w:trPr>
          <w:jc w:val="center"/>
        </w:trPr>
        <w:tc>
          <w:tcPr>
            <w:tcW w:w="10944" w:type="dxa"/>
            <w:gridSpan w:val="4"/>
            <w:tcBorders>
              <w:top w:val="single" w:sz="4" w:space="0" w:color="808080"/>
              <w:left w:val="single" w:sz="4" w:space="0" w:color="808080"/>
              <w:bottom w:val="single" w:sz="4" w:space="0" w:color="808080"/>
              <w:right w:val="single" w:sz="4" w:space="0" w:color="808080"/>
            </w:tcBorders>
            <w:shd w:val="clear" w:color="auto" w:fill="EBEBEB"/>
            <w:tcMar>
              <w:top w:w="6" w:type="dxa"/>
              <w:left w:w="35" w:type="dxa"/>
              <w:bottom w:w="15" w:type="dxa"/>
              <w:right w:w="35" w:type="dxa"/>
            </w:tcMar>
          </w:tcPr>
          <w:p w14:paraId="64EF1B31" w14:textId="77777777" w:rsidR="006C782F" w:rsidRPr="008E6085" w:rsidRDefault="003815A3">
            <w:pPr>
              <w:spacing w:before="10" w:after="10" w:line="240" w:lineRule="auto"/>
              <w:rPr>
                <w:sz w:val="24"/>
                <w:szCs w:val="24"/>
              </w:rPr>
            </w:pPr>
            <w:r w:rsidRPr="008E6085">
              <w:rPr>
                <w:rFonts w:ascii="Times New Roman" w:hAnsi="Times New Roman"/>
                <w:b/>
                <w:sz w:val="18"/>
                <w:szCs w:val="24"/>
              </w:rPr>
              <w:t>13. ÎNTOCMIT</w:t>
            </w:r>
          </w:p>
        </w:tc>
      </w:tr>
      <w:tr w:rsidR="006C782F" w:rsidRPr="008E6085" w14:paraId="6C530DA8"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5CC2A15E"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Numele și prenumele / firma și reprezentantul</w:t>
            </w:r>
          </w:p>
        </w:tc>
        <w:tc>
          <w:tcPr>
            <w:tcW w:w="3648" w:type="dxa"/>
            <w:gridSpan w:val="2"/>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31B58A5C"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35" w:type="dxa"/>
              <w:bottom w:w="15" w:type="dxa"/>
              <w:right w:w="35" w:type="dxa"/>
            </w:tcMar>
          </w:tcPr>
          <w:p w14:paraId="1C89C4E4" w14:textId="77777777" w:rsidR="006C782F" w:rsidRPr="008E6085" w:rsidRDefault="003815A3">
            <w:pPr>
              <w:spacing w:after="0" w:line="240" w:lineRule="auto"/>
              <w:rPr>
                <w:sz w:val="24"/>
                <w:szCs w:val="24"/>
              </w:rPr>
            </w:pPr>
            <w:r w:rsidRPr="008E6085">
              <w:rPr>
                <w:rFonts w:ascii="Times New Roman" w:hAnsi="Times New Roman"/>
                <w:b/>
                <w:color w:val="004682"/>
                <w:sz w:val="18"/>
                <w:szCs w:val="24"/>
              </w:rPr>
              <w:t>Semnătura și parafa</w:t>
            </w:r>
          </w:p>
        </w:tc>
      </w:tr>
    </w:tbl>
    <w:p w14:paraId="493FD407" w14:textId="77777777" w:rsidR="00CF7E1D" w:rsidRPr="008E6085" w:rsidRDefault="00CF7E1D">
      <w:pPr>
        <w:rPr>
          <w:sz w:val="24"/>
          <w:szCs w:val="24"/>
        </w:rPr>
      </w:pPr>
    </w:p>
    <w:sectPr w:rsidR="00CF7E1D" w:rsidRPr="008E6085" w:rsidSect="000C29A5">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08ED0" w14:textId="77777777" w:rsidR="005C1B15" w:rsidRDefault="005C1B15">
      <w:pPr>
        <w:spacing w:after="0" w:line="240" w:lineRule="auto"/>
      </w:pPr>
      <w:r>
        <w:separator/>
      </w:r>
    </w:p>
  </w:endnote>
  <w:endnote w:type="continuationSeparator" w:id="0">
    <w:p w14:paraId="2B951BFD" w14:textId="77777777" w:rsidR="005C1B15" w:rsidRDefault="005C1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AC7B" w14:textId="39D7CFD2" w:rsidR="006C782F" w:rsidRDefault="006C782F">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78CCD" w14:textId="77777777" w:rsidR="005C1B15" w:rsidRDefault="005C1B15">
      <w:pPr>
        <w:spacing w:after="0" w:line="240" w:lineRule="auto"/>
      </w:pPr>
      <w:r>
        <w:separator/>
      </w:r>
    </w:p>
  </w:footnote>
  <w:footnote w:type="continuationSeparator" w:id="0">
    <w:p w14:paraId="49F5FA89" w14:textId="77777777" w:rsidR="005C1B15" w:rsidRDefault="005C1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685083789">
    <w:abstractNumId w:val="8"/>
  </w:num>
  <w:num w:numId="2" w16cid:durableId="1217283027">
    <w:abstractNumId w:val="6"/>
  </w:num>
  <w:num w:numId="3" w16cid:durableId="484391773">
    <w:abstractNumId w:val="5"/>
  </w:num>
  <w:num w:numId="4" w16cid:durableId="329137123">
    <w:abstractNumId w:val="4"/>
  </w:num>
  <w:num w:numId="5" w16cid:durableId="2051299653">
    <w:abstractNumId w:val="7"/>
  </w:num>
  <w:num w:numId="6" w16cid:durableId="972297197">
    <w:abstractNumId w:val="3"/>
  </w:num>
  <w:num w:numId="7" w16cid:durableId="1428384972">
    <w:abstractNumId w:val="2"/>
  </w:num>
  <w:num w:numId="8" w16cid:durableId="966398259">
    <w:abstractNumId w:val="1"/>
  </w:num>
  <w:num w:numId="9" w16cid:durableId="942540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29A5"/>
    <w:rsid w:val="000D5C87"/>
    <w:rsid w:val="0015074B"/>
    <w:rsid w:val="00200FFD"/>
    <w:rsid w:val="0022364E"/>
    <w:rsid w:val="0029639D"/>
    <w:rsid w:val="00326F90"/>
    <w:rsid w:val="003815A3"/>
    <w:rsid w:val="00387CA9"/>
    <w:rsid w:val="005C1B15"/>
    <w:rsid w:val="006127C3"/>
    <w:rsid w:val="006C7691"/>
    <w:rsid w:val="006C782F"/>
    <w:rsid w:val="007E2E89"/>
    <w:rsid w:val="00827DB9"/>
    <w:rsid w:val="008573A8"/>
    <w:rsid w:val="008E6085"/>
    <w:rsid w:val="00975A5A"/>
    <w:rsid w:val="00AA1D8D"/>
    <w:rsid w:val="00B47730"/>
    <w:rsid w:val="00CB0664"/>
    <w:rsid w:val="00CF7E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03163"/>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1981</Words>
  <Characters>13674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CJHR CJHR</cp:lastModifiedBy>
  <cp:revision>12</cp:revision>
  <cp:lastPrinted>2026-08-28T06:30:00Z</cp:lastPrinted>
  <dcterms:created xsi:type="dcterms:W3CDTF">2013-12-23T23:15:00Z</dcterms:created>
  <dcterms:modified xsi:type="dcterms:W3CDTF">2026-09-16T11:08:00Z</dcterms:modified>
  <cp:category/>
</cp:coreProperties>
</file>