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4320"/>
        <w:gridCol w:w="4320"/>
      </w:tblGrid>
      <w:tr w:rsidR="008E6085" w:rsidRPr="007844EA" w14:paraId="408700F5" w14:textId="77777777" w:rsidTr="005A67B9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6D2A2EFF" w14:textId="77777777" w:rsidR="008E6085" w:rsidRPr="007844EA" w:rsidRDefault="008E6085" w:rsidP="008E6085">
            <w:pPr>
              <w:rPr>
                <w:sz w:val="24"/>
                <w:szCs w:val="24"/>
              </w:rPr>
            </w:pPr>
            <w:r w:rsidRPr="007844EA">
              <w:rPr>
                <w:noProof/>
                <w:sz w:val="24"/>
                <w:szCs w:val="24"/>
              </w:rPr>
              <w:drawing>
                <wp:inline distT="0" distB="0" distL="0" distR="0" wp14:anchorId="11B2A80E" wp14:editId="0DE5ECB1">
                  <wp:extent cx="1308100" cy="806449"/>
                  <wp:effectExtent l="0" t="0" r="6350" b="0"/>
                  <wp:docPr id="3339962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996234" name="Picture 3339962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497" cy="828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0659DD2F" w14:textId="77777777" w:rsidR="008E6085" w:rsidRPr="007844EA" w:rsidRDefault="008E6085" w:rsidP="008E6085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Harghita</w:t>
            </w:r>
          </w:p>
        </w:tc>
      </w:tr>
      <w:tr w:rsidR="008E6085" w:rsidRPr="007844EA" w14:paraId="49B1F783" w14:textId="77777777" w:rsidTr="005A67B9">
        <w:trPr>
          <w:jc w:val="center"/>
        </w:trPr>
        <w:tc>
          <w:tcPr>
            <w:tcW w:w="3600" w:type="dxa"/>
            <w:vMerge/>
            <w:tcBorders>
              <w:left w:val="single" w:sz="4" w:space="0" w:color="auto"/>
            </w:tcBorders>
          </w:tcPr>
          <w:p w14:paraId="163C8947" w14:textId="77777777" w:rsidR="008E6085" w:rsidRPr="007844EA" w:rsidRDefault="008E6085" w:rsidP="008E6085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2B6B2D34" w14:textId="77777777" w:rsidR="008E6085" w:rsidRPr="007844EA" w:rsidRDefault="008E6085" w:rsidP="008E6085">
            <w:pPr>
              <w:spacing w:after="20" w:line="240" w:lineRule="auto"/>
              <w:rPr>
                <w:sz w:val="24"/>
                <w:szCs w:val="24"/>
                <w:lang w:val="ro-RO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Consiliul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Jude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  <w:lang w:val="ro-RO"/>
              </w:rPr>
              <w:t>țean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  <w:lang w:val="ro-RO"/>
              </w:rPr>
              <w:t xml:space="preserve"> Harghita</w:t>
            </w:r>
          </w:p>
        </w:tc>
      </w:tr>
      <w:tr w:rsidR="008E6085" w:rsidRPr="007844EA" w14:paraId="69F59DE2" w14:textId="77777777" w:rsidTr="005A67B9">
        <w:trPr>
          <w:jc w:val="center"/>
        </w:trPr>
        <w:tc>
          <w:tcPr>
            <w:tcW w:w="3600" w:type="dxa"/>
            <w:vMerge/>
            <w:tcBorders>
              <w:left w:val="single" w:sz="4" w:space="0" w:color="auto"/>
            </w:tcBorders>
          </w:tcPr>
          <w:p w14:paraId="4B712B57" w14:textId="77777777" w:rsidR="008E6085" w:rsidRPr="007844EA" w:rsidRDefault="008E6085" w:rsidP="008E6085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4F987EC6" w14:textId="77777777" w:rsidR="008E6085" w:rsidRPr="007844EA" w:rsidRDefault="008E6085" w:rsidP="008E6085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Cod de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identificare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fiscală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(CIF)</w:t>
            </w:r>
          </w:p>
          <w:p w14:paraId="2844476D" w14:textId="77777777" w:rsidR="008E6085" w:rsidRPr="007844EA" w:rsidRDefault="008E6085" w:rsidP="008E6085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4245763</w:t>
            </w: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5E74DDBD" w14:textId="77777777" w:rsidR="008E6085" w:rsidRPr="007844EA" w:rsidRDefault="008E6085" w:rsidP="008E6085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Adresa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proofErr w:type="gram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oficială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:</w:t>
            </w:r>
            <w:proofErr w:type="gram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  <w:t xml:space="preserve">530221,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Kossuth Lajos, nr. 8</w:t>
            </w:r>
          </w:p>
          <w:p w14:paraId="446B7DE4" w14:textId="77777777" w:rsidR="008E6085" w:rsidRPr="007844EA" w:rsidRDefault="008E6085" w:rsidP="008E6085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Miercurea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Ciuc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, Harghita</w:t>
            </w:r>
          </w:p>
          <w:p w14:paraId="6AC972AF" w14:textId="77777777" w:rsidR="008E6085" w:rsidRPr="007844EA" w:rsidRDefault="008E6085" w:rsidP="008E6085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România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ab/>
              <w:t>Tel: +0266 207 700</w:t>
            </w:r>
          </w:p>
          <w:p w14:paraId="4D41A221" w14:textId="77777777" w:rsidR="008E6085" w:rsidRPr="007844EA" w:rsidRDefault="008E6085" w:rsidP="008E6085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E-mail: info@judetulharghita.ro</w:t>
            </w:r>
          </w:p>
        </w:tc>
      </w:tr>
      <w:tr w:rsidR="008E6085" w:rsidRPr="007844EA" w14:paraId="3D7FCFAA" w14:textId="77777777" w:rsidTr="005A67B9">
        <w:trPr>
          <w:trHeight w:val="124"/>
          <w:jc w:val="center"/>
        </w:trPr>
        <w:tc>
          <w:tcPr>
            <w:tcW w:w="3600" w:type="dxa"/>
            <w:vMerge/>
            <w:tcBorders>
              <w:left w:val="single" w:sz="4" w:space="0" w:color="auto"/>
            </w:tcBorders>
          </w:tcPr>
          <w:p w14:paraId="0EB6D566" w14:textId="77777777" w:rsidR="008E6085" w:rsidRPr="007844EA" w:rsidRDefault="008E6085" w:rsidP="008E6085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17256BEB" w14:textId="77777777" w:rsidR="008E6085" w:rsidRPr="007844EA" w:rsidRDefault="008E6085" w:rsidP="008E6085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înregistrare</w:t>
            </w:r>
            <w:proofErr w:type="spellEnd"/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11A9E340" w14:textId="77777777" w:rsidR="008E6085" w:rsidRPr="007844EA" w:rsidRDefault="008E6085" w:rsidP="008E6085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</w:tr>
      <w:tr w:rsidR="008E6085" w:rsidRPr="007844EA" w14:paraId="3C18E994" w14:textId="77777777" w:rsidTr="005A67B9">
        <w:trPr>
          <w:jc w:val="center"/>
        </w:trPr>
        <w:tc>
          <w:tcPr>
            <w:tcW w:w="4320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F9F9F9"/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6B4E762F" w14:textId="77777777" w:rsidR="008E6085" w:rsidRPr="007844EA" w:rsidRDefault="008E6085" w:rsidP="008E6085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se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completează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de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autoritate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—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solicitantul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nu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scrie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în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această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zonă</w:t>
            </w:r>
            <w:proofErr w:type="spellEnd"/>
          </w:p>
        </w:tc>
      </w:tr>
    </w:tbl>
    <w:p w14:paraId="22C59A06" w14:textId="77777777" w:rsidR="008E6085" w:rsidRPr="007844EA" w:rsidRDefault="008E6085" w:rsidP="008E6085">
      <w:pPr>
        <w:spacing w:before="80" w:after="60" w:line="240" w:lineRule="auto"/>
        <w:jc w:val="center"/>
        <w:rPr>
          <w:sz w:val="24"/>
          <w:szCs w:val="24"/>
        </w:rPr>
      </w:pPr>
      <w:r w:rsidRPr="007844EA">
        <w:rPr>
          <w:rFonts w:ascii="Times New Roman" w:hAnsi="Times New Roman"/>
          <w:b/>
          <w:sz w:val="28"/>
          <w:szCs w:val="24"/>
        </w:rPr>
        <w:t>CERERE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944"/>
      </w:tblGrid>
      <w:tr w:rsidR="006C782F" w:rsidRPr="008E6085" w14:paraId="2D72B2CD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1C1003E9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1. CĂTRE</w:t>
            </w:r>
          </w:p>
        </w:tc>
      </w:tr>
      <w:tr w:rsidR="006C782F" w:rsidRPr="008E6085" w14:paraId="1736D29B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24421BF2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Instituția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proofErr w:type="spellStart"/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primăria</w:t>
            </w:r>
            <w:proofErr w:type="spellEnd"/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municipiului</w:t>
            </w:r>
            <w:proofErr w:type="spellEnd"/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orașului</w:t>
            </w:r>
            <w:proofErr w:type="spellEnd"/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comunei</w:t>
            </w:r>
            <w:proofErr w:type="spellEnd"/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· </w:t>
            </w:r>
            <w:proofErr w:type="spellStart"/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primăria</w:t>
            </w:r>
            <w:proofErr w:type="spellEnd"/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de sector · </w:t>
            </w:r>
            <w:proofErr w:type="spellStart"/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consiliul</w:t>
            </w:r>
            <w:proofErr w:type="spellEnd"/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județean</w:t>
            </w:r>
            <w:proofErr w:type="spellEnd"/>
          </w:p>
        </w:tc>
      </w:tr>
      <w:tr w:rsidR="006C782F" w:rsidRPr="008E6085" w14:paraId="2FBF9192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2D3A46EC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Cererea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va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fi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transmisă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către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președintele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consiliului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județean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,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primarul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general,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primarul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de sector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sau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primarul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municipiului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orașului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comunei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, după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caz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.</w:t>
            </w:r>
          </w:p>
        </w:tc>
      </w:tr>
    </w:tbl>
    <w:p w14:paraId="63404C9A" w14:textId="77777777" w:rsidR="006C782F" w:rsidRPr="008E6085" w:rsidRDefault="006C782F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24"/>
        <w:gridCol w:w="1824"/>
        <w:gridCol w:w="912"/>
        <w:gridCol w:w="912"/>
        <w:gridCol w:w="912"/>
        <w:gridCol w:w="912"/>
        <w:gridCol w:w="912"/>
        <w:gridCol w:w="912"/>
        <w:gridCol w:w="1824"/>
      </w:tblGrid>
      <w:tr w:rsidR="006C782F" w:rsidRPr="008E6085" w14:paraId="69D7A955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34C7A37C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2.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SOLICITANTUL</w:t>
            </w:r>
            <w:proofErr w:type="spellEnd"/>
          </w:p>
        </w:tc>
      </w:tr>
      <w:tr w:rsidR="006C782F" w:rsidRPr="008E6085" w14:paraId="56CC3A5C" w14:textId="77777777">
        <w:trPr>
          <w:jc w:val="center"/>
        </w:trPr>
        <w:tc>
          <w:tcPr>
            <w:tcW w:w="7296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11880131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și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prenume</w:t>
            </w:r>
            <w:proofErr w:type="spellEnd"/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29A26A14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CNP</w:t>
            </w:r>
            <w:proofErr w:type="spellEnd"/>
          </w:p>
        </w:tc>
      </w:tr>
      <w:tr w:rsidR="006C782F" w:rsidRPr="008E6085" w14:paraId="1D7D41DB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73E7C4FE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color w:val="000000"/>
                <w:sz w:val="16"/>
                <w:szCs w:val="24"/>
              </w:rPr>
              <w:t xml:space="preserve">Act de </w:t>
            </w:r>
            <w:proofErr w:type="spellStart"/>
            <w:r w:rsidRPr="008E6085">
              <w:rPr>
                <w:rFonts w:ascii="Times New Roman" w:hAnsi="Times New Roman"/>
                <w:color w:val="000000"/>
                <w:sz w:val="16"/>
                <w:szCs w:val="24"/>
              </w:rPr>
              <w:t>identitate</w:t>
            </w:r>
            <w:proofErr w:type="spellEnd"/>
          </w:p>
        </w:tc>
      </w:tr>
      <w:tr w:rsidR="006C782F" w:rsidRPr="008E6085" w14:paraId="478ECC39" w14:textId="77777777">
        <w:trPr>
          <w:jc w:val="center"/>
        </w:trPr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69543284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Seria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5E22E87D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Numărul</w:t>
            </w:r>
            <w:proofErr w:type="spellEnd"/>
          </w:p>
        </w:tc>
        <w:tc>
          <w:tcPr>
            <w:tcW w:w="45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7C3DEAE2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Eliberat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de</w:t>
            </w:r>
          </w:p>
        </w:tc>
        <w:tc>
          <w:tcPr>
            <w:tcW w:w="273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6E68DA62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La data</w:t>
            </w:r>
          </w:p>
        </w:tc>
      </w:tr>
      <w:tr w:rsidR="006C782F" w:rsidRPr="008E6085" w14:paraId="7136ACF9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4C3D92D4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color w:val="000000"/>
                <w:sz w:val="16"/>
                <w:szCs w:val="24"/>
              </w:rPr>
              <w:t>Domiciliul</w:t>
            </w:r>
            <w:proofErr w:type="spellEnd"/>
          </w:p>
        </w:tc>
      </w:tr>
      <w:tr w:rsidR="006C782F" w:rsidRPr="008E6085" w14:paraId="7798F5AC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5996C41E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07EE8FE3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Municipiul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orașul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comuna</w:t>
            </w:r>
            <w:proofErr w:type="spellEnd"/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6612BAE6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Satul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sectorul</w:t>
            </w:r>
            <w:proofErr w:type="spellEnd"/>
          </w:p>
        </w:tc>
      </w:tr>
      <w:tr w:rsidR="006C782F" w:rsidRPr="008E6085" w14:paraId="202CD621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4215CBCF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593895A5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6AD1C5C9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0C9DB0F9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189B0B2A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Ap.</w:t>
            </w:r>
          </w:p>
        </w:tc>
        <w:tc>
          <w:tcPr>
            <w:tcW w:w="18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0F080169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Cod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poștal</w:t>
            </w:r>
            <w:proofErr w:type="spellEnd"/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412AC0A2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Ț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ara</w:t>
            </w:r>
            <w:proofErr w:type="spellEnd"/>
          </w:p>
        </w:tc>
      </w:tr>
      <w:tr w:rsidR="006C782F" w:rsidRPr="008E6085" w14:paraId="173A5244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731F6A34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color w:val="000000"/>
                <w:sz w:val="16"/>
                <w:szCs w:val="24"/>
              </w:rPr>
              <w:t>Date de contact</w:t>
            </w:r>
          </w:p>
        </w:tc>
      </w:tr>
      <w:tr w:rsidR="006C782F" w:rsidRPr="008E6085" w14:paraId="64E51B0F" w14:textId="77777777">
        <w:trPr>
          <w:jc w:val="center"/>
        </w:trPr>
        <w:tc>
          <w:tcPr>
            <w:tcW w:w="547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3372BA78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Telefon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fax</w:t>
            </w:r>
          </w:p>
        </w:tc>
        <w:tc>
          <w:tcPr>
            <w:tcW w:w="54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5368572C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E-mail</w:t>
            </w:r>
          </w:p>
        </w:tc>
      </w:tr>
      <w:tr w:rsidR="006C782F" w:rsidRPr="008E6085" w14:paraId="30D2FCC5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444BF3C1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color w:val="000000"/>
                <w:sz w:val="16"/>
                <w:szCs w:val="24"/>
              </w:rPr>
              <w:t>Reprezentare</w:t>
            </w:r>
            <w:proofErr w:type="spellEnd"/>
          </w:p>
        </w:tc>
      </w:tr>
      <w:tr w:rsidR="006C782F" w:rsidRPr="008E6085" w14:paraId="01237093" w14:textId="77777777">
        <w:trPr>
          <w:jc w:val="center"/>
        </w:trPr>
        <w:tc>
          <w:tcPr>
            <w:tcW w:w="7296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2937DA40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În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calitate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reprezentant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al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5" w:type="dxa"/>
              <w:bottom w:w="12" w:type="dxa"/>
              <w:right w:w="35" w:type="dxa"/>
            </w:tcMar>
          </w:tcPr>
          <w:p w14:paraId="5EBC8411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CUI / CIF</w:t>
            </w:r>
          </w:p>
        </w:tc>
      </w:tr>
    </w:tbl>
    <w:p w14:paraId="47A25633" w14:textId="77777777" w:rsidR="006C782F" w:rsidRPr="008E6085" w:rsidRDefault="006C782F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944"/>
      </w:tblGrid>
      <w:tr w:rsidR="006C782F" w:rsidRPr="008E6085" w14:paraId="3C37762D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39D1AF1B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3. TITULAR AL</w:t>
            </w:r>
          </w:p>
        </w:tc>
      </w:tr>
      <w:tr w:rsidR="006C782F" w:rsidRPr="008E6085" w14:paraId="1C3B2ED2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36BD6E3F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sz w:val="16"/>
                <w:szCs w:val="24"/>
              </w:rPr>
              <w:t>☐</w:t>
            </w:r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dreptului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proprietate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asupra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imobilului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unui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alt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drept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real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corespunzător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proprietății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publice  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dreptului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creanță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unui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alt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drept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potrivit art. 248 alin. (2) din Legea nr. 169/2026</w:t>
            </w:r>
          </w:p>
        </w:tc>
      </w:tr>
    </w:tbl>
    <w:p w14:paraId="257FF027" w14:textId="77777777" w:rsidR="006C782F" w:rsidRPr="008E6085" w:rsidRDefault="006C782F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72"/>
        <w:gridCol w:w="5472"/>
      </w:tblGrid>
      <w:tr w:rsidR="006C782F" w:rsidRPr="008E6085" w14:paraId="2AF5EEC6" w14:textId="77777777">
        <w:trPr>
          <w:jc w:val="center"/>
        </w:trPr>
        <w:tc>
          <w:tcPr>
            <w:tcW w:w="1094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382CD50C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4. TITULAR AL</w:t>
            </w:r>
          </w:p>
        </w:tc>
      </w:tr>
      <w:tr w:rsidR="006C782F" w:rsidRPr="008E6085" w14:paraId="02761580" w14:textId="77777777">
        <w:trPr>
          <w:jc w:val="center"/>
        </w:trPr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37D5EB5C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Certificatului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de urbanism nr. / </w:t>
            </w:r>
            <w:proofErr w:type="gram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  <w:proofErr w:type="gramEnd"/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24B30290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emis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de</w:t>
            </w:r>
          </w:p>
        </w:tc>
      </w:tr>
    </w:tbl>
    <w:p w14:paraId="0723720C" w14:textId="77777777" w:rsidR="006C782F" w:rsidRPr="008E6085" w:rsidRDefault="003815A3">
      <w:pPr>
        <w:spacing w:before="60" w:after="40" w:line="240" w:lineRule="auto"/>
        <w:jc w:val="center"/>
        <w:rPr>
          <w:sz w:val="24"/>
          <w:szCs w:val="24"/>
        </w:rPr>
      </w:pPr>
      <w:proofErr w:type="spellStart"/>
      <w:r w:rsidRPr="008E6085">
        <w:rPr>
          <w:rFonts w:ascii="Times New Roman" w:hAnsi="Times New Roman"/>
          <w:sz w:val="18"/>
          <w:szCs w:val="24"/>
        </w:rPr>
        <w:t>în</w:t>
      </w:r>
      <w:proofErr w:type="spellEnd"/>
      <w:r w:rsidRPr="008E6085">
        <w:rPr>
          <w:rFonts w:ascii="Times New Roman" w:hAnsi="Times New Roman"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</w:rPr>
        <w:t>conformitate</w:t>
      </w:r>
      <w:proofErr w:type="spellEnd"/>
      <w:r w:rsidRPr="008E6085">
        <w:rPr>
          <w:rFonts w:ascii="Times New Roman" w:hAnsi="Times New Roman"/>
          <w:sz w:val="18"/>
          <w:szCs w:val="24"/>
        </w:rPr>
        <w:t xml:space="preserve"> cu prevederile </w:t>
      </w:r>
      <w:proofErr w:type="spellStart"/>
      <w:r w:rsidRPr="008E6085">
        <w:rPr>
          <w:rFonts w:ascii="Times New Roman" w:hAnsi="Times New Roman"/>
          <w:sz w:val="18"/>
          <w:szCs w:val="24"/>
        </w:rPr>
        <w:t>Legii</w:t>
      </w:r>
      <w:proofErr w:type="spellEnd"/>
      <w:r w:rsidRPr="008E6085">
        <w:rPr>
          <w:rFonts w:ascii="Times New Roman" w:hAnsi="Times New Roman"/>
          <w:sz w:val="18"/>
          <w:szCs w:val="24"/>
        </w:rPr>
        <w:t xml:space="preserve"> nr. 169/2026 privind </w:t>
      </w:r>
      <w:proofErr w:type="spellStart"/>
      <w:r w:rsidRPr="008E6085">
        <w:rPr>
          <w:rFonts w:ascii="Times New Roman" w:hAnsi="Times New Roman"/>
          <w:sz w:val="18"/>
          <w:szCs w:val="24"/>
        </w:rPr>
        <w:t>Codul</w:t>
      </w:r>
      <w:proofErr w:type="spellEnd"/>
      <w:r w:rsidRPr="008E6085">
        <w:rPr>
          <w:rFonts w:ascii="Times New Roman" w:hAnsi="Times New Roman"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</w:rPr>
        <w:t>amenajării</w:t>
      </w:r>
      <w:proofErr w:type="spellEnd"/>
      <w:r w:rsidRPr="008E6085">
        <w:rPr>
          <w:rFonts w:ascii="Times New Roman" w:hAnsi="Times New Roman"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</w:rPr>
        <w:t>teritoriului</w:t>
      </w:r>
      <w:proofErr w:type="spellEnd"/>
      <w:r w:rsidRPr="008E6085">
        <w:rPr>
          <w:rFonts w:ascii="Times New Roman" w:hAnsi="Times New Roman"/>
          <w:sz w:val="18"/>
          <w:szCs w:val="24"/>
        </w:rPr>
        <w:t xml:space="preserve">, </w:t>
      </w:r>
      <w:proofErr w:type="spellStart"/>
      <w:r w:rsidRPr="008E6085">
        <w:rPr>
          <w:rFonts w:ascii="Times New Roman" w:hAnsi="Times New Roman"/>
          <w:sz w:val="18"/>
          <w:szCs w:val="24"/>
        </w:rPr>
        <w:t>urbanismului</w:t>
      </w:r>
      <w:proofErr w:type="spellEnd"/>
      <w:r w:rsidRPr="008E6085">
        <w:rPr>
          <w:rFonts w:ascii="Times New Roman" w:hAnsi="Times New Roman"/>
          <w:sz w:val="18"/>
          <w:szCs w:val="24"/>
        </w:rPr>
        <w:t xml:space="preserve"> și </w:t>
      </w:r>
      <w:proofErr w:type="spellStart"/>
      <w:r w:rsidRPr="008E6085">
        <w:rPr>
          <w:rFonts w:ascii="Times New Roman" w:hAnsi="Times New Roman"/>
          <w:sz w:val="18"/>
          <w:szCs w:val="24"/>
        </w:rPr>
        <w:t>construcțiilor</w:t>
      </w:r>
      <w:proofErr w:type="spellEnd"/>
      <w:r w:rsidRPr="008E6085">
        <w:rPr>
          <w:rFonts w:ascii="Times New Roman" w:hAnsi="Times New Roman"/>
          <w:sz w:val="18"/>
          <w:szCs w:val="24"/>
        </w:rPr>
        <w:t>,</w:t>
      </w:r>
      <w:r w:rsidRPr="008E6085">
        <w:rPr>
          <w:rFonts w:ascii="Times New Roman" w:hAnsi="Times New Roman"/>
          <w:sz w:val="18"/>
          <w:szCs w:val="24"/>
        </w:rPr>
        <w:br/>
        <w:t xml:space="preserve">solicit </w:t>
      </w:r>
      <w:proofErr w:type="spellStart"/>
      <w:r w:rsidRPr="008E6085">
        <w:rPr>
          <w:rFonts w:ascii="Times New Roman" w:hAnsi="Times New Roman"/>
          <w:sz w:val="18"/>
          <w:szCs w:val="24"/>
        </w:rPr>
        <w:t>emiterea</w:t>
      </w:r>
      <w:proofErr w:type="spellEnd"/>
      <w:r w:rsidRPr="008E6085">
        <w:rPr>
          <w:rFonts w:ascii="Times New Roman" w:hAnsi="Times New Roman"/>
          <w:sz w:val="18"/>
          <w:szCs w:val="24"/>
        </w:rPr>
        <w:br/>
      </w:r>
      <w:proofErr w:type="spellStart"/>
      <w:r w:rsidRPr="008E6085">
        <w:rPr>
          <w:rFonts w:ascii="Times New Roman" w:hAnsi="Times New Roman"/>
          <w:b/>
          <w:szCs w:val="24"/>
        </w:rPr>
        <w:t>Autorizației</w:t>
      </w:r>
      <w:proofErr w:type="spellEnd"/>
      <w:r w:rsidRPr="008E6085">
        <w:rPr>
          <w:rFonts w:ascii="Times New Roman" w:hAnsi="Times New Roman"/>
          <w:b/>
          <w:szCs w:val="24"/>
        </w:rPr>
        <w:t xml:space="preserve"> de ☐ construire / ☐ </w:t>
      </w:r>
      <w:proofErr w:type="spellStart"/>
      <w:r w:rsidRPr="008E6085">
        <w:rPr>
          <w:rFonts w:ascii="Times New Roman" w:hAnsi="Times New Roman"/>
          <w:b/>
          <w:szCs w:val="24"/>
        </w:rPr>
        <w:t>desființare</w:t>
      </w:r>
      <w:proofErr w:type="spellEnd"/>
      <w:r w:rsidRPr="008E6085">
        <w:rPr>
          <w:rFonts w:ascii="Times New Roman" w:hAnsi="Times New Roman"/>
          <w:b/>
          <w:szCs w:val="24"/>
        </w:rPr>
        <w:br/>
      </w:r>
      <w:r w:rsidRPr="008E6085">
        <w:rPr>
          <w:rFonts w:ascii="Times New Roman" w:hAnsi="Times New Roman"/>
          <w:b/>
          <w:sz w:val="20"/>
          <w:szCs w:val="24"/>
        </w:rPr>
        <w:t>☐</w:t>
      </w:r>
      <w:r w:rsidRPr="008E6085">
        <w:rPr>
          <w:rFonts w:ascii="Times New Roman" w:hAnsi="Times New Roman"/>
          <w:b/>
          <w:sz w:val="20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clădiri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t xml:space="preserve"> și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amenajări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t xml:space="preserve"> / ☐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lucrări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inginerești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t xml:space="preserve"> / ☐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construcții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speciale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br/>
        <w:t xml:space="preserve">precum și a ☐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Autorizației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t xml:space="preserve"> de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amenajare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t xml:space="preserve"> </w:t>
      </w:r>
      <w:proofErr w:type="gramStart"/>
      <w:r w:rsidRPr="008E6085">
        <w:rPr>
          <w:rFonts w:ascii="Times New Roman" w:hAnsi="Times New Roman"/>
          <w:b/>
          <w:sz w:val="20"/>
          <w:szCs w:val="24"/>
        </w:rPr>
        <w:t>a</w:t>
      </w:r>
      <w:proofErr w:type="gramEnd"/>
      <w:r w:rsidRPr="008E6085">
        <w:rPr>
          <w:rFonts w:ascii="Times New Roman" w:hAnsi="Times New Roman"/>
          <w:b/>
          <w:sz w:val="20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organizării</w:t>
      </w:r>
      <w:proofErr w:type="spellEnd"/>
      <w:r w:rsidRPr="008E6085">
        <w:rPr>
          <w:rFonts w:ascii="Times New Roman" w:hAnsi="Times New Roman"/>
          <w:b/>
          <w:sz w:val="20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b/>
          <w:sz w:val="20"/>
          <w:szCs w:val="24"/>
        </w:rPr>
        <w:t>execuției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944"/>
      </w:tblGrid>
      <w:tr w:rsidR="006C782F" w:rsidRPr="008E6085" w14:paraId="68C590DD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75DADFB8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5. ÎN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SCOPUL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REALIZĂRII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OBIECTIVULUI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OBIECTULUI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INVESTIȚII</w:t>
            </w:r>
            <w:proofErr w:type="spellEnd"/>
          </w:p>
        </w:tc>
      </w:tr>
      <w:tr w:rsidR="006C782F" w:rsidRPr="008E6085" w14:paraId="60F38C64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7E536917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include cel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puțin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funcțiunea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principală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și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secundare</w:t>
            </w:r>
            <w:proofErr w:type="spellEnd"/>
          </w:p>
        </w:tc>
      </w:tr>
      <w:tr w:rsidR="006C782F" w:rsidRPr="008E6085" w14:paraId="7BB63D2E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7A5DCE0A" w14:textId="77777777" w:rsidR="006C782F" w:rsidRPr="008E6085" w:rsidRDefault="003815A3">
            <w:pPr>
              <w:spacing w:before="80" w:after="4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color w:val="B4B4B4"/>
                <w:sz w:val="18"/>
                <w:szCs w:val="24"/>
              </w:rPr>
              <w:t>___________________________________________________________________________________________________</w:t>
            </w:r>
          </w:p>
        </w:tc>
      </w:tr>
    </w:tbl>
    <w:p w14:paraId="19560F1D" w14:textId="77777777" w:rsidR="006C782F" w:rsidRPr="008E6085" w:rsidRDefault="006C782F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912"/>
        <w:gridCol w:w="912"/>
        <w:gridCol w:w="912"/>
        <w:gridCol w:w="912"/>
        <w:gridCol w:w="1824"/>
        <w:gridCol w:w="1824"/>
      </w:tblGrid>
      <w:tr w:rsidR="006C782F" w:rsidRPr="008E6085" w14:paraId="1AAAB9B9" w14:textId="77777777">
        <w:trPr>
          <w:jc w:val="center"/>
        </w:trPr>
        <w:tc>
          <w:tcPr>
            <w:tcW w:w="10944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158E99B0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6.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IMOBIL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IMOBILE</w:t>
            </w:r>
            <w:proofErr w:type="spellEnd"/>
          </w:p>
        </w:tc>
      </w:tr>
      <w:tr w:rsidR="006C782F" w:rsidRPr="008E6085" w14:paraId="7EC896D7" w14:textId="77777777">
        <w:trPr>
          <w:jc w:val="center"/>
        </w:trPr>
        <w:tc>
          <w:tcPr>
            <w:tcW w:w="10944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22A3BE4F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Pentru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fiecare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imobil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se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completează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obligatoriu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câte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o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anexă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tehnică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;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celelalte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imobile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se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înscriu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în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anexa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imobile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.</w:t>
            </w:r>
            <w:r w:rsidRPr="008E6085">
              <w:rPr>
                <w:rFonts w:ascii="Times New Roman" w:hAnsi="Times New Roman"/>
                <w:i/>
                <w:sz w:val="16"/>
                <w:szCs w:val="24"/>
              </w:rPr>
              <w:br/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Imobil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1</w:t>
            </w:r>
          </w:p>
        </w:tc>
      </w:tr>
      <w:tr w:rsidR="006C782F" w:rsidRPr="008E6085" w14:paraId="64684809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704FB482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Tip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imobil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  <w:t xml:space="preserve">☐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teren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   ☐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construcții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3CCCC98D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cadastral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175CF679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Carte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funciară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nr.</w:t>
            </w:r>
          </w:p>
        </w:tc>
      </w:tr>
      <w:tr w:rsidR="006C782F" w:rsidRPr="008E6085" w14:paraId="323F4FCB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0FA0776F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1A12A1F6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Municipiul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orașul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comuna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57DC1C87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Satul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sectorul</w:t>
            </w:r>
            <w:proofErr w:type="spellEnd"/>
          </w:p>
        </w:tc>
      </w:tr>
      <w:tr w:rsidR="006C782F" w:rsidRPr="008E6085" w14:paraId="31A04E38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41E4F60A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07BFA891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5EB2685D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7D5A9FA2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18AB009E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Ap.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73435D20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Cod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poștal</w:t>
            </w:r>
            <w:proofErr w:type="spellEnd"/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7A588983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Ț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ara</w:t>
            </w:r>
            <w:proofErr w:type="spellEnd"/>
          </w:p>
        </w:tc>
      </w:tr>
    </w:tbl>
    <w:p w14:paraId="6DE575E9" w14:textId="77777777" w:rsidR="006C782F" w:rsidRDefault="003815A3">
      <w:pPr>
        <w:rPr>
          <w:sz w:val="24"/>
          <w:szCs w:val="24"/>
        </w:rPr>
      </w:pPr>
      <w:r w:rsidRPr="008E6085">
        <w:rPr>
          <w:sz w:val="24"/>
          <w:szCs w:val="24"/>
        </w:rPr>
        <w:br w:type="page"/>
      </w:r>
    </w:p>
    <w:p w14:paraId="24440EFD" w14:textId="77777777" w:rsidR="0022364E" w:rsidRDefault="0022364E" w:rsidP="0022364E">
      <w:pPr>
        <w:spacing w:after="20" w:line="240" w:lineRule="auto"/>
      </w:pPr>
      <w:r>
        <w:rPr>
          <w:rFonts w:ascii="Times New Roman" w:hAnsi="Times New Roman"/>
          <w:color w:val="787878"/>
          <w:sz w:val="14"/>
        </w:rPr>
        <w:lastRenderedPageBreak/>
        <w:t xml:space="preserve">F_A_01 · </w:t>
      </w:r>
      <w:proofErr w:type="spellStart"/>
      <w:r>
        <w:rPr>
          <w:rFonts w:ascii="Times New Roman" w:hAnsi="Times New Roman"/>
          <w:color w:val="787878"/>
          <w:sz w:val="14"/>
        </w:rPr>
        <w:t>versiunea</w:t>
      </w:r>
      <w:proofErr w:type="spellEnd"/>
      <w:r>
        <w:rPr>
          <w:rFonts w:ascii="Times New Roman" w:hAnsi="Times New Roman"/>
          <w:color w:val="787878"/>
          <w:sz w:val="14"/>
        </w:rPr>
        <w:t xml:space="preserve"> 1.0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648"/>
        <w:gridCol w:w="3648"/>
      </w:tblGrid>
      <w:tr w:rsidR="0022364E" w:rsidRPr="008573A8" w14:paraId="2B9FB6F9" w14:textId="77777777" w:rsidTr="00CD1B01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3" w:type="dxa"/>
              <w:left w:w="20" w:type="dxa"/>
              <w:bottom w:w="3" w:type="dxa"/>
              <w:right w:w="20" w:type="dxa"/>
            </w:tcMar>
          </w:tcPr>
          <w:p w14:paraId="61FFC119" w14:textId="77777777" w:rsidR="0022364E" w:rsidRPr="008573A8" w:rsidRDefault="0022364E" w:rsidP="00CD1B01">
            <w:pPr>
              <w:spacing w:before="10"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b/>
                <w:sz w:val="18"/>
                <w:szCs w:val="24"/>
              </w:rPr>
              <w:t xml:space="preserve">7. </w:t>
            </w:r>
            <w:proofErr w:type="spellStart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>PROIECTUL</w:t>
            </w:r>
            <w:proofErr w:type="spellEnd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>ATAȘAT</w:t>
            </w:r>
            <w:proofErr w:type="spellEnd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 xml:space="preserve"> ȘI </w:t>
            </w:r>
            <w:proofErr w:type="spellStart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>ECHIPA</w:t>
            </w:r>
            <w:proofErr w:type="spellEnd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 xml:space="preserve"> DE </w:t>
            </w:r>
            <w:proofErr w:type="spellStart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>PROIECTARE</w:t>
            </w:r>
            <w:proofErr w:type="spellEnd"/>
          </w:p>
        </w:tc>
      </w:tr>
      <w:tr w:rsidR="0022364E" w:rsidRPr="008573A8" w14:paraId="5E7769A3" w14:textId="77777777" w:rsidTr="00CD1B01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293B2E99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 xml:space="preserve">☐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Proiect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pentru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autorizarea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construirii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    ☐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Proiect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pentru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autorizarea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desființării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    ☐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Proiect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pentru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intervenții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asupra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clădirilor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existente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br/>
              <w:t xml:space="preserve">☐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Proiect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pentru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autorizarea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amenajării</w:t>
            </w:r>
            <w:proofErr w:type="spellEnd"/>
          </w:p>
        </w:tc>
      </w:tr>
      <w:tr w:rsidR="0022364E" w:rsidRPr="008573A8" w14:paraId="11D0592F" w14:textId="77777777" w:rsidTr="00CD1B01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261C8C0D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Nr. / </w:t>
            </w:r>
            <w:proofErr w:type="gram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  <w:proofErr w:type="gram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proiectului</w:t>
            </w:r>
            <w:proofErr w:type="spellEnd"/>
          </w:p>
        </w:tc>
        <w:tc>
          <w:tcPr>
            <w:tcW w:w="729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30358F89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Elaborator (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denumire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+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sediu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)</w:t>
            </w:r>
          </w:p>
        </w:tc>
      </w:tr>
      <w:tr w:rsidR="0022364E" w:rsidRPr="008573A8" w14:paraId="13478312" w14:textId="77777777" w:rsidTr="00CD1B01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00FA0E76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Proiectant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autor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—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arhitect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arhitect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conductor /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arhitect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  <w:t>de interior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140962B1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 TNA</w:t>
            </w:r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471BDF04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Ingineri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, pe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specialități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</w:p>
        </w:tc>
      </w:tr>
    </w:tbl>
    <w:p w14:paraId="397C06D5" w14:textId="77777777" w:rsidR="0022364E" w:rsidRPr="008573A8" w:rsidRDefault="0022364E" w:rsidP="0022364E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72"/>
        <w:gridCol w:w="5472"/>
      </w:tblGrid>
      <w:tr w:rsidR="0022364E" w:rsidRPr="008573A8" w14:paraId="49FE58B1" w14:textId="77777777" w:rsidTr="00CD1B01">
        <w:trPr>
          <w:jc w:val="center"/>
        </w:trPr>
        <w:tc>
          <w:tcPr>
            <w:tcW w:w="1094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3" w:type="dxa"/>
              <w:left w:w="20" w:type="dxa"/>
              <w:bottom w:w="3" w:type="dxa"/>
              <w:right w:w="20" w:type="dxa"/>
            </w:tcMar>
          </w:tcPr>
          <w:p w14:paraId="661EE32E" w14:textId="77777777" w:rsidR="0022364E" w:rsidRPr="008573A8" w:rsidRDefault="0022364E" w:rsidP="00CD1B01">
            <w:pPr>
              <w:spacing w:before="10"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b/>
                <w:sz w:val="18"/>
                <w:szCs w:val="24"/>
              </w:rPr>
              <w:t xml:space="preserve">8. </w:t>
            </w:r>
            <w:proofErr w:type="spellStart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>CLASA</w:t>
            </w:r>
            <w:proofErr w:type="spellEnd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 xml:space="preserve"> DE </w:t>
            </w:r>
            <w:proofErr w:type="spellStart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>CONSECINȚE</w:t>
            </w:r>
            <w:proofErr w:type="spellEnd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 xml:space="preserve"> / </w:t>
            </w:r>
            <w:proofErr w:type="spellStart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>VERIFICAREA</w:t>
            </w:r>
            <w:proofErr w:type="spellEnd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>TEHNICĂ</w:t>
            </w:r>
            <w:proofErr w:type="spellEnd"/>
          </w:p>
        </w:tc>
      </w:tr>
      <w:tr w:rsidR="0022364E" w:rsidRPr="008573A8" w14:paraId="5828B04D" w14:textId="77777777" w:rsidTr="00CD1B01">
        <w:trPr>
          <w:jc w:val="center"/>
        </w:trPr>
        <w:tc>
          <w:tcPr>
            <w:tcW w:w="1094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3D9D573E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>☐ CC 1 / NVP 1     ☐ CC 2 / NVP 2     ☐ CC 3 / NVP 3     ☐ CC 4 / NVP 4</w:t>
            </w:r>
          </w:p>
        </w:tc>
      </w:tr>
      <w:tr w:rsidR="0022364E" w:rsidRPr="008573A8" w14:paraId="6335A7A9" w14:textId="77777777" w:rsidTr="00CD1B01">
        <w:trPr>
          <w:jc w:val="center"/>
        </w:trPr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2C005E74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rezistență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mecanică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și stabilitate —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și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prenume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verificator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nr.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atestat</w:t>
            </w:r>
            <w:proofErr w:type="spellEnd"/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253451DF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Referat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nr. / </w:t>
            </w:r>
            <w:proofErr w:type="gram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  <w:proofErr w:type="gramEnd"/>
          </w:p>
        </w:tc>
      </w:tr>
      <w:tr w:rsidR="0022364E" w:rsidRPr="008573A8" w14:paraId="474F6948" w14:textId="77777777" w:rsidTr="00CD1B01">
        <w:trPr>
          <w:jc w:val="center"/>
        </w:trPr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1C6DDB75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securitate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la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incendiu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—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și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prenume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verificator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nr.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atestat</w:t>
            </w:r>
            <w:proofErr w:type="spellEnd"/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3D88E1E8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Referat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nr. / </w:t>
            </w:r>
            <w:proofErr w:type="gram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  <w:proofErr w:type="gramEnd"/>
          </w:p>
        </w:tc>
      </w:tr>
      <w:tr w:rsidR="0022364E" w:rsidRPr="008573A8" w14:paraId="37CE7187" w14:textId="77777777" w:rsidTr="00CD1B01">
        <w:trPr>
          <w:jc w:val="center"/>
        </w:trPr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4C86CD7E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igienă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,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sănătate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și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mediu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înconjurător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—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și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prenume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verificator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nr.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atestat</w:t>
            </w:r>
            <w:proofErr w:type="spellEnd"/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6A86288C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Referat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nr. / </w:t>
            </w:r>
            <w:proofErr w:type="gram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  <w:proofErr w:type="gramEnd"/>
          </w:p>
        </w:tc>
      </w:tr>
      <w:tr w:rsidR="0022364E" w:rsidRPr="008573A8" w14:paraId="0608FB78" w14:textId="77777777" w:rsidTr="00CD1B01">
        <w:trPr>
          <w:jc w:val="center"/>
        </w:trPr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05E62CC0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siguranță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și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accesibilitate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exploatare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—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și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prenume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verificator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nr.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atestat</w:t>
            </w:r>
            <w:proofErr w:type="spellEnd"/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6A4F7A05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Referat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nr. / </w:t>
            </w:r>
            <w:proofErr w:type="gram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  <w:proofErr w:type="gramEnd"/>
          </w:p>
        </w:tc>
      </w:tr>
      <w:tr w:rsidR="0022364E" w:rsidRPr="008573A8" w14:paraId="3FD330AA" w14:textId="77777777" w:rsidTr="00CD1B01">
        <w:trPr>
          <w:jc w:val="center"/>
        </w:trPr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21A3E26B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protecție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împotriva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zgomotului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—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și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prenume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verificator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nr.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atestat</w:t>
            </w:r>
            <w:proofErr w:type="spellEnd"/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2731E2B6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Referat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nr. / </w:t>
            </w:r>
            <w:proofErr w:type="gram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  <w:proofErr w:type="gramEnd"/>
          </w:p>
        </w:tc>
      </w:tr>
      <w:tr w:rsidR="0022364E" w:rsidRPr="008573A8" w14:paraId="428CEC3E" w14:textId="77777777" w:rsidTr="00CD1B01">
        <w:trPr>
          <w:jc w:val="center"/>
        </w:trPr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23FECDB7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economie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de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energie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și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izolare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termică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—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și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prenume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verificator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nr.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atestat</w:t>
            </w:r>
            <w:proofErr w:type="spellEnd"/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0126A4CD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Referat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nr. / </w:t>
            </w:r>
            <w:proofErr w:type="gram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  <w:proofErr w:type="gramEnd"/>
          </w:p>
        </w:tc>
      </w:tr>
    </w:tbl>
    <w:p w14:paraId="334FE0F7" w14:textId="77777777" w:rsidR="0022364E" w:rsidRPr="008573A8" w:rsidRDefault="0022364E" w:rsidP="0022364E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648"/>
        <w:gridCol w:w="3648"/>
      </w:tblGrid>
      <w:tr w:rsidR="0022364E" w:rsidRPr="008573A8" w14:paraId="427E7A3B" w14:textId="77777777" w:rsidTr="00CD1B01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3" w:type="dxa"/>
              <w:left w:w="20" w:type="dxa"/>
              <w:bottom w:w="3" w:type="dxa"/>
              <w:right w:w="20" w:type="dxa"/>
            </w:tcMar>
          </w:tcPr>
          <w:p w14:paraId="1A762BE4" w14:textId="77777777" w:rsidR="0022364E" w:rsidRPr="008573A8" w:rsidRDefault="0022364E" w:rsidP="00CD1B01">
            <w:pPr>
              <w:spacing w:before="10"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b/>
                <w:sz w:val="18"/>
                <w:szCs w:val="24"/>
              </w:rPr>
              <w:t xml:space="preserve">9. VALORI ȘI </w:t>
            </w:r>
            <w:proofErr w:type="spellStart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>DURATĂ</w:t>
            </w:r>
            <w:proofErr w:type="spellEnd"/>
          </w:p>
        </w:tc>
      </w:tr>
      <w:tr w:rsidR="0022364E" w:rsidRPr="008573A8" w14:paraId="5F007F3F" w14:textId="77777777" w:rsidTr="00CD1B01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09241050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Valoarea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lucrărilor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supuse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autorizării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(lei)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47928F99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Valoarea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obiectivului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(lei)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3" w:type="dxa"/>
              <w:right w:w="20" w:type="dxa"/>
            </w:tcMar>
          </w:tcPr>
          <w:p w14:paraId="5C9BC5CF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Durata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estimată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de 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execuție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(</w:t>
            </w: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luni</w:t>
            </w:r>
            <w:proofErr w:type="spellEnd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)</w:t>
            </w:r>
          </w:p>
        </w:tc>
      </w:tr>
    </w:tbl>
    <w:p w14:paraId="311E870E" w14:textId="77777777" w:rsidR="0022364E" w:rsidRPr="008573A8" w:rsidRDefault="0022364E" w:rsidP="0022364E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944"/>
      </w:tblGrid>
      <w:tr w:rsidR="0022364E" w:rsidRPr="008573A8" w14:paraId="7678D4F4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" w:type="dxa"/>
              <w:left w:w="20" w:type="dxa"/>
              <w:bottom w:w="2" w:type="dxa"/>
              <w:right w:w="20" w:type="dxa"/>
            </w:tcMar>
          </w:tcPr>
          <w:p w14:paraId="7B2FDE87" w14:textId="77777777" w:rsidR="0022364E" w:rsidRPr="008573A8" w:rsidRDefault="0022364E" w:rsidP="00CD1B01">
            <w:pPr>
              <w:spacing w:before="10"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b/>
                <w:sz w:val="18"/>
                <w:szCs w:val="24"/>
              </w:rPr>
              <w:t xml:space="preserve">10. </w:t>
            </w:r>
            <w:proofErr w:type="spellStart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>ANEXEZ</w:t>
            </w:r>
            <w:proofErr w:type="spellEnd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 xml:space="preserve"> LA </w:t>
            </w:r>
            <w:proofErr w:type="spellStart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>PREZENTA</w:t>
            </w:r>
            <w:proofErr w:type="spellEnd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 xml:space="preserve"> CERERE</w:t>
            </w:r>
          </w:p>
        </w:tc>
      </w:tr>
      <w:tr w:rsidR="0022364E" w:rsidRPr="008573A8" w14:paraId="3CF0F437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148E94D9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 xml:space="preserve">☐ a) extras de plan cadastral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actualizat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și extras de carte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funciară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actualizat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, nu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mai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vechi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de 30 de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zile</w:t>
            </w:r>
            <w:proofErr w:type="spellEnd"/>
          </w:p>
        </w:tc>
      </w:tr>
      <w:tr w:rsidR="0022364E" w:rsidRPr="008573A8" w14:paraId="5D8D4DB5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02D5C258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 xml:space="preserve">☐ b)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actele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care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atestă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dreptul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baza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căruia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titularul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poate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solicita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emiterea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autorizației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dacă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este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cazul (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copie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conform cu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originalul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>)</w:t>
            </w:r>
          </w:p>
        </w:tc>
      </w:tr>
      <w:tr w:rsidR="0022364E" w:rsidRPr="008573A8" w14:paraId="241B4F59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10EB0B40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 xml:space="preserve">☐ c)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proiectul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pentru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autorizarea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construirii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/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desființării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/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intervențiilor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asupra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construcțiilor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existente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/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amenajării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/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organizării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șantier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, după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caz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(2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exemplare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originale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sau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1 exemplar original,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format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letric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acolo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unde autoritatea are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posibilitatea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gramStart"/>
            <w:r w:rsidRPr="008573A8">
              <w:rPr>
                <w:rFonts w:ascii="Times New Roman" w:hAnsi="Times New Roman"/>
                <w:sz w:val="16"/>
                <w:szCs w:val="24"/>
              </w:rPr>
              <w:t>a</w:t>
            </w:r>
            <w:proofErr w:type="gram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arhiva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format digital)</w:t>
            </w:r>
          </w:p>
        </w:tc>
      </w:tr>
      <w:tr w:rsidR="0022364E" w:rsidRPr="008573A8" w14:paraId="4716C7B6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46BFCC8B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 xml:space="preserve">☐ d)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referatele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verificare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ale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proiectului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corespunzător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clasei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consecințe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gramStart"/>
            <w:r w:rsidRPr="008573A8">
              <w:rPr>
                <w:rFonts w:ascii="Times New Roman" w:hAnsi="Times New Roman"/>
                <w:sz w:val="16"/>
                <w:szCs w:val="24"/>
              </w:rPr>
              <w:t>a</w:t>
            </w:r>
            <w:proofErr w:type="gram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obiectivului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(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câte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1 exemplar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copie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>)</w:t>
            </w:r>
          </w:p>
        </w:tc>
      </w:tr>
      <w:tr w:rsidR="0022364E" w:rsidRPr="008573A8" w14:paraId="0AA46E3A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4FF87B71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 xml:space="preserve">☐ e)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avizele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și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acordurile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stabilite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prin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certificatul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de urbanism nr. ...... din .................... (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câte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1 exemplar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copie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>)</w:t>
            </w:r>
          </w:p>
        </w:tc>
      </w:tr>
      <w:tr w:rsidR="0022364E" w:rsidRPr="008573A8" w14:paraId="731AA6FE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6125682E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i/>
                <w:color w:val="5A5A5A"/>
                <w:sz w:val="15"/>
                <w:szCs w:val="24"/>
              </w:rPr>
              <w:t>avizele</w:t>
            </w:r>
            <w:proofErr w:type="spellEnd"/>
            <w:r w:rsidRPr="008573A8">
              <w:rPr>
                <w:rFonts w:ascii="Times New Roman" w:hAnsi="Times New Roman"/>
                <w:i/>
                <w:color w:val="5A5A5A"/>
                <w:sz w:val="15"/>
                <w:szCs w:val="24"/>
              </w:rPr>
              <w:t xml:space="preserve"> și </w:t>
            </w:r>
            <w:proofErr w:type="spellStart"/>
            <w:r w:rsidRPr="008573A8">
              <w:rPr>
                <w:rFonts w:ascii="Times New Roman" w:hAnsi="Times New Roman"/>
                <w:i/>
                <w:color w:val="5A5A5A"/>
                <w:sz w:val="15"/>
                <w:szCs w:val="24"/>
              </w:rPr>
              <w:t>acordurile</w:t>
            </w:r>
            <w:proofErr w:type="spellEnd"/>
            <w:r w:rsidRPr="008573A8">
              <w:rPr>
                <w:rFonts w:ascii="Times New Roman" w:hAnsi="Times New Roman"/>
                <w:i/>
                <w:color w:val="5A5A5A"/>
                <w:sz w:val="15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i/>
                <w:color w:val="5A5A5A"/>
                <w:sz w:val="15"/>
                <w:szCs w:val="24"/>
              </w:rPr>
              <w:t>anexate</w:t>
            </w:r>
            <w:proofErr w:type="spellEnd"/>
            <w:r w:rsidRPr="008573A8">
              <w:rPr>
                <w:rFonts w:ascii="Times New Roman" w:hAnsi="Times New Roman"/>
                <w:i/>
                <w:color w:val="5A5A5A"/>
                <w:sz w:val="15"/>
                <w:szCs w:val="24"/>
              </w:rPr>
              <w:t xml:space="preserve"> — </w:t>
            </w:r>
            <w:proofErr w:type="spellStart"/>
            <w:r w:rsidRPr="008573A8">
              <w:rPr>
                <w:rFonts w:ascii="Times New Roman" w:hAnsi="Times New Roman"/>
                <w:i/>
                <w:color w:val="5A5A5A"/>
                <w:sz w:val="15"/>
                <w:szCs w:val="24"/>
              </w:rPr>
              <w:t>enumerare</w:t>
            </w:r>
            <w:proofErr w:type="spellEnd"/>
            <w:r w:rsidRPr="008573A8">
              <w:rPr>
                <w:rFonts w:ascii="Times New Roman" w:hAnsi="Times New Roman"/>
                <w:i/>
                <w:color w:val="5A5A5A"/>
                <w:sz w:val="15"/>
                <w:szCs w:val="24"/>
              </w:rPr>
              <w:br/>
            </w:r>
            <w:r w:rsidRPr="008573A8">
              <w:rPr>
                <w:rFonts w:ascii="Times New Roman" w:hAnsi="Times New Roman"/>
                <w:i/>
                <w:color w:val="5A5A5A"/>
                <w:sz w:val="15"/>
                <w:szCs w:val="24"/>
              </w:rPr>
              <w:br/>
              <w:t>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2364E" w:rsidRPr="008573A8" w14:paraId="744A654F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608548E5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 xml:space="preserve">☐ f)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punctul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vedere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sau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actul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administrativ al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autorității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competente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pentru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protecția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mediului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cazul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care a fost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solicitată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evaluarea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, și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acordul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mediu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dacă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este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cazul (1 exemplar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copie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>)</w:t>
            </w:r>
          </w:p>
        </w:tc>
      </w:tr>
      <w:tr w:rsidR="0022364E" w:rsidRPr="008573A8" w14:paraId="399193A1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651D8C05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 xml:space="preserve">☐ g)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declarația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pe propria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răspundere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cazul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care pentru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anumite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avize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/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acorduri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se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invocă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acordarea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tacită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(original)</w:t>
            </w:r>
          </w:p>
        </w:tc>
      </w:tr>
      <w:tr w:rsidR="0022364E" w:rsidRPr="008573A8" w14:paraId="4B446A0C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20D94BFA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 xml:space="preserve">☐ h)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acordul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vecinilor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(1 exemplar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copie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>)</w:t>
            </w:r>
          </w:p>
        </w:tc>
      </w:tr>
      <w:tr w:rsidR="0022364E" w:rsidRPr="008573A8" w14:paraId="4ABC7874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1AA518FE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 xml:space="preserve">☐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)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raportul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expertiză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tehnică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preliminară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privind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influența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asupra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vecinătăților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, pentru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cerința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fundamentală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rezistență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mecanică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și stabilitate,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dacă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este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cazul (1 exemplar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copie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>)</w:t>
            </w:r>
          </w:p>
        </w:tc>
      </w:tr>
      <w:tr w:rsidR="0022364E" w:rsidRPr="008573A8" w14:paraId="4B54436F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3B65CC1D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 xml:space="preserve">☐ j)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rapoartele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expertiză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tehnică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pentru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cerințele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fundamentale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rezistență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mecanică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și stabilitate și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securitate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la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incendiu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, precum și pentru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celelalte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cerințe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fundamentale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cazul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intervențiilor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la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construcții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existente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(1 exemplar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copie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>)</w:t>
            </w:r>
          </w:p>
        </w:tc>
      </w:tr>
      <w:tr w:rsidR="0022364E" w:rsidRPr="008573A8" w14:paraId="2E5A9237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7AABDD6D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 xml:space="preserve">☐ k)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raportul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privind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cerințele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minime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conformare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a unei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clădiri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cu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consum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energie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aproape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egal cu zero,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dacă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este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cazul (1 exemplar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copie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>)</w:t>
            </w:r>
          </w:p>
        </w:tc>
      </w:tr>
      <w:tr w:rsidR="0022364E" w:rsidRPr="008573A8" w14:paraId="3FF8F712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63A805F2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 xml:space="preserve">☐ l)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raportul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de audit energetic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vederea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creșterii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performanței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energetice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cazul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intervențiilor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la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clădiri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existente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(1 exemplar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copie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>)</w:t>
            </w:r>
          </w:p>
        </w:tc>
      </w:tr>
      <w:tr w:rsidR="0022364E" w:rsidRPr="008573A8" w14:paraId="10136947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4D2B456E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 xml:space="preserve">☐ m)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proiectul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pentru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acordul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/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autorizația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administratorului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drumului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, pentru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lucrările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executate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pe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domeniul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public la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infrastructura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tehnico-edilitară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și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căile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acces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dacă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este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cazul (1 exemplar original)</w:t>
            </w:r>
          </w:p>
        </w:tc>
      </w:tr>
      <w:tr w:rsidR="0022364E" w:rsidRPr="008573A8" w14:paraId="32FC4339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53BA73E0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 xml:space="preserve">☐ n)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dovada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privind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luarea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evidență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a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proiectului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de către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Ordinul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Arhitecților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din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România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(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copie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>)</w:t>
            </w:r>
          </w:p>
        </w:tc>
      </w:tr>
      <w:tr w:rsidR="0022364E" w:rsidRPr="008573A8" w14:paraId="61637A3C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12ABBC4C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 xml:space="preserve">☐ o)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devizul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general al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obiectivului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investiții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(1 exemplar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copie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>)</w:t>
            </w:r>
          </w:p>
        </w:tc>
      </w:tr>
      <w:tr w:rsidR="0022364E" w:rsidRPr="008573A8" w14:paraId="236C675D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40554CB4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 xml:space="preserve">☐ p)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documentele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plată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a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taxelor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legale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vederea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autorizării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(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copie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>)</w:t>
            </w:r>
          </w:p>
        </w:tc>
      </w:tr>
      <w:tr w:rsidR="0022364E" w:rsidRPr="008573A8" w14:paraId="1D3A02AE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10C629B0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sz w:val="16"/>
                <w:szCs w:val="24"/>
              </w:rPr>
              <w:t xml:space="preserve">☐ q)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anexa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la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cererea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pentru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emiterea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autorizației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de construire /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desființare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completată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cu toate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elementele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necesare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descrierii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lucrărilor (2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exemplare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sz w:val="16"/>
                <w:szCs w:val="24"/>
              </w:rPr>
              <w:t>originale</w:t>
            </w:r>
            <w:proofErr w:type="spellEnd"/>
            <w:r w:rsidRPr="008573A8">
              <w:rPr>
                <w:rFonts w:ascii="Times New Roman" w:hAnsi="Times New Roman"/>
                <w:sz w:val="16"/>
                <w:szCs w:val="24"/>
              </w:rPr>
              <w:t>)</w:t>
            </w:r>
          </w:p>
        </w:tc>
      </w:tr>
      <w:tr w:rsidR="0022364E" w:rsidRPr="008573A8" w14:paraId="01838520" w14:textId="77777777" w:rsidTr="00CD1B01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" w:type="dxa"/>
              <w:left w:w="20" w:type="dxa"/>
              <w:bottom w:w="2" w:type="dxa"/>
              <w:right w:w="20" w:type="dxa"/>
            </w:tcMar>
          </w:tcPr>
          <w:p w14:paraId="55859A76" w14:textId="77777777" w:rsidR="0022364E" w:rsidRPr="008573A8" w:rsidRDefault="0022364E" w:rsidP="00CD1B01">
            <w:pPr>
              <w:spacing w:after="1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Declar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pe propria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răspundere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, sub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sancțiunea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Codului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penal privind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infracțiunea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de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fals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în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declarații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, că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datele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menționate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în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prezenta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cerere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sunt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reale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și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exacte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și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mă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angajez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ca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executarea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lucrărilor de construire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să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se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realizeze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cu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respectarea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autorizației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de construire, a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proiectului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aferent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vizat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spre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neschimbare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și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numai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pe baza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proiectului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tehnic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de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execuție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,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astfel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cum </w:t>
            </w:r>
            <w:proofErr w:type="spellStart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>prevede</w:t>
            </w:r>
            <w:proofErr w:type="spellEnd"/>
            <w:r w:rsidRPr="008573A8">
              <w:rPr>
                <w:rFonts w:ascii="Times New Roman" w:hAnsi="Times New Roman"/>
                <w:i/>
                <w:sz w:val="16"/>
                <w:szCs w:val="24"/>
              </w:rPr>
              <w:t xml:space="preserve"> art. 246 alin. (3) din Legea nr.169/2026.</w:t>
            </w:r>
          </w:p>
        </w:tc>
      </w:tr>
    </w:tbl>
    <w:p w14:paraId="2D96D173" w14:textId="77777777" w:rsidR="0022364E" w:rsidRPr="008573A8" w:rsidRDefault="0022364E" w:rsidP="0022364E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648"/>
        <w:gridCol w:w="3648"/>
      </w:tblGrid>
      <w:tr w:rsidR="0022364E" w:rsidRPr="008573A8" w14:paraId="7F3AA0D1" w14:textId="77777777" w:rsidTr="00CD1B01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3" w:type="dxa"/>
              <w:left w:w="20" w:type="dxa"/>
              <w:bottom w:w="14" w:type="dxa"/>
              <w:right w:w="20" w:type="dxa"/>
            </w:tcMar>
          </w:tcPr>
          <w:p w14:paraId="0DEE04CB" w14:textId="77777777" w:rsidR="0022364E" w:rsidRPr="008573A8" w:rsidRDefault="0022364E" w:rsidP="00CD1B01">
            <w:pPr>
              <w:spacing w:before="10" w:after="1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b/>
                <w:sz w:val="18"/>
                <w:szCs w:val="24"/>
              </w:rPr>
              <w:t xml:space="preserve">10. DATA ȘI </w:t>
            </w:r>
            <w:proofErr w:type="spellStart"/>
            <w:r w:rsidRPr="008573A8">
              <w:rPr>
                <w:rFonts w:ascii="Times New Roman" w:hAnsi="Times New Roman"/>
                <w:b/>
                <w:sz w:val="18"/>
                <w:szCs w:val="24"/>
              </w:rPr>
              <w:t>SEMNĂTURA</w:t>
            </w:r>
            <w:proofErr w:type="spellEnd"/>
          </w:p>
        </w:tc>
      </w:tr>
      <w:tr w:rsidR="0022364E" w:rsidRPr="008573A8" w14:paraId="562E55A6" w14:textId="77777777" w:rsidTr="00CD1B01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14" w:type="dxa"/>
              <w:right w:w="20" w:type="dxa"/>
            </w:tcMar>
          </w:tcPr>
          <w:p w14:paraId="07387BE9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14" w:type="dxa"/>
              <w:right w:w="20" w:type="dxa"/>
            </w:tcMar>
          </w:tcPr>
          <w:p w14:paraId="1CF64CD3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Solicitantul</w:t>
            </w:r>
            <w:proofErr w:type="spellEnd"/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3" w:type="dxa"/>
              <w:left w:w="20" w:type="dxa"/>
              <w:bottom w:w="14" w:type="dxa"/>
              <w:right w:w="20" w:type="dxa"/>
            </w:tcMar>
          </w:tcPr>
          <w:p w14:paraId="2FEDF074" w14:textId="77777777" w:rsidR="0022364E" w:rsidRPr="008573A8" w:rsidRDefault="0022364E" w:rsidP="00CD1B0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573A8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Semnătura</w:t>
            </w:r>
            <w:proofErr w:type="spellEnd"/>
          </w:p>
        </w:tc>
      </w:tr>
    </w:tbl>
    <w:p w14:paraId="1E89D540" w14:textId="77777777" w:rsidR="0022364E" w:rsidRPr="008573A8" w:rsidRDefault="0022364E">
      <w:pPr>
        <w:rPr>
          <w:sz w:val="28"/>
          <w:szCs w:val="28"/>
        </w:rPr>
      </w:pPr>
    </w:p>
    <w:p w14:paraId="6B96AF22" w14:textId="77777777" w:rsidR="0022364E" w:rsidRPr="008573A8" w:rsidRDefault="0022364E">
      <w:pPr>
        <w:rPr>
          <w:sz w:val="28"/>
          <w:szCs w:val="28"/>
        </w:rPr>
      </w:pPr>
    </w:p>
    <w:p w14:paraId="07FA562E" w14:textId="77777777" w:rsidR="0022364E" w:rsidRPr="008573A8" w:rsidRDefault="0022364E">
      <w:pPr>
        <w:rPr>
          <w:sz w:val="28"/>
          <w:szCs w:val="28"/>
        </w:rPr>
      </w:pPr>
    </w:p>
    <w:p w14:paraId="16F09695" w14:textId="77777777" w:rsidR="0022364E" w:rsidRPr="008573A8" w:rsidRDefault="0022364E">
      <w:pPr>
        <w:rPr>
          <w:sz w:val="28"/>
          <w:szCs w:val="28"/>
        </w:rPr>
      </w:pPr>
    </w:p>
    <w:p w14:paraId="3482E8E1" w14:textId="77777777" w:rsidR="0022364E" w:rsidRDefault="0022364E">
      <w:pPr>
        <w:rPr>
          <w:sz w:val="24"/>
          <w:szCs w:val="24"/>
        </w:rPr>
      </w:pPr>
    </w:p>
    <w:p w14:paraId="5BE61CF9" w14:textId="77777777" w:rsidR="0022364E" w:rsidRDefault="0022364E">
      <w:pPr>
        <w:rPr>
          <w:sz w:val="24"/>
          <w:szCs w:val="24"/>
        </w:rPr>
      </w:pPr>
    </w:p>
    <w:p w14:paraId="1BE4D333" w14:textId="77777777" w:rsidR="0022364E" w:rsidRPr="008E6085" w:rsidRDefault="0022364E">
      <w:pPr>
        <w:rPr>
          <w:sz w:val="24"/>
          <w:szCs w:val="24"/>
        </w:rPr>
      </w:pPr>
    </w:p>
    <w:p w14:paraId="16E954FF" w14:textId="77777777" w:rsidR="006C782F" w:rsidRPr="008E6085" w:rsidRDefault="003815A3">
      <w:pPr>
        <w:spacing w:after="0" w:line="240" w:lineRule="auto"/>
        <w:jc w:val="center"/>
        <w:rPr>
          <w:sz w:val="24"/>
          <w:szCs w:val="24"/>
        </w:rPr>
      </w:pPr>
      <w:proofErr w:type="spellStart"/>
      <w:r w:rsidRPr="008E6085">
        <w:rPr>
          <w:rFonts w:ascii="Times New Roman" w:hAnsi="Times New Roman"/>
          <w:b/>
          <w:sz w:val="28"/>
          <w:szCs w:val="24"/>
        </w:rPr>
        <w:t>ANEXA</w:t>
      </w:r>
      <w:proofErr w:type="spellEnd"/>
      <w:r w:rsidRPr="008E6085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b/>
          <w:sz w:val="28"/>
          <w:szCs w:val="24"/>
        </w:rPr>
        <w:t>IMOBILE</w:t>
      </w:r>
      <w:proofErr w:type="spellEnd"/>
      <w:r w:rsidRPr="008E6085">
        <w:rPr>
          <w:rFonts w:ascii="Times New Roman" w:hAnsi="Times New Roman"/>
          <w:b/>
          <w:sz w:val="28"/>
          <w:szCs w:val="24"/>
        </w:rPr>
        <w:br/>
      </w:r>
      <w:r w:rsidRPr="008E6085">
        <w:rPr>
          <w:rFonts w:ascii="Times New Roman" w:hAnsi="Times New Roman"/>
          <w:sz w:val="20"/>
          <w:szCs w:val="24"/>
        </w:rPr>
        <w:t xml:space="preserve">la </w:t>
      </w:r>
      <w:proofErr w:type="spellStart"/>
      <w:r w:rsidRPr="008E6085">
        <w:rPr>
          <w:rFonts w:ascii="Times New Roman" w:hAnsi="Times New Roman"/>
          <w:sz w:val="20"/>
          <w:szCs w:val="24"/>
        </w:rPr>
        <w:t>cererea</w:t>
      </w:r>
      <w:proofErr w:type="spellEnd"/>
      <w:r w:rsidRPr="008E6085">
        <w:rPr>
          <w:rFonts w:ascii="Times New Roman" w:hAnsi="Times New Roman"/>
          <w:sz w:val="20"/>
          <w:szCs w:val="24"/>
        </w:rPr>
        <w:t xml:space="preserve"> pentru </w:t>
      </w:r>
      <w:proofErr w:type="spellStart"/>
      <w:r w:rsidRPr="008E6085">
        <w:rPr>
          <w:rFonts w:ascii="Times New Roman" w:hAnsi="Times New Roman"/>
          <w:sz w:val="20"/>
          <w:szCs w:val="24"/>
        </w:rPr>
        <w:t>emiterea</w:t>
      </w:r>
      <w:proofErr w:type="spellEnd"/>
      <w:r w:rsidRPr="008E6085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sz w:val="20"/>
          <w:szCs w:val="24"/>
        </w:rPr>
        <w:t>autorizației</w:t>
      </w:r>
      <w:proofErr w:type="spellEnd"/>
      <w:r w:rsidRPr="008E6085">
        <w:rPr>
          <w:rFonts w:ascii="Times New Roman" w:hAnsi="Times New Roman"/>
          <w:sz w:val="20"/>
          <w:szCs w:val="24"/>
        </w:rPr>
        <w:t xml:space="preserve"> de construire / </w:t>
      </w:r>
      <w:proofErr w:type="spellStart"/>
      <w:r w:rsidRPr="008E6085">
        <w:rPr>
          <w:rFonts w:ascii="Times New Roman" w:hAnsi="Times New Roman"/>
          <w:sz w:val="20"/>
          <w:szCs w:val="24"/>
        </w:rPr>
        <w:t>desființare</w:t>
      </w:r>
      <w:proofErr w:type="spellEnd"/>
      <w:r w:rsidRPr="008E6085">
        <w:rPr>
          <w:rFonts w:ascii="Times New Roman" w:hAnsi="Times New Roman"/>
          <w:sz w:val="20"/>
          <w:szCs w:val="24"/>
        </w:rPr>
        <w:br/>
      </w:r>
      <w:r w:rsidRPr="008E6085">
        <w:rPr>
          <w:rFonts w:ascii="Times New Roman" w:hAnsi="Times New Roman"/>
          <w:i/>
          <w:sz w:val="18"/>
          <w:szCs w:val="24"/>
        </w:rPr>
        <w:t xml:space="preserve">se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completează</w:t>
      </w:r>
      <w:proofErr w:type="spellEnd"/>
      <w:r w:rsidRPr="008E6085">
        <w:rPr>
          <w:rFonts w:ascii="Times New Roman" w:hAnsi="Times New Roman"/>
          <w:i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numai</w:t>
      </w:r>
      <w:proofErr w:type="spellEnd"/>
      <w:r w:rsidRPr="008E6085">
        <w:rPr>
          <w:rFonts w:ascii="Times New Roman" w:hAnsi="Times New Roman"/>
          <w:i/>
          <w:sz w:val="18"/>
          <w:szCs w:val="24"/>
        </w:rPr>
        <w:t xml:space="preserve"> atunci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când</w:t>
      </w:r>
      <w:proofErr w:type="spellEnd"/>
      <w:r w:rsidRPr="008E6085">
        <w:rPr>
          <w:rFonts w:ascii="Times New Roman" w:hAnsi="Times New Roman"/>
          <w:i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cererea</w:t>
      </w:r>
      <w:proofErr w:type="spellEnd"/>
      <w:r w:rsidRPr="008E6085">
        <w:rPr>
          <w:rFonts w:ascii="Times New Roman" w:hAnsi="Times New Roman"/>
          <w:i/>
          <w:sz w:val="18"/>
          <w:szCs w:val="24"/>
        </w:rPr>
        <w:t xml:space="preserve"> se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referă</w:t>
      </w:r>
      <w:proofErr w:type="spellEnd"/>
      <w:r w:rsidRPr="008E6085">
        <w:rPr>
          <w:rFonts w:ascii="Times New Roman" w:hAnsi="Times New Roman"/>
          <w:i/>
          <w:sz w:val="18"/>
          <w:szCs w:val="24"/>
        </w:rPr>
        <w:t xml:space="preserve"> la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mai</w:t>
      </w:r>
      <w:proofErr w:type="spellEnd"/>
      <w:r w:rsidRPr="008E6085">
        <w:rPr>
          <w:rFonts w:ascii="Times New Roman" w:hAnsi="Times New Roman"/>
          <w:i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multe</w:t>
      </w:r>
      <w:proofErr w:type="spellEnd"/>
      <w:r w:rsidRPr="008E6085">
        <w:rPr>
          <w:rFonts w:ascii="Times New Roman" w:hAnsi="Times New Roman"/>
          <w:i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imobile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912"/>
        <w:gridCol w:w="912"/>
        <w:gridCol w:w="912"/>
        <w:gridCol w:w="912"/>
        <w:gridCol w:w="1824"/>
        <w:gridCol w:w="1824"/>
      </w:tblGrid>
      <w:tr w:rsidR="006C782F" w:rsidRPr="008E6085" w14:paraId="79C20657" w14:textId="77777777">
        <w:trPr>
          <w:jc w:val="center"/>
        </w:trPr>
        <w:tc>
          <w:tcPr>
            <w:tcW w:w="10944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106E7D1A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11.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IMOBILELE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LA CARE SE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REFERĂ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CEREREA</w:t>
            </w:r>
            <w:proofErr w:type="spellEnd"/>
          </w:p>
        </w:tc>
      </w:tr>
      <w:tr w:rsidR="006C782F" w:rsidRPr="008E6085" w14:paraId="5F55E108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37A24C7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Imobil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2</w:t>
            </w:r>
            <w:r w:rsidRPr="008E6085">
              <w:rPr>
                <w:rFonts w:ascii="Times New Roman" w:hAnsi="Times New Roman"/>
                <w:i/>
                <w:sz w:val="16"/>
                <w:szCs w:val="24"/>
              </w:rPr>
              <w:br/>
            </w:r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Tip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imobil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br/>
              <w:t xml:space="preserve">☐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teren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    ☐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construcții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FE1B2CC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cadastral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095010B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Carte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funciară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nr.</w:t>
            </w:r>
          </w:p>
        </w:tc>
      </w:tr>
      <w:tr w:rsidR="006C782F" w:rsidRPr="008E6085" w14:paraId="0A39AFF2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CA6C82B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55A18C7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Municipiul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orașul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comuna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C754737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Satul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sectorul</w:t>
            </w:r>
            <w:proofErr w:type="spellEnd"/>
          </w:p>
        </w:tc>
      </w:tr>
      <w:tr w:rsidR="006C782F" w:rsidRPr="008E6085" w14:paraId="6510F123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21F9BC5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1A7D1FE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E300006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27DBEAC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D0893D1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Ap.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D1B8FC4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Cod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poștal</w:t>
            </w:r>
            <w:proofErr w:type="spellEnd"/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567400D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Ț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ara</w:t>
            </w:r>
            <w:proofErr w:type="spellEnd"/>
          </w:p>
        </w:tc>
      </w:tr>
      <w:tr w:rsidR="006C782F" w:rsidRPr="008E6085" w14:paraId="4D4255F4" w14:textId="77777777">
        <w:trPr>
          <w:jc w:val="center"/>
        </w:trPr>
        <w:tc>
          <w:tcPr>
            <w:tcW w:w="10944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AFAFA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55FFB151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</w:tr>
      <w:tr w:rsidR="006C782F" w:rsidRPr="008E6085" w14:paraId="33D789C7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4E85034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Imobil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3</w:t>
            </w:r>
            <w:r w:rsidRPr="008E6085">
              <w:rPr>
                <w:rFonts w:ascii="Times New Roman" w:hAnsi="Times New Roman"/>
                <w:i/>
                <w:sz w:val="16"/>
                <w:szCs w:val="24"/>
              </w:rPr>
              <w:br/>
            </w:r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Tip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imobil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br/>
              <w:t xml:space="preserve">☐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teren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    ☐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construcții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F599735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cadastral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B0AAE90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Carte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funciară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nr.</w:t>
            </w:r>
          </w:p>
        </w:tc>
      </w:tr>
      <w:tr w:rsidR="006C782F" w:rsidRPr="008E6085" w14:paraId="59A7C185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ECD6B5C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99CA0FB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Municipiul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orașul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comuna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8D8A110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Satul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sectorul</w:t>
            </w:r>
            <w:proofErr w:type="spellEnd"/>
          </w:p>
        </w:tc>
      </w:tr>
      <w:tr w:rsidR="006C782F" w:rsidRPr="008E6085" w14:paraId="565AAA4F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3B7FBF0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448D9E4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9DBC00B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E633307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EA93C88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Ap.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D83EE99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Cod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poștal</w:t>
            </w:r>
            <w:proofErr w:type="spellEnd"/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965181C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Ț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ara</w:t>
            </w:r>
            <w:proofErr w:type="spellEnd"/>
          </w:p>
        </w:tc>
      </w:tr>
      <w:tr w:rsidR="006C782F" w:rsidRPr="008E6085" w14:paraId="32B3C9BC" w14:textId="77777777">
        <w:trPr>
          <w:jc w:val="center"/>
        </w:trPr>
        <w:tc>
          <w:tcPr>
            <w:tcW w:w="10944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AFAFA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6F44851E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</w:tr>
      <w:tr w:rsidR="006C782F" w:rsidRPr="008E6085" w14:paraId="314CC7F7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64EF243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Imobil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4</w:t>
            </w:r>
            <w:r w:rsidRPr="008E6085">
              <w:rPr>
                <w:rFonts w:ascii="Times New Roman" w:hAnsi="Times New Roman"/>
                <w:i/>
                <w:sz w:val="16"/>
                <w:szCs w:val="24"/>
              </w:rPr>
              <w:br/>
            </w:r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Tip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imobil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br/>
              <w:t xml:space="preserve">☐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teren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    ☐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construcții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DB0BA54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cadastral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FE8CEA7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Carte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funciară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nr.</w:t>
            </w:r>
          </w:p>
        </w:tc>
      </w:tr>
      <w:tr w:rsidR="006C782F" w:rsidRPr="008E6085" w14:paraId="0707A1CF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9A02CC3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0E23378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Municipiul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orașul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comuna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0DD5B62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Satul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sectorul</w:t>
            </w:r>
            <w:proofErr w:type="spellEnd"/>
          </w:p>
        </w:tc>
      </w:tr>
      <w:tr w:rsidR="006C782F" w:rsidRPr="008E6085" w14:paraId="56163038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AD7488E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0075EEE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5D1A726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7066314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B13BCED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Ap.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F438E96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Cod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poștal</w:t>
            </w:r>
            <w:proofErr w:type="spellEnd"/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DC1FD10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Ț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ara</w:t>
            </w:r>
            <w:proofErr w:type="spellEnd"/>
          </w:p>
        </w:tc>
      </w:tr>
      <w:tr w:rsidR="006C782F" w:rsidRPr="008E6085" w14:paraId="629E89F3" w14:textId="77777777">
        <w:trPr>
          <w:jc w:val="center"/>
        </w:trPr>
        <w:tc>
          <w:tcPr>
            <w:tcW w:w="10944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AFAFA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2C44B348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</w:tr>
      <w:tr w:rsidR="006C782F" w:rsidRPr="008E6085" w14:paraId="56F78028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71F2357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Imobil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5</w:t>
            </w:r>
            <w:r w:rsidRPr="008E6085">
              <w:rPr>
                <w:rFonts w:ascii="Times New Roman" w:hAnsi="Times New Roman"/>
                <w:i/>
                <w:sz w:val="16"/>
                <w:szCs w:val="24"/>
              </w:rPr>
              <w:br/>
            </w:r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Tip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imobil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br/>
              <w:t xml:space="preserve">☐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teren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    ☐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construcții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09BA84F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cadastral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E94A128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Carte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funciară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nr.</w:t>
            </w:r>
          </w:p>
        </w:tc>
      </w:tr>
      <w:tr w:rsidR="006C782F" w:rsidRPr="008E6085" w14:paraId="2BA898EC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FFC50E0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DB7931E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Municipiul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orașul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comuna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693B58C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Satul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sectorul</w:t>
            </w:r>
            <w:proofErr w:type="spellEnd"/>
          </w:p>
        </w:tc>
      </w:tr>
      <w:tr w:rsidR="006C782F" w:rsidRPr="008E6085" w14:paraId="71358B61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DFF6022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91806B7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9C678D1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E15B7B4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2353CB2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Ap.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F665D5D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Cod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poștal</w:t>
            </w:r>
            <w:proofErr w:type="spellEnd"/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518BDC9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Ț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ara</w:t>
            </w:r>
            <w:proofErr w:type="spellEnd"/>
          </w:p>
        </w:tc>
      </w:tr>
      <w:tr w:rsidR="006C782F" w:rsidRPr="008E6085" w14:paraId="260FF790" w14:textId="77777777">
        <w:trPr>
          <w:jc w:val="center"/>
        </w:trPr>
        <w:tc>
          <w:tcPr>
            <w:tcW w:w="10944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AFAFA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2E30ED65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</w:tr>
      <w:tr w:rsidR="006C782F" w:rsidRPr="008E6085" w14:paraId="05CF1723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D9907CF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Imobil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6</w:t>
            </w:r>
            <w:r w:rsidRPr="008E6085">
              <w:rPr>
                <w:rFonts w:ascii="Times New Roman" w:hAnsi="Times New Roman"/>
                <w:i/>
                <w:sz w:val="16"/>
                <w:szCs w:val="24"/>
              </w:rPr>
              <w:br/>
            </w:r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Tip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imobil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br/>
              <w:t xml:space="preserve">☐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teren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    ☐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construcții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2CD6865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cadastral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D2A9627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Carte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funciară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nr.</w:t>
            </w:r>
          </w:p>
        </w:tc>
      </w:tr>
      <w:tr w:rsidR="006C782F" w:rsidRPr="008E6085" w14:paraId="47F82E13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4B75056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791DD0B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Municipiul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orașul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comuna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1D9B4C0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Satul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sectorul</w:t>
            </w:r>
            <w:proofErr w:type="spellEnd"/>
          </w:p>
        </w:tc>
      </w:tr>
      <w:tr w:rsidR="006C782F" w:rsidRPr="008E6085" w14:paraId="086BBF9C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70C605A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0D9212E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4DABC4D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676A09A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FFC0A7D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Ap.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32B2F63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Cod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poștal</w:t>
            </w:r>
            <w:proofErr w:type="spellEnd"/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AC5917F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Ț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ara</w:t>
            </w:r>
            <w:proofErr w:type="spellEnd"/>
          </w:p>
        </w:tc>
      </w:tr>
      <w:tr w:rsidR="006C782F" w:rsidRPr="008E6085" w14:paraId="79DED433" w14:textId="77777777">
        <w:trPr>
          <w:jc w:val="center"/>
        </w:trPr>
        <w:tc>
          <w:tcPr>
            <w:tcW w:w="10944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AFAFA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28A26A90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</w:tr>
      <w:tr w:rsidR="006C782F" w:rsidRPr="008E6085" w14:paraId="58458CAA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47FAA13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Imobil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7</w:t>
            </w:r>
            <w:r w:rsidRPr="008E6085">
              <w:rPr>
                <w:rFonts w:ascii="Times New Roman" w:hAnsi="Times New Roman"/>
                <w:i/>
                <w:sz w:val="16"/>
                <w:szCs w:val="24"/>
              </w:rPr>
              <w:br/>
            </w:r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Tip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imobil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br/>
              <w:t xml:space="preserve">☐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teren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    ☐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construcții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0AC9D5A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cadastral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91D68AD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Carte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funciară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nr.</w:t>
            </w:r>
          </w:p>
        </w:tc>
      </w:tr>
      <w:tr w:rsidR="006C782F" w:rsidRPr="008E6085" w14:paraId="2895A52A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F322B19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2AC5A03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Municipiul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orașul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comuna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9060FB6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Satul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sectorul</w:t>
            </w:r>
            <w:proofErr w:type="spellEnd"/>
          </w:p>
        </w:tc>
      </w:tr>
      <w:tr w:rsidR="006C782F" w:rsidRPr="008E6085" w14:paraId="0A760962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FEE1341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B6553AB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947A3A9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C5E4A63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8587017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Ap.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3D0D7B5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Cod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poștal</w:t>
            </w:r>
            <w:proofErr w:type="spellEnd"/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DEFFAD1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Ț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ara</w:t>
            </w:r>
            <w:proofErr w:type="spellEnd"/>
          </w:p>
        </w:tc>
      </w:tr>
      <w:tr w:rsidR="006C782F" w:rsidRPr="008E6085" w14:paraId="16B09CD2" w14:textId="77777777">
        <w:trPr>
          <w:jc w:val="center"/>
        </w:trPr>
        <w:tc>
          <w:tcPr>
            <w:tcW w:w="10944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AFAFA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6D52A5D4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</w:tr>
    </w:tbl>
    <w:p w14:paraId="107CDFDC" w14:textId="77777777" w:rsidR="006C782F" w:rsidRPr="008E6085" w:rsidRDefault="003815A3">
      <w:pPr>
        <w:rPr>
          <w:sz w:val="24"/>
          <w:szCs w:val="24"/>
        </w:rPr>
      </w:pPr>
      <w:r w:rsidRPr="008E6085">
        <w:rPr>
          <w:sz w:val="24"/>
          <w:szCs w:val="24"/>
        </w:rPr>
        <w:br w:type="page"/>
      </w:r>
    </w:p>
    <w:p w14:paraId="21A4BDE9" w14:textId="77777777" w:rsidR="006C782F" w:rsidRPr="008E6085" w:rsidRDefault="003815A3">
      <w:pPr>
        <w:spacing w:after="0" w:line="240" w:lineRule="auto"/>
        <w:jc w:val="center"/>
        <w:rPr>
          <w:sz w:val="24"/>
          <w:szCs w:val="24"/>
        </w:rPr>
      </w:pPr>
      <w:proofErr w:type="spellStart"/>
      <w:r w:rsidRPr="008E6085">
        <w:rPr>
          <w:rFonts w:ascii="Times New Roman" w:hAnsi="Times New Roman"/>
          <w:b/>
          <w:sz w:val="28"/>
          <w:szCs w:val="24"/>
        </w:rPr>
        <w:lastRenderedPageBreak/>
        <w:t>ANEXA</w:t>
      </w:r>
      <w:proofErr w:type="spellEnd"/>
      <w:r w:rsidRPr="008E6085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b/>
          <w:sz w:val="28"/>
          <w:szCs w:val="24"/>
        </w:rPr>
        <w:t>TEHNICĂ</w:t>
      </w:r>
      <w:proofErr w:type="spellEnd"/>
      <w:r w:rsidRPr="008E6085">
        <w:rPr>
          <w:rFonts w:ascii="Times New Roman" w:hAnsi="Times New Roman"/>
          <w:b/>
          <w:sz w:val="28"/>
          <w:szCs w:val="24"/>
        </w:rPr>
        <w:br/>
      </w:r>
      <w:r w:rsidRPr="008E6085">
        <w:rPr>
          <w:rFonts w:ascii="Times New Roman" w:hAnsi="Times New Roman"/>
          <w:sz w:val="20"/>
          <w:szCs w:val="24"/>
        </w:rPr>
        <w:t xml:space="preserve">la </w:t>
      </w:r>
      <w:proofErr w:type="spellStart"/>
      <w:r w:rsidRPr="008E6085">
        <w:rPr>
          <w:rFonts w:ascii="Times New Roman" w:hAnsi="Times New Roman"/>
          <w:sz w:val="20"/>
          <w:szCs w:val="24"/>
        </w:rPr>
        <w:t>cererea</w:t>
      </w:r>
      <w:proofErr w:type="spellEnd"/>
      <w:r w:rsidRPr="008E6085">
        <w:rPr>
          <w:rFonts w:ascii="Times New Roman" w:hAnsi="Times New Roman"/>
          <w:sz w:val="20"/>
          <w:szCs w:val="24"/>
        </w:rPr>
        <w:t xml:space="preserve"> pentru </w:t>
      </w:r>
      <w:proofErr w:type="spellStart"/>
      <w:r w:rsidRPr="008E6085">
        <w:rPr>
          <w:rFonts w:ascii="Times New Roman" w:hAnsi="Times New Roman"/>
          <w:sz w:val="20"/>
          <w:szCs w:val="24"/>
        </w:rPr>
        <w:t>emiterea</w:t>
      </w:r>
      <w:proofErr w:type="spellEnd"/>
      <w:r w:rsidRPr="008E6085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sz w:val="20"/>
          <w:szCs w:val="24"/>
        </w:rPr>
        <w:t>autorizației</w:t>
      </w:r>
      <w:proofErr w:type="spellEnd"/>
      <w:r w:rsidRPr="008E6085">
        <w:rPr>
          <w:rFonts w:ascii="Times New Roman" w:hAnsi="Times New Roman"/>
          <w:sz w:val="20"/>
          <w:szCs w:val="24"/>
        </w:rPr>
        <w:t xml:space="preserve"> de construire / </w:t>
      </w:r>
      <w:proofErr w:type="spellStart"/>
      <w:r w:rsidRPr="008E6085">
        <w:rPr>
          <w:rFonts w:ascii="Times New Roman" w:hAnsi="Times New Roman"/>
          <w:sz w:val="20"/>
          <w:szCs w:val="24"/>
        </w:rPr>
        <w:t>desființare</w:t>
      </w:r>
      <w:proofErr w:type="spellEnd"/>
      <w:r w:rsidRPr="008E6085">
        <w:rPr>
          <w:rFonts w:ascii="Times New Roman" w:hAnsi="Times New Roman"/>
          <w:sz w:val="20"/>
          <w:szCs w:val="24"/>
        </w:rPr>
        <w:br/>
      </w:r>
      <w:r w:rsidRPr="008E6085">
        <w:rPr>
          <w:rFonts w:ascii="Times New Roman" w:hAnsi="Times New Roman"/>
          <w:i/>
          <w:sz w:val="18"/>
          <w:szCs w:val="24"/>
        </w:rPr>
        <w:t xml:space="preserve">se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întocmește</w:t>
      </w:r>
      <w:proofErr w:type="spellEnd"/>
      <w:r w:rsidRPr="008E6085">
        <w:rPr>
          <w:rFonts w:ascii="Times New Roman" w:hAnsi="Times New Roman"/>
          <w:i/>
          <w:sz w:val="18"/>
          <w:szCs w:val="24"/>
        </w:rPr>
        <w:t xml:space="preserve"> de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proiectantul</w:t>
      </w:r>
      <w:proofErr w:type="spellEnd"/>
      <w:r w:rsidRPr="008E6085">
        <w:rPr>
          <w:rFonts w:ascii="Times New Roman" w:hAnsi="Times New Roman"/>
          <w:i/>
          <w:sz w:val="18"/>
          <w:szCs w:val="24"/>
        </w:rPr>
        <w:t xml:space="preserve"> </w:t>
      </w:r>
      <w:proofErr w:type="spellStart"/>
      <w:r w:rsidRPr="008E6085">
        <w:rPr>
          <w:rFonts w:ascii="Times New Roman" w:hAnsi="Times New Roman"/>
          <w:i/>
          <w:sz w:val="18"/>
          <w:szCs w:val="24"/>
        </w:rPr>
        <w:t>documentației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944"/>
      </w:tblGrid>
      <w:tr w:rsidR="006C782F" w:rsidRPr="008E6085" w14:paraId="1BEC6854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481655F5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1.  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CATEGORIILE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LUCRĂRI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APLICABILE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OBIECTIVULUI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/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OBIECTULUI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INVESTIȚII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br/>
              <w:t xml:space="preserve">(se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bifeaza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toate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cele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aplicabile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)</w:t>
            </w:r>
          </w:p>
        </w:tc>
      </w:tr>
      <w:tr w:rsidR="006C782F" w:rsidRPr="008E6085" w14:paraId="45BFDF5A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76B2D90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A ·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Lucrări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construcții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noi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,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inclusiv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instalațiile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aferente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acestora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, </w:t>
            </w:r>
            <w:proofErr w:type="gram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realizate :</w:t>
            </w:r>
            <w:proofErr w:type="gramEnd"/>
          </w:p>
        </w:tc>
      </w:tr>
      <w:tr w:rsidR="006C782F" w:rsidRPr="008E6085" w14:paraId="2B60502E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CE86B11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sz w:val="16"/>
                <w:szCs w:val="24"/>
              </w:rPr>
              <w:t>☐</w:t>
            </w:r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afara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zonelor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protecție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a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monumentelor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istorice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zona de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protecție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a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monumentelor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istorice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afara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zonelor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construite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protejate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zone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construite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protejate</w:t>
            </w:r>
            <w:proofErr w:type="spellEnd"/>
          </w:p>
        </w:tc>
      </w:tr>
      <w:tr w:rsidR="006C782F" w:rsidRPr="008E6085" w14:paraId="385652B9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8F0C8DB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sz w:val="16"/>
                <w:szCs w:val="24"/>
              </w:rPr>
              <w:t>☐</w:t>
            </w:r>
            <w:r w:rsidRPr="008E6085">
              <w:rPr>
                <w:rFonts w:ascii="Times New Roman" w:hAnsi="Times New Roman"/>
                <w:sz w:val="16"/>
                <w:szCs w:val="24"/>
              </w:rPr>
              <w:t xml:space="preserve"> A.1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clădiri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civile —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construcții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locuințe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: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individuale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semicolective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colective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construcții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pentru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instituții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publice și servicii:   ☐ pentru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sănătate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pentru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asistență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socială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pentru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învățământ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pentru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cultură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pentru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turism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pentru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culte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pentru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administrație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și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finanțe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pentru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comerț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pentru servicii   ☐ pentru sport   ☐ pentru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recreere</w:t>
            </w:r>
            <w:proofErr w:type="spellEnd"/>
          </w:p>
        </w:tc>
      </w:tr>
      <w:tr w:rsidR="006C782F" w:rsidRPr="008E6085" w14:paraId="23CE9CF2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62B062E3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sz w:val="16"/>
                <w:szCs w:val="24"/>
              </w:rPr>
              <w:t>☐</w:t>
            </w:r>
            <w:r w:rsidRPr="008E6085">
              <w:rPr>
                <w:rFonts w:ascii="Times New Roman" w:hAnsi="Times New Roman"/>
                <w:sz w:val="16"/>
                <w:szCs w:val="24"/>
              </w:rPr>
              <w:t xml:space="preserve"> A.2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clădiri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industriale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:   ☐ pentru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producție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pentru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depozitare</w:t>
            </w:r>
            <w:proofErr w:type="spellEnd"/>
          </w:p>
        </w:tc>
      </w:tr>
      <w:tr w:rsidR="006C782F" w:rsidRPr="008E6085" w14:paraId="4E74DCA6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867BAC4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sz w:val="16"/>
                <w:szCs w:val="24"/>
              </w:rPr>
              <w:t>☐</w:t>
            </w:r>
            <w:r w:rsidRPr="008E6085">
              <w:rPr>
                <w:rFonts w:ascii="Times New Roman" w:hAnsi="Times New Roman"/>
                <w:sz w:val="16"/>
                <w:szCs w:val="24"/>
              </w:rPr>
              <w:t xml:space="preserve"> A.3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clădiri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proofErr w:type="gramStart"/>
            <w:r w:rsidRPr="008E6085">
              <w:rPr>
                <w:rFonts w:ascii="Times New Roman" w:hAnsi="Times New Roman"/>
                <w:sz w:val="16"/>
                <w:szCs w:val="24"/>
              </w:rPr>
              <w:t>agricole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:</w:t>
            </w:r>
            <w:proofErr w:type="gram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pentru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producție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pentru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depozitare</w:t>
            </w:r>
            <w:proofErr w:type="spellEnd"/>
          </w:p>
        </w:tc>
      </w:tr>
      <w:tr w:rsidR="006C782F" w:rsidRPr="008E6085" w14:paraId="18474BD2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7441B846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sz w:val="16"/>
                <w:szCs w:val="24"/>
              </w:rPr>
              <w:t>☐</w:t>
            </w:r>
            <w:r w:rsidRPr="008E6085">
              <w:rPr>
                <w:rFonts w:ascii="Times New Roman" w:hAnsi="Times New Roman"/>
                <w:sz w:val="16"/>
                <w:szCs w:val="24"/>
              </w:rPr>
              <w:t xml:space="preserve"> A.4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clădiri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construcții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cu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caracter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special</w:t>
            </w:r>
          </w:p>
        </w:tc>
      </w:tr>
      <w:tr w:rsidR="006C782F" w:rsidRPr="008E6085" w14:paraId="2FE53365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4F4F4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02346A78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B ·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Lucrări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intervenții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asupra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construcțiilor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proofErr w:type="gram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existente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:</w:t>
            </w:r>
            <w:proofErr w:type="gramEnd"/>
          </w:p>
        </w:tc>
      </w:tr>
      <w:tr w:rsidR="006C782F" w:rsidRPr="008E6085" w14:paraId="76F7479E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6F16D35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sz w:val="16"/>
                <w:szCs w:val="24"/>
              </w:rPr>
              <w:t>☐</w:t>
            </w:r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reparații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capitale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intervenție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primă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urgență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extindere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gramStart"/>
            <w:r w:rsidRPr="008E6085">
              <w:rPr>
                <w:rFonts w:ascii="Times New Roman" w:hAnsi="Times New Roman"/>
                <w:sz w:val="16"/>
                <w:szCs w:val="24"/>
              </w:rPr>
              <w:t>a</w:t>
            </w:r>
            <w:proofErr w:type="gram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amprentei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la sol și a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volumului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supraetajare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refuncționalizare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schimbare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destinație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consolidare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modernizare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reabilitare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strămutare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reconstruire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conservare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și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restaurare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remodelare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exterioară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mansardare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remodelare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interioară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desființare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sau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demontare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parțială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sau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totală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desființare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sau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demontare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totală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  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conservare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la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întreruperea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temporară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gramStart"/>
            <w:r w:rsidRPr="008E6085">
              <w:rPr>
                <w:rFonts w:ascii="Times New Roman" w:hAnsi="Times New Roman"/>
                <w:sz w:val="16"/>
                <w:szCs w:val="24"/>
              </w:rPr>
              <w:t>a</w:t>
            </w:r>
            <w:proofErr w:type="gram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execuției</w:t>
            </w:r>
            <w:proofErr w:type="spellEnd"/>
          </w:p>
        </w:tc>
      </w:tr>
      <w:tr w:rsidR="006C782F" w:rsidRPr="008E6085" w14:paraId="585AAD6A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07836F8A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6"/>
                <w:szCs w:val="24"/>
              </w:rPr>
              <w:t>☐</w:t>
            </w:r>
            <w:r w:rsidRPr="008E6085">
              <w:rPr>
                <w:rFonts w:ascii="Times New Roman" w:hAnsi="Times New Roman"/>
                <w:b/>
                <w:sz w:val="16"/>
                <w:szCs w:val="24"/>
              </w:rPr>
              <w:t xml:space="preserve"> B.1 · realizate la </w:t>
            </w:r>
            <w:proofErr w:type="spellStart"/>
            <w:r w:rsidRPr="008E6085">
              <w:rPr>
                <w:rFonts w:ascii="Times New Roman" w:hAnsi="Times New Roman"/>
                <w:b/>
                <w:sz w:val="16"/>
                <w:szCs w:val="24"/>
              </w:rPr>
              <w:t>alte</w:t>
            </w:r>
            <w:proofErr w:type="spellEnd"/>
            <w:r w:rsidRPr="008E6085">
              <w:rPr>
                <w:rFonts w:ascii="Times New Roman" w:hAnsi="Times New Roman"/>
                <w:b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sz w:val="16"/>
                <w:szCs w:val="24"/>
              </w:rPr>
              <w:t>construcții</w:t>
            </w:r>
            <w:proofErr w:type="spellEnd"/>
            <w:r w:rsidRPr="008E6085">
              <w:rPr>
                <w:rFonts w:ascii="Times New Roman" w:hAnsi="Times New Roman"/>
                <w:b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sz w:val="16"/>
                <w:szCs w:val="24"/>
              </w:rPr>
              <w:t>decât</w:t>
            </w:r>
            <w:proofErr w:type="spellEnd"/>
            <w:r w:rsidRPr="008E6085">
              <w:rPr>
                <w:rFonts w:ascii="Times New Roman" w:hAnsi="Times New Roman"/>
                <w:b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sz w:val="16"/>
                <w:szCs w:val="24"/>
              </w:rPr>
              <w:t>cele</w:t>
            </w:r>
            <w:proofErr w:type="spellEnd"/>
            <w:r w:rsidRPr="008E6085">
              <w:rPr>
                <w:rFonts w:ascii="Times New Roman" w:hAnsi="Times New Roman"/>
                <w:b/>
                <w:sz w:val="16"/>
                <w:szCs w:val="24"/>
              </w:rPr>
              <w:t xml:space="preserve"> de la B.2 și B.3:</w:t>
            </w:r>
          </w:p>
        </w:tc>
      </w:tr>
      <w:tr w:rsidR="006C782F" w:rsidRPr="008E6085" w14:paraId="1E5FD1DB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9BBA2C3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sz w:val="16"/>
                <w:szCs w:val="24"/>
              </w:rPr>
              <w:t>☐</w:t>
            </w:r>
            <w:r w:rsidRPr="008E6085">
              <w:rPr>
                <w:rFonts w:ascii="Times New Roman" w:hAnsi="Times New Roman"/>
                <w:sz w:val="16"/>
                <w:szCs w:val="24"/>
              </w:rPr>
              <w:t xml:space="preserve"> B.2 · realizate la:</w:t>
            </w:r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construcții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monument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istoric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(Legea nr. 422/2001),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inclusiv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anexele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din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același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imobil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construcții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zona de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protecție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a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monumentelor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istorice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construcții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zone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construite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protejate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construcții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cu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valoare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arhitecturală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sau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istorică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deosebită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, stabilite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prin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documentații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de urbanism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aprobate</w:t>
            </w:r>
            <w:proofErr w:type="spellEnd"/>
          </w:p>
        </w:tc>
      </w:tr>
      <w:tr w:rsidR="006C782F" w:rsidRPr="008E6085" w14:paraId="463BC2A2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D028F2E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sz w:val="16"/>
                <w:szCs w:val="24"/>
              </w:rPr>
              <w:t>☐</w:t>
            </w:r>
            <w:r w:rsidRPr="008E6085">
              <w:rPr>
                <w:rFonts w:ascii="Times New Roman" w:hAnsi="Times New Roman"/>
                <w:sz w:val="16"/>
                <w:szCs w:val="24"/>
              </w:rPr>
              <w:t xml:space="preserve"> B.3 · realizate la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clădiri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construcții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cu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caracter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special, </w:t>
            </w:r>
            <w:proofErr w:type="gramStart"/>
            <w:r w:rsidRPr="008E6085">
              <w:rPr>
                <w:rFonts w:ascii="Times New Roman" w:hAnsi="Times New Roman"/>
                <w:sz w:val="16"/>
                <w:szCs w:val="24"/>
              </w:rPr>
              <w:t>care :</w:t>
            </w:r>
            <w:proofErr w:type="gram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nu se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încadrează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categoriile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de la B.2</w:t>
            </w:r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se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încadrează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categoriile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de la B.2</w:t>
            </w:r>
          </w:p>
        </w:tc>
      </w:tr>
      <w:tr w:rsidR="006C782F" w:rsidRPr="008E6085" w14:paraId="7CB15CA6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4F4F4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7DA6A268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C ·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Amenajări</w:t>
            </w:r>
            <w:proofErr w:type="spellEnd"/>
          </w:p>
        </w:tc>
      </w:tr>
      <w:tr w:rsidR="006C782F" w:rsidRPr="008E6085" w14:paraId="12E2ADE4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B3C49A9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sz w:val="16"/>
                <w:szCs w:val="24"/>
              </w:rPr>
              <w:t>☐</w:t>
            </w:r>
            <w:r w:rsidRPr="008E6085">
              <w:rPr>
                <w:rFonts w:ascii="Times New Roman" w:hAnsi="Times New Roman"/>
                <w:sz w:val="16"/>
                <w:szCs w:val="24"/>
              </w:rPr>
              <w:t xml:space="preserve"> C.1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amenajări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civile</w:t>
            </w:r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C.2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amenajări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și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îmbunătățiri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funciare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C.3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construcții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provizorii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/ cu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caracter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temporar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C.4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cercetarea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prospectarea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terenurilor,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foraje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excavări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studii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topografice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geologice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geotehnice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geofizice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hidrologice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C.5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cercetări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pentru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zăcăminte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naturale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C.6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spații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verzi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,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plantate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C.7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spații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publice</w:t>
            </w:r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C.8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organizare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șantier</w:t>
            </w:r>
            <w:proofErr w:type="spellEnd"/>
          </w:p>
        </w:tc>
      </w:tr>
      <w:tr w:rsidR="006C782F" w:rsidRPr="008E6085" w14:paraId="3238CC53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4F4F4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1D35C0F9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D ·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Lucrări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inginerești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,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inclusiv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intervenții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la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astfel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construcții</w:t>
            </w:r>
            <w:proofErr w:type="spellEnd"/>
          </w:p>
        </w:tc>
      </w:tr>
      <w:tr w:rsidR="006C782F" w:rsidRPr="008E6085" w14:paraId="462D2A48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8036B03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sz w:val="16"/>
                <w:szCs w:val="24"/>
              </w:rPr>
              <w:t>☐</w:t>
            </w:r>
            <w:r w:rsidRPr="008E6085">
              <w:rPr>
                <w:rFonts w:ascii="Times New Roman" w:hAnsi="Times New Roman"/>
                <w:sz w:val="16"/>
                <w:szCs w:val="24"/>
              </w:rPr>
              <w:t xml:space="preserve"> D.1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infrastructura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de transport,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alta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decât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cea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de interes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național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D.2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infrastructură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în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domeniul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energiei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D.3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rețele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comunicații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electronice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și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infrastructurile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fizice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aferente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D.4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gospodărirea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apelor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D.5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hidrotehnice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D.6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miniere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br/>
              <w:t xml:space="preserve">☐ D.7 ·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alte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lucrări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inginerești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necesare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unor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6"/>
                <w:szCs w:val="24"/>
              </w:rPr>
              <w:t>obiective</w:t>
            </w:r>
            <w:proofErr w:type="spellEnd"/>
            <w:r w:rsidRPr="008E6085">
              <w:rPr>
                <w:rFonts w:ascii="Times New Roman" w:hAnsi="Times New Roman"/>
                <w:sz w:val="16"/>
                <w:szCs w:val="24"/>
              </w:rPr>
              <w:t xml:space="preserve"> de interes public</w:t>
            </w:r>
          </w:p>
        </w:tc>
      </w:tr>
    </w:tbl>
    <w:p w14:paraId="4DBBDDFA" w14:textId="77777777" w:rsidR="006C782F" w:rsidRPr="008E6085" w:rsidRDefault="003815A3">
      <w:pPr>
        <w:spacing w:before="60" w:after="40" w:line="240" w:lineRule="auto"/>
        <w:rPr>
          <w:sz w:val="24"/>
          <w:szCs w:val="24"/>
        </w:rPr>
      </w:pPr>
      <w:proofErr w:type="spellStart"/>
      <w:r w:rsidRPr="008E6085">
        <w:rPr>
          <w:rFonts w:ascii="Times New Roman" w:hAnsi="Times New Roman"/>
          <w:sz w:val="18"/>
          <w:szCs w:val="24"/>
          <w:u w:val="single"/>
        </w:rPr>
        <w:t>Punctele</w:t>
      </w:r>
      <w:proofErr w:type="spellEnd"/>
      <w:r w:rsidRPr="008E6085">
        <w:rPr>
          <w:rFonts w:ascii="Times New Roman" w:hAnsi="Times New Roman"/>
          <w:sz w:val="18"/>
          <w:szCs w:val="24"/>
          <w:u w:val="single"/>
        </w:rPr>
        <w:t xml:space="preserve"> 2-9 se </w:t>
      </w:r>
      <w:proofErr w:type="spellStart"/>
      <w:r w:rsidRPr="008E6085">
        <w:rPr>
          <w:rFonts w:ascii="Times New Roman" w:hAnsi="Times New Roman"/>
          <w:sz w:val="18"/>
          <w:szCs w:val="24"/>
          <w:u w:val="single"/>
        </w:rPr>
        <w:t>completeaza</w:t>
      </w:r>
      <w:proofErr w:type="spellEnd"/>
      <w:r w:rsidRPr="008E6085">
        <w:rPr>
          <w:rFonts w:ascii="Times New Roman" w:hAnsi="Times New Roman"/>
          <w:sz w:val="18"/>
          <w:szCs w:val="24"/>
          <w:u w:val="single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  <w:u w:val="single"/>
        </w:rPr>
        <w:t>în</w:t>
      </w:r>
      <w:proofErr w:type="spellEnd"/>
      <w:r w:rsidRPr="008E6085">
        <w:rPr>
          <w:rFonts w:ascii="Times New Roman" w:hAnsi="Times New Roman"/>
          <w:sz w:val="18"/>
          <w:szCs w:val="24"/>
          <w:u w:val="single"/>
        </w:rPr>
        <w:t xml:space="preserve"> cazul </w:t>
      </w:r>
      <w:proofErr w:type="spellStart"/>
      <w:r w:rsidRPr="008E6085">
        <w:rPr>
          <w:rFonts w:ascii="Times New Roman" w:hAnsi="Times New Roman"/>
          <w:sz w:val="18"/>
          <w:szCs w:val="24"/>
          <w:u w:val="single"/>
        </w:rPr>
        <w:t>cladirilor</w:t>
      </w:r>
      <w:proofErr w:type="spellEnd"/>
      <w:r w:rsidRPr="008E6085">
        <w:rPr>
          <w:rFonts w:ascii="Times New Roman" w:hAnsi="Times New Roman"/>
          <w:sz w:val="18"/>
          <w:szCs w:val="24"/>
          <w:u w:val="single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  <w:u w:val="single"/>
        </w:rPr>
        <w:t>si</w:t>
      </w:r>
      <w:proofErr w:type="spellEnd"/>
      <w:r w:rsidRPr="008E6085">
        <w:rPr>
          <w:rFonts w:ascii="Times New Roman" w:hAnsi="Times New Roman"/>
          <w:sz w:val="18"/>
          <w:szCs w:val="24"/>
          <w:u w:val="single"/>
        </w:rPr>
        <w:t xml:space="preserve"> al </w:t>
      </w:r>
      <w:proofErr w:type="spellStart"/>
      <w:r w:rsidRPr="008E6085">
        <w:rPr>
          <w:rFonts w:ascii="Times New Roman" w:hAnsi="Times New Roman"/>
          <w:sz w:val="18"/>
          <w:szCs w:val="24"/>
          <w:u w:val="single"/>
        </w:rPr>
        <w:t>intervențiilor</w:t>
      </w:r>
      <w:proofErr w:type="spellEnd"/>
      <w:r w:rsidRPr="008E6085">
        <w:rPr>
          <w:rFonts w:ascii="Times New Roman" w:hAnsi="Times New Roman"/>
          <w:sz w:val="18"/>
          <w:szCs w:val="24"/>
          <w:u w:val="single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  <w:u w:val="single"/>
        </w:rPr>
        <w:t>asupra</w:t>
      </w:r>
      <w:proofErr w:type="spellEnd"/>
      <w:r w:rsidRPr="008E6085">
        <w:rPr>
          <w:rFonts w:ascii="Times New Roman" w:hAnsi="Times New Roman"/>
          <w:sz w:val="18"/>
          <w:szCs w:val="24"/>
          <w:u w:val="single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  <w:u w:val="single"/>
        </w:rPr>
        <w:t>clădirilor</w:t>
      </w:r>
      <w:proofErr w:type="spellEnd"/>
      <w:r w:rsidRPr="008E6085">
        <w:rPr>
          <w:rFonts w:ascii="Times New Roman" w:hAnsi="Times New Roman"/>
          <w:sz w:val="18"/>
          <w:szCs w:val="24"/>
          <w:u w:val="single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  <w:u w:val="single"/>
        </w:rPr>
        <w:t>existente</w:t>
      </w:r>
      <w:proofErr w:type="spellEnd"/>
      <w:r w:rsidRPr="008E6085">
        <w:rPr>
          <w:rFonts w:ascii="Times New Roman" w:hAnsi="Times New Roman"/>
          <w:sz w:val="18"/>
          <w:szCs w:val="24"/>
          <w:u w:val="single"/>
        </w:rPr>
        <w:t xml:space="preserve">, </w:t>
      </w:r>
      <w:proofErr w:type="spellStart"/>
      <w:r w:rsidRPr="008E6085">
        <w:rPr>
          <w:rFonts w:ascii="Times New Roman" w:hAnsi="Times New Roman"/>
          <w:sz w:val="18"/>
          <w:szCs w:val="24"/>
          <w:u w:val="single"/>
        </w:rPr>
        <w:t>iar</w:t>
      </w:r>
      <w:proofErr w:type="spellEnd"/>
      <w:r w:rsidRPr="008E6085">
        <w:rPr>
          <w:rFonts w:ascii="Times New Roman" w:hAnsi="Times New Roman"/>
          <w:sz w:val="18"/>
          <w:szCs w:val="24"/>
          <w:u w:val="single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  <w:u w:val="single"/>
        </w:rPr>
        <w:t>în</w:t>
      </w:r>
      <w:proofErr w:type="spellEnd"/>
      <w:r w:rsidRPr="008E6085">
        <w:rPr>
          <w:rFonts w:ascii="Times New Roman" w:hAnsi="Times New Roman"/>
          <w:sz w:val="18"/>
          <w:szCs w:val="24"/>
          <w:u w:val="single"/>
        </w:rPr>
        <w:t xml:space="preserve"> cazul </w:t>
      </w:r>
      <w:proofErr w:type="spellStart"/>
      <w:r w:rsidRPr="008E6085">
        <w:rPr>
          <w:rFonts w:ascii="Times New Roman" w:hAnsi="Times New Roman"/>
          <w:sz w:val="18"/>
          <w:szCs w:val="24"/>
          <w:u w:val="single"/>
        </w:rPr>
        <w:t>amenajărilor</w:t>
      </w:r>
      <w:proofErr w:type="spellEnd"/>
      <w:r w:rsidRPr="008E6085">
        <w:rPr>
          <w:rFonts w:ascii="Times New Roman" w:hAnsi="Times New Roman"/>
          <w:sz w:val="18"/>
          <w:szCs w:val="24"/>
          <w:u w:val="single"/>
        </w:rPr>
        <w:t xml:space="preserve"> /lucrărilor </w:t>
      </w:r>
      <w:proofErr w:type="spellStart"/>
      <w:r w:rsidRPr="008E6085">
        <w:rPr>
          <w:rFonts w:ascii="Times New Roman" w:hAnsi="Times New Roman"/>
          <w:sz w:val="18"/>
          <w:szCs w:val="24"/>
          <w:u w:val="single"/>
        </w:rPr>
        <w:t>inginerești</w:t>
      </w:r>
      <w:proofErr w:type="spellEnd"/>
      <w:r w:rsidRPr="008E6085">
        <w:rPr>
          <w:rFonts w:ascii="Times New Roman" w:hAnsi="Times New Roman"/>
          <w:sz w:val="18"/>
          <w:szCs w:val="24"/>
          <w:u w:val="single"/>
        </w:rPr>
        <w:t xml:space="preserve">, </w:t>
      </w:r>
      <w:proofErr w:type="spellStart"/>
      <w:r w:rsidRPr="008E6085">
        <w:rPr>
          <w:rFonts w:ascii="Times New Roman" w:hAnsi="Times New Roman"/>
          <w:sz w:val="18"/>
          <w:szCs w:val="24"/>
          <w:u w:val="single"/>
        </w:rPr>
        <w:t>doar</w:t>
      </w:r>
      <w:proofErr w:type="spellEnd"/>
      <w:r w:rsidRPr="008E6085">
        <w:rPr>
          <w:rFonts w:ascii="Times New Roman" w:hAnsi="Times New Roman"/>
          <w:sz w:val="18"/>
          <w:szCs w:val="24"/>
          <w:u w:val="single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  <w:u w:val="single"/>
        </w:rPr>
        <w:t>dacă</w:t>
      </w:r>
      <w:proofErr w:type="spellEnd"/>
      <w:r w:rsidRPr="008E6085">
        <w:rPr>
          <w:rFonts w:ascii="Times New Roman" w:hAnsi="Times New Roman"/>
          <w:sz w:val="18"/>
          <w:szCs w:val="24"/>
          <w:u w:val="single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  <w:u w:val="single"/>
        </w:rPr>
        <w:t>acestea</w:t>
      </w:r>
      <w:proofErr w:type="spellEnd"/>
      <w:r w:rsidRPr="008E6085">
        <w:rPr>
          <w:rFonts w:ascii="Times New Roman" w:hAnsi="Times New Roman"/>
          <w:sz w:val="18"/>
          <w:szCs w:val="24"/>
          <w:u w:val="single"/>
        </w:rPr>
        <w:t xml:space="preserve"> </w:t>
      </w:r>
      <w:proofErr w:type="spellStart"/>
      <w:r w:rsidRPr="008E6085">
        <w:rPr>
          <w:rFonts w:ascii="Times New Roman" w:hAnsi="Times New Roman"/>
          <w:sz w:val="18"/>
          <w:szCs w:val="24"/>
          <w:u w:val="single"/>
        </w:rPr>
        <w:t>cuprind</w:t>
      </w:r>
      <w:proofErr w:type="spellEnd"/>
      <w:r w:rsidRPr="008E6085">
        <w:rPr>
          <w:rFonts w:ascii="Times New Roman" w:hAnsi="Times New Roman"/>
          <w:sz w:val="18"/>
          <w:szCs w:val="24"/>
          <w:u w:val="single"/>
        </w:rPr>
        <w:t xml:space="preserve"> și </w:t>
      </w:r>
      <w:proofErr w:type="spellStart"/>
      <w:r w:rsidRPr="008E6085">
        <w:rPr>
          <w:rFonts w:ascii="Times New Roman" w:hAnsi="Times New Roman"/>
          <w:sz w:val="18"/>
          <w:szCs w:val="24"/>
          <w:u w:val="single"/>
        </w:rPr>
        <w:t>clădiri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736"/>
        <w:gridCol w:w="2736"/>
        <w:gridCol w:w="2736"/>
      </w:tblGrid>
      <w:tr w:rsidR="006C782F" w:rsidRPr="008E6085" w14:paraId="13FC22CA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8" w:type="dxa"/>
              <w:left w:w="35" w:type="dxa"/>
              <w:bottom w:w="8" w:type="dxa"/>
              <w:right w:w="35" w:type="dxa"/>
            </w:tcMar>
          </w:tcPr>
          <w:p w14:paraId="3B3FA726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2.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DATELE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CARACTERISTICE</w:t>
            </w:r>
            <w:proofErr w:type="spellEnd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 xml:space="preserve"> ALE </w:t>
            </w:r>
            <w:proofErr w:type="spellStart"/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AMPLASAMENTULUI</w:t>
            </w:r>
            <w:proofErr w:type="spellEnd"/>
          </w:p>
        </w:tc>
      </w:tr>
      <w:tr w:rsidR="006C782F" w:rsidRPr="008E6085" w14:paraId="20CB2F18" w14:textId="77777777">
        <w:trPr>
          <w:jc w:val="center"/>
        </w:trPr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4ACF6BE2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Suprafața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terenului (m²)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26AA867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Terenul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este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  <w:t xml:space="preserve">☐ liber de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construcții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   ☐ nu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este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liber de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construcții</w:t>
            </w:r>
            <w:proofErr w:type="spellEnd"/>
          </w:p>
        </w:tc>
      </w:tr>
      <w:tr w:rsidR="006C782F" w:rsidRPr="008E6085" w14:paraId="0318856F" w14:textId="77777777">
        <w:trPr>
          <w:jc w:val="center"/>
        </w:trPr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DDA5D9F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Acces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carosabil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din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  <w:proofErr w:type="spellEnd"/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D46758E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sz w:val="18"/>
                <w:szCs w:val="24"/>
              </w:rPr>
              <w:t>☐</w:t>
            </w:r>
            <w:r w:rsidRPr="008E6085">
              <w:rPr>
                <w:rFonts w:ascii="Times New Roman" w:hAnsi="Times New Roman"/>
                <w:sz w:val="18"/>
                <w:szCs w:val="24"/>
              </w:rPr>
              <w:t xml:space="preserve"> direct     ☐ </w:t>
            </w:r>
            <w:proofErr w:type="spellStart"/>
            <w:r w:rsidRPr="008E6085">
              <w:rPr>
                <w:rFonts w:ascii="Times New Roman" w:hAnsi="Times New Roman"/>
                <w:sz w:val="18"/>
                <w:szCs w:val="24"/>
              </w:rPr>
              <w:t>prin</w:t>
            </w:r>
            <w:proofErr w:type="spellEnd"/>
            <w:r w:rsidRPr="008E6085">
              <w:rPr>
                <w:rFonts w:ascii="Times New Roman" w:hAnsi="Times New Roman"/>
                <w:sz w:val="18"/>
                <w:szCs w:val="24"/>
              </w:rPr>
              <w:t xml:space="preserve"> drum </w:t>
            </w:r>
            <w:proofErr w:type="spellStart"/>
            <w:r w:rsidRPr="008E6085">
              <w:rPr>
                <w:rFonts w:ascii="Times New Roman" w:hAnsi="Times New Roman"/>
                <w:sz w:val="18"/>
                <w:szCs w:val="24"/>
              </w:rPr>
              <w:t>privat</w:t>
            </w:r>
            <w:proofErr w:type="spellEnd"/>
          </w:p>
        </w:tc>
      </w:tr>
      <w:tr w:rsidR="006C782F" w:rsidRPr="008E6085" w14:paraId="0FF779C6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EC39351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sz w:val="18"/>
                <w:szCs w:val="24"/>
              </w:rPr>
              <w:t>☐</w:t>
            </w:r>
            <w:r w:rsidRPr="008E608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8"/>
                <w:szCs w:val="24"/>
              </w:rPr>
              <w:t>terenul</w:t>
            </w:r>
            <w:proofErr w:type="spellEnd"/>
            <w:r w:rsidRPr="008E6085">
              <w:rPr>
                <w:rFonts w:ascii="Times New Roman" w:hAnsi="Times New Roman"/>
                <w:sz w:val="18"/>
                <w:szCs w:val="24"/>
              </w:rPr>
              <w:t xml:space="preserve"> se </w:t>
            </w:r>
            <w:proofErr w:type="spellStart"/>
            <w:r w:rsidRPr="008E6085">
              <w:rPr>
                <w:rFonts w:ascii="Times New Roman" w:hAnsi="Times New Roman"/>
                <w:sz w:val="18"/>
                <w:szCs w:val="24"/>
              </w:rPr>
              <w:t>află</w:t>
            </w:r>
            <w:proofErr w:type="spellEnd"/>
            <w:r w:rsidRPr="008E608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8"/>
                <w:szCs w:val="24"/>
              </w:rPr>
              <w:t>în</w:t>
            </w:r>
            <w:proofErr w:type="spellEnd"/>
            <w:r w:rsidRPr="008E6085">
              <w:rPr>
                <w:rFonts w:ascii="Times New Roman" w:hAnsi="Times New Roman"/>
                <w:sz w:val="18"/>
                <w:szCs w:val="24"/>
              </w:rPr>
              <w:t xml:space="preserve"> zona de </w:t>
            </w:r>
            <w:proofErr w:type="spellStart"/>
            <w:r w:rsidRPr="008E6085">
              <w:rPr>
                <w:rFonts w:ascii="Times New Roman" w:hAnsi="Times New Roman"/>
                <w:sz w:val="18"/>
                <w:szCs w:val="24"/>
              </w:rPr>
              <w:t>protecție</w:t>
            </w:r>
            <w:proofErr w:type="spellEnd"/>
            <w:r w:rsidRPr="008E6085">
              <w:rPr>
                <w:rFonts w:ascii="Times New Roman" w:hAnsi="Times New Roman"/>
                <w:sz w:val="18"/>
                <w:szCs w:val="24"/>
              </w:rPr>
              <w:t xml:space="preserve"> a </w:t>
            </w:r>
            <w:proofErr w:type="spellStart"/>
            <w:r w:rsidRPr="008E6085">
              <w:rPr>
                <w:rFonts w:ascii="Times New Roman" w:hAnsi="Times New Roman"/>
                <w:sz w:val="18"/>
                <w:szCs w:val="24"/>
              </w:rPr>
              <w:t>monumentelor</w:t>
            </w:r>
            <w:proofErr w:type="spellEnd"/>
            <w:r w:rsidRPr="008E608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8"/>
                <w:szCs w:val="24"/>
              </w:rPr>
              <w:t>istorice</w:t>
            </w:r>
            <w:proofErr w:type="spellEnd"/>
            <w:r w:rsidRPr="008E6085">
              <w:rPr>
                <w:rFonts w:ascii="Times New Roman" w:hAnsi="Times New Roman"/>
                <w:sz w:val="18"/>
                <w:szCs w:val="24"/>
              </w:rPr>
              <w:t xml:space="preserve">     ☐ </w:t>
            </w:r>
            <w:proofErr w:type="spellStart"/>
            <w:r w:rsidRPr="008E6085">
              <w:rPr>
                <w:rFonts w:ascii="Times New Roman" w:hAnsi="Times New Roman"/>
                <w:sz w:val="18"/>
                <w:szCs w:val="24"/>
              </w:rPr>
              <w:t>terenul</w:t>
            </w:r>
            <w:proofErr w:type="spellEnd"/>
            <w:r w:rsidRPr="008E6085">
              <w:rPr>
                <w:rFonts w:ascii="Times New Roman" w:hAnsi="Times New Roman"/>
                <w:sz w:val="18"/>
                <w:szCs w:val="24"/>
              </w:rPr>
              <w:t xml:space="preserve"> se </w:t>
            </w:r>
            <w:proofErr w:type="spellStart"/>
            <w:r w:rsidRPr="008E6085">
              <w:rPr>
                <w:rFonts w:ascii="Times New Roman" w:hAnsi="Times New Roman"/>
                <w:sz w:val="18"/>
                <w:szCs w:val="24"/>
              </w:rPr>
              <w:t>află</w:t>
            </w:r>
            <w:proofErr w:type="spellEnd"/>
            <w:r w:rsidRPr="008E608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8"/>
                <w:szCs w:val="24"/>
              </w:rPr>
              <w:t>în</w:t>
            </w:r>
            <w:proofErr w:type="spellEnd"/>
            <w:r w:rsidRPr="008E6085">
              <w:rPr>
                <w:rFonts w:ascii="Times New Roman" w:hAnsi="Times New Roman"/>
                <w:sz w:val="18"/>
                <w:szCs w:val="24"/>
              </w:rPr>
              <w:t xml:space="preserve"> zone </w:t>
            </w:r>
            <w:proofErr w:type="spellStart"/>
            <w:r w:rsidRPr="008E6085">
              <w:rPr>
                <w:rFonts w:ascii="Times New Roman" w:hAnsi="Times New Roman"/>
                <w:sz w:val="18"/>
                <w:szCs w:val="24"/>
              </w:rPr>
              <w:t>construite</w:t>
            </w:r>
            <w:proofErr w:type="spellEnd"/>
            <w:r w:rsidRPr="008E6085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sz w:val="18"/>
                <w:szCs w:val="24"/>
              </w:rPr>
              <w:t>protejate</w:t>
            </w:r>
            <w:proofErr w:type="spellEnd"/>
          </w:p>
        </w:tc>
      </w:tr>
      <w:tr w:rsidR="006C782F" w:rsidRPr="008E6085" w14:paraId="4B37A92E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4076843" w14:textId="7138B64B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Servituți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</w:p>
        </w:tc>
      </w:tr>
      <w:tr w:rsidR="006C782F" w:rsidRPr="008E6085" w14:paraId="47A1AF55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3162378F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Tip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amplasare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proofErr w:type="spellStart"/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izolat</w:t>
            </w:r>
            <w:proofErr w:type="spellEnd"/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· </w:t>
            </w:r>
            <w:proofErr w:type="spellStart"/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cuplat</w:t>
            </w:r>
            <w:proofErr w:type="spellEnd"/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· </w:t>
            </w:r>
            <w:proofErr w:type="spellStart"/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înșiruit</w:t>
            </w:r>
            <w:proofErr w:type="spellEnd"/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1FFA275E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Tipologie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morfologie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urbană</w:t>
            </w:r>
            <w:proofErr w:type="spellEnd"/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AC50063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Front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construit</w:t>
            </w:r>
            <w:proofErr w:type="spellEnd"/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2ACBB7E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Curte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interioară</w:t>
            </w:r>
            <w:proofErr w:type="spellEnd"/>
          </w:p>
        </w:tc>
      </w:tr>
      <w:tr w:rsidR="006C782F" w:rsidRPr="008E6085" w14:paraId="6E307A41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0D03290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Amplasarea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clădirilor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pe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teren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, după realizarea lucrărilor —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retragerile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minime</w:t>
            </w:r>
            <w:proofErr w:type="spellEnd"/>
            <w:r w:rsidRPr="008E6085">
              <w:rPr>
                <w:rFonts w:ascii="Times New Roman" w:hAnsi="Times New Roman"/>
                <w:i/>
                <w:sz w:val="16"/>
                <w:szCs w:val="24"/>
              </w:rPr>
              <w:br/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față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aliniament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 (m)         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față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limita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 lateral-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dreapta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 (m)         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față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limita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 lateral-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stânga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 (m)         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față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limita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posterioară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 xml:space="preserve"> (m)</w:t>
            </w:r>
          </w:p>
        </w:tc>
      </w:tr>
      <w:tr w:rsidR="006C782F" w:rsidRPr="008E6085" w14:paraId="0C358B55" w14:textId="77777777">
        <w:trPr>
          <w:jc w:val="center"/>
        </w:trPr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54CEF571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Procent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ocupare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a terenului (%)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  <w:t xml:space="preserve">Existent:                       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Propus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: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" w:type="dxa"/>
              <w:left w:w="35" w:type="dxa"/>
              <w:bottom w:w="8" w:type="dxa"/>
              <w:right w:w="35" w:type="dxa"/>
            </w:tcMar>
          </w:tcPr>
          <w:p w14:paraId="22AAC433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Coeficient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de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utilizare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a terenului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  <w:t xml:space="preserve">Existent:                        </w:t>
            </w:r>
            <w:proofErr w:type="spellStart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Propus</w:t>
            </w:r>
            <w:proofErr w:type="spellEnd"/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:</w:t>
            </w:r>
          </w:p>
        </w:tc>
      </w:tr>
    </w:tbl>
    <w:p w14:paraId="7D2EF532" w14:textId="77777777" w:rsidR="006C782F" w:rsidRPr="008E6085" w:rsidRDefault="003815A3">
      <w:pPr>
        <w:rPr>
          <w:sz w:val="24"/>
          <w:szCs w:val="24"/>
        </w:rPr>
      </w:pPr>
      <w:r w:rsidRPr="008E6085">
        <w:rPr>
          <w:sz w:val="24"/>
          <w:szCs w:val="24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736"/>
        <w:gridCol w:w="2736"/>
        <w:gridCol w:w="2736"/>
      </w:tblGrid>
      <w:tr w:rsidR="006C782F" w:rsidRPr="008E6085" w14:paraId="3BBDEDCC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6" w:type="dxa"/>
              <w:right w:w="35" w:type="dxa"/>
            </w:tcMar>
          </w:tcPr>
          <w:p w14:paraId="0D817DA5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lastRenderedPageBreak/>
              <w:t>3. SUPRAFEȚE</w:t>
            </w:r>
          </w:p>
        </w:tc>
      </w:tr>
      <w:tr w:rsidR="006C782F" w:rsidRPr="008E6085" w14:paraId="3C157C0B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0587033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0000"/>
                <w:sz w:val="18"/>
                <w:szCs w:val="24"/>
              </w:rPr>
              <w:t>clădiri existente, din care: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BD4F3C5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Suprafață construită (m²)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398C2F5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Suprafață desfășurată (m²)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67BF290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Suprafață utilă (m²)</w:t>
            </w:r>
          </w:p>
        </w:tc>
      </w:tr>
      <w:tr w:rsidR="006C782F" w:rsidRPr="008E6085" w14:paraId="72B4654B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F4483E5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sz w:val="16"/>
                <w:szCs w:val="24"/>
              </w:rPr>
              <w:t>— desființate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284B020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7657D7C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B8BF149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</w:tr>
      <w:tr w:rsidR="006C782F" w:rsidRPr="008E6085" w14:paraId="5F3A2958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D9EDE1E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sz w:val="16"/>
                <w:szCs w:val="24"/>
              </w:rPr>
              <w:t>— menținute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2BBDFB8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C825FE0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0A4D988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</w:tr>
      <w:tr w:rsidR="006C782F" w:rsidRPr="008E6085" w14:paraId="71AED0FC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551073C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sz w:val="16"/>
                <w:szCs w:val="24"/>
              </w:rPr>
              <w:t>clădiri propuse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08F62B7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37CAB8C2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71EBFBE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</w:tr>
      <w:tr w:rsidR="006C782F" w:rsidRPr="008E6085" w14:paraId="0D66624F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A944237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6"/>
                <w:szCs w:val="24"/>
              </w:rPr>
              <w:t>TOTAL (menținute + propuse)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4BD1CC3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6052414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E45F8CA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</w:tr>
    </w:tbl>
    <w:p w14:paraId="2BD62D2B" w14:textId="77777777" w:rsidR="006C782F" w:rsidRPr="008E6085" w:rsidRDefault="006C782F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736"/>
        <w:gridCol w:w="2736"/>
        <w:gridCol w:w="2736"/>
      </w:tblGrid>
      <w:tr w:rsidR="006C782F" w:rsidRPr="008E6085" w14:paraId="6940D015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6" w:type="dxa"/>
              <w:right w:w="35" w:type="dxa"/>
            </w:tcMar>
          </w:tcPr>
          <w:p w14:paraId="528F9480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4. FIȘA CLĂDIRII (se completează câte una pentru fiecare imobil)</w:t>
            </w:r>
          </w:p>
        </w:tc>
      </w:tr>
      <w:tr w:rsidR="006C782F" w:rsidRPr="008E6085" w14:paraId="023AE6B8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67BB0CF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6"/>
                <w:szCs w:val="24"/>
              </w:rPr>
              <w:t>Identificarea clădirii în registru</w:t>
            </w:r>
          </w:p>
        </w:tc>
      </w:tr>
      <w:tr w:rsidR="006C782F" w:rsidRPr="008E6085" w14:paraId="03F16394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8B1DB84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NIS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numărul din Registrul Național al Clădirilor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A3F130C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 cadastral al clădirii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forma 123456-C1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0CA97C3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Identificator e-Terra (IE)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72CFCF7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 carte funciară</w:t>
            </w:r>
          </w:p>
        </w:tc>
      </w:tr>
      <w:tr w:rsidR="006C782F" w:rsidRPr="008E6085" w14:paraId="57DB4B3B" w14:textId="77777777">
        <w:trPr>
          <w:jc w:val="center"/>
        </w:trPr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E85E20E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Tipul obiectului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  <w:t>☐ clădire   ☐ corp de clădire   ☐ unități locative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13E2341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Clădirea este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  <w:t>☐ existentă     ☐ propusă prin proiect</w:t>
            </w:r>
          </w:p>
        </w:tc>
      </w:tr>
      <w:tr w:rsidR="006C782F" w:rsidRPr="008E6085" w14:paraId="6E8AEB25" w14:textId="77777777">
        <w:trPr>
          <w:jc w:val="center"/>
        </w:trPr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2E1EF60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Denumirea clădirii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0A900A8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Descriere</w:t>
            </w:r>
          </w:p>
        </w:tc>
      </w:tr>
      <w:tr w:rsidR="006C782F" w:rsidRPr="008E6085" w14:paraId="5EAB94F5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26BDA89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CARACTERISTICI ALE CLĂDIRII</w:t>
            </w:r>
            <w:r w:rsidRPr="008E6085">
              <w:rPr>
                <w:rFonts w:ascii="Times New Roman" w:hAnsi="Times New Roman"/>
                <w:i/>
                <w:sz w:val="16"/>
                <w:szCs w:val="24"/>
              </w:rPr>
              <w:br/>
            </w:r>
            <w:r w:rsidRPr="008E6085">
              <w:rPr>
                <w:rFonts w:ascii="Times New Roman" w:hAnsi="Times New Roman"/>
                <w:i/>
                <w:sz w:val="16"/>
                <w:szCs w:val="24"/>
              </w:rPr>
              <w:t>(În cazul intervențiilor asupra clădirilor existente, pentru fiecare câmp, se vor preciza caracteristicile clădirii existente/respectiv ale celei propuse)</w:t>
            </w:r>
          </w:p>
        </w:tc>
      </w:tr>
      <w:tr w:rsidR="006C782F" w:rsidRPr="008E6085" w14:paraId="78194AC8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77E5703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Destinația / funcțiunea principală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(existent/propus)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4DD1064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Funcțiuni secundare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(existent/propus)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FCAA15F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Regim juridic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B9D9992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Zonă fiscală</w:t>
            </w:r>
          </w:p>
        </w:tc>
      </w:tr>
      <w:tr w:rsidR="006C782F" w:rsidRPr="008E6085" w14:paraId="77470505" w14:textId="77777777">
        <w:trPr>
          <w:jc w:val="center"/>
        </w:trPr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D56C533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Anul construirii / Anul ultimei renovări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la clădirile existente / dacă e cazul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4D8411F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Durata de viață estimată (ani)</w:t>
            </w:r>
          </w:p>
        </w:tc>
      </w:tr>
      <w:tr w:rsidR="006C782F" w:rsidRPr="008E6085" w14:paraId="10569C31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A988AF2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Regim de înălțime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ex. S+P+2E+M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917691D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Înălțimea la cornișă (m)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(existent/propus)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2285979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Înălțimea maximă (m)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(existent/propus)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0FD4BEE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Cota terenului amenajat / natural (m)</w:t>
            </w:r>
          </w:p>
        </w:tc>
      </w:tr>
      <w:tr w:rsidR="006C782F" w:rsidRPr="008E6085" w14:paraId="51522E32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5B2B627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Suprafața construită (m²)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402DDE9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Suprafața desfășurată (m²)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D07E672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Suprafața utilă (m²)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3208319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Volum construit (m³)</w:t>
            </w:r>
          </w:p>
        </w:tc>
      </w:tr>
      <w:tr w:rsidR="006C782F" w:rsidRPr="008E6085" w14:paraId="65E1568B" w14:textId="77777777">
        <w:trPr>
          <w:jc w:val="center"/>
        </w:trPr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8C32561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Sistem structural / Material structural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(existent/propus)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17DE5AF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Clasa de risc seismic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Rs I ... Rs IV</w:t>
            </w:r>
          </w:p>
        </w:tc>
      </w:tr>
      <w:tr w:rsidR="006C782F" w:rsidRPr="008E6085" w14:paraId="77E3223C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0C208E3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Acoperiș / învelitoare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ș</w:t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arpantă sau terasă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EDB9FA3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Învelitoare (material / culoare)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A8832BD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Finisaj / tâmplărie exterioară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material, culoare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60F66AF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Sistem de încălzire</w:t>
            </w:r>
          </w:p>
        </w:tc>
      </w:tr>
      <w:tr w:rsidR="006C782F" w:rsidRPr="008E6085" w14:paraId="466004C6" w14:textId="77777777">
        <w:trPr>
          <w:jc w:val="center"/>
        </w:trPr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FA54FC1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Nivel de stabilitate la incendiu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(existent/propus)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3F197F9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 maxim utilizatori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(existent/propus)</w:t>
            </w:r>
          </w:p>
        </w:tc>
      </w:tr>
    </w:tbl>
    <w:p w14:paraId="6CA3E72F" w14:textId="77777777" w:rsidR="006C782F" w:rsidRPr="008E6085" w:rsidRDefault="006C782F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736"/>
        <w:gridCol w:w="2736"/>
        <w:gridCol w:w="2736"/>
      </w:tblGrid>
      <w:tr w:rsidR="006C782F" w:rsidRPr="008E6085" w14:paraId="10BE84D1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6" w:type="dxa"/>
              <w:right w:w="35" w:type="dxa"/>
            </w:tcMar>
          </w:tcPr>
          <w:p w14:paraId="66E8EC4F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5. CAPACITĂȚILE FUNCȚIONALE ALE CONSTRUCȚIILOR PROIECTATE</w:t>
            </w:r>
          </w:p>
        </w:tc>
      </w:tr>
      <w:tr w:rsidR="006C782F" w:rsidRPr="008E6085" w14:paraId="4F8DABCD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7FA11E6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sz w:val="16"/>
                <w:szCs w:val="24"/>
              </w:rPr>
              <w:t>Construcții de locuințe</w:t>
            </w:r>
            <w:r w:rsidRPr="008E6085">
              <w:rPr>
                <w:rFonts w:ascii="Times New Roman" w:hAnsi="Times New Roman"/>
                <w:sz w:val="16"/>
                <w:szCs w:val="24"/>
              </w:rPr>
              <w:br/>
              <w:t>☐ principale (permanente)   ☐ sezoniere (de vacanță)   ☐ pentru închiriere   ☐ sociale   ☐ de serviciu   ☐ de necesitate   ☐ de intervenție   ☐ de protocol</w:t>
            </w:r>
          </w:p>
        </w:tc>
      </w:tr>
      <w:tr w:rsidR="006C782F" w:rsidRPr="008E6085" w14:paraId="1349E4CA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904AC12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6"/>
                <w:szCs w:val="24"/>
              </w:rPr>
              <w:t>Număr de apartamente:   cu 1 cameră: ____   2 camere: ____   3 camere: ____   4 camere: ____   5+ camere: ____</w:t>
            </w:r>
          </w:p>
        </w:tc>
      </w:tr>
      <w:tr w:rsidR="006C782F" w:rsidRPr="008E6085" w14:paraId="2BDD43F8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4DAE058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6"/>
                <w:szCs w:val="24"/>
              </w:rPr>
              <w:t>Construcții pentru instituții publice și servicii</w:t>
            </w:r>
          </w:p>
        </w:tc>
      </w:tr>
      <w:tr w:rsidR="006C782F" w:rsidRPr="008E6085" w14:paraId="3B02F1E4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2855D2E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sănătate — nr. de paturi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3154909E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învățământ — nr. săli / locuri / grupe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43CCE40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cultură — nr. de locuri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BC12059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hoteliere — nr. camere / locuri</w:t>
            </w:r>
          </w:p>
        </w:tc>
      </w:tr>
      <w:tr w:rsidR="006C782F" w:rsidRPr="008E6085" w14:paraId="04217103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B067F88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culte — nr. de locuri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3577E17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administrative / financiare — nr. pers.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E8D1199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comerț / servicii / sport — nr. pers.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4E8DADF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agricole / producție / depozitare</w:t>
            </w:r>
          </w:p>
        </w:tc>
      </w:tr>
      <w:tr w:rsidR="006C782F" w:rsidRPr="008E6085" w14:paraId="1E0B8C92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1F924F5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Alte caracteristici ale capacităților funcționale, necuprinse mai sus</w:t>
            </w:r>
          </w:p>
        </w:tc>
      </w:tr>
    </w:tbl>
    <w:p w14:paraId="3C1C6E0B" w14:textId="77777777" w:rsidR="006C782F" w:rsidRPr="008E6085" w:rsidRDefault="003815A3">
      <w:pPr>
        <w:rPr>
          <w:sz w:val="24"/>
          <w:szCs w:val="24"/>
        </w:rPr>
      </w:pPr>
      <w:r w:rsidRPr="008E6085">
        <w:rPr>
          <w:sz w:val="24"/>
          <w:szCs w:val="24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2736"/>
        <w:gridCol w:w="2736"/>
        <w:gridCol w:w="2736"/>
      </w:tblGrid>
      <w:tr w:rsidR="006C782F" w:rsidRPr="008E6085" w14:paraId="56A2B21F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6" w:type="dxa"/>
              <w:right w:w="35" w:type="dxa"/>
            </w:tcMar>
          </w:tcPr>
          <w:p w14:paraId="29B66DE5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lastRenderedPageBreak/>
              <w:t>6. UTILITĂȚI · GARAJE ȘI PARCAJE · AMENAJĂRI EXTERIOARE</w:t>
            </w:r>
          </w:p>
        </w:tc>
      </w:tr>
      <w:tr w:rsidR="006C782F" w:rsidRPr="008E6085" w14:paraId="7C958349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3A98377D" w14:textId="77777777" w:rsidR="006C782F" w:rsidRPr="008E6085" w:rsidRDefault="003815A3">
            <w:pPr>
              <w:spacing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sz w:val="16"/>
                <w:szCs w:val="24"/>
              </w:rPr>
              <w:t>☐</w:t>
            </w:r>
            <w:r w:rsidRPr="008E6085">
              <w:rPr>
                <w:rFonts w:ascii="Times New Roman" w:hAnsi="Times New Roman"/>
                <w:sz w:val="16"/>
                <w:szCs w:val="24"/>
              </w:rPr>
              <w:t xml:space="preserve"> apă   ☐ canalizare   ☐ energie electrică   ☐ energie termică   ☐ gaze naturale   ☐ telefonizare   ☐ salubritate   ☐ transport urban   ☐ alte utilități</w:t>
            </w:r>
          </w:p>
        </w:tc>
      </w:tr>
      <w:tr w:rsidR="006C782F" w:rsidRPr="008E6085" w14:paraId="6B7299A4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EDA6F4C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garaje — nr. locuri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CEC801D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parcaje — nr. locuri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7FBB9A4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parcaje pentru biciclete — nr. locuri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F0DB201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alei carosabile / parcaje sol (m²)</w:t>
            </w:r>
          </w:p>
        </w:tc>
      </w:tr>
      <w:tr w:rsidR="006C782F" w:rsidRPr="008E6085" w14:paraId="71DE4506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67D1B25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alei pietonale (m²)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88729F1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alte platforme nivel sol (m²)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deșeuri etc.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460D1AC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arbori tăiați / menținuți / plantați (nr.)</w:t>
            </w:r>
          </w:p>
        </w:tc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158AC7E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spații verzi (m²)</w:t>
            </w:r>
          </w:p>
        </w:tc>
      </w:tr>
    </w:tbl>
    <w:p w14:paraId="770ADCB4" w14:textId="77777777" w:rsidR="006C782F" w:rsidRPr="008E6085" w:rsidRDefault="006C782F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72"/>
        <w:gridCol w:w="5472"/>
      </w:tblGrid>
      <w:tr w:rsidR="006C782F" w:rsidRPr="008E6085" w14:paraId="0849C1B1" w14:textId="77777777">
        <w:trPr>
          <w:jc w:val="center"/>
        </w:trPr>
        <w:tc>
          <w:tcPr>
            <w:tcW w:w="1094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6" w:type="dxa"/>
              <w:right w:w="35" w:type="dxa"/>
            </w:tcMar>
          </w:tcPr>
          <w:p w14:paraId="76C1EA63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7. MĂSURI DE PROTECȚIE A MEDIULUI/SECURITATE LA INCENDIU/PROTECȚIE CIVILĂ</w:t>
            </w:r>
          </w:p>
        </w:tc>
      </w:tr>
      <w:tr w:rsidR="006C782F" w:rsidRPr="008E6085" w14:paraId="70C97980" w14:textId="77777777">
        <w:trPr>
          <w:jc w:val="center"/>
        </w:trPr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098622B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Modul de evacuare a deșeurilor</w:t>
            </w:r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0FACE4F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Alte măsuri de securitate la incendiu și protecție civilă</w:t>
            </w:r>
          </w:p>
        </w:tc>
      </w:tr>
      <w:tr w:rsidR="006C782F" w:rsidRPr="008E6085" w14:paraId="19182917" w14:textId="77777777">
        <w:trPr>
          <w:jc w:val="center"/>
        </w:trPr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C47044E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Măsuri de protecție a mediului</w:t>
            </w:r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B7D1840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Alte măsuri specifice:</w:t>
            </w:r>
          </w:p>
        </w:tc>
      </w:tr>
    </w:tbl>
    <w:p w14:paraId="4EED2907" w14:textId="77777777" w:rsidR="006C782F" w:rsidRPr="008E6085" w:rsidRDefault="006C782F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648"/>
        <w:gridCol w:w="3648"/>
      </w:tblGrid>
      <w:tr w:rsidR="006C782F" w:rsidRPr="008E6085" w14:paraId="25B5010D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15" w:type="dxa"/>
              <w:right w:w="35" w:type="dxa"/>
            </w:tcMar>
          </w:tcPr>
          <w:p w14:paraId="7B4BCAEE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8. ÎNTOCMIT</w:t>
            </w:r>
          </w:p>
        </w:tc>
      </w:tr>
      <w:tr w:rsidR="006C782F" w:rsidRPr="008E6085" w14:paraId="1819A54C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15" w:type="dxa"/>
              <w:right w:w="35" w:type="dxa"/>
            </w:tcMar>
          </w:tcPr>
          <w:p w14:paraId="2BF61B7A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Numele și prenumele / firma și reprezentantul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15" w:type="dxa"/>
              <w:right w:w="35" w:type="dxa"/>
            </w:tcMar>
          </w:tcPr>
          <w:p w14:paraId="1B88E34D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15" w:type="dxa"/>
              <w:right w:w="35" w:type="dxa"/>
            </w:tcMar>
          </w:tcPr>
          <w:p w14:paraId="6D84BB7D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Semnătura și parafa</w:t>
            </w:r>
          </w:p>
        </w:tc>
      </w:tr>
    </w:tbl>
    <w:p w14:paraId="2AE703E4" w14:textId="77777777" w:rsidR="006C782F" w:rsidRPr="008E6085" w:rsidRDefault="006C782F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648"/>
        <w:gridCol w:w="3648"/>
      </w:tblGrid>
      <w:tr w:rsidR="006C782F" w:rsidRPr="008E6085" w14:paraId="6D34FA45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6" w:type="dxa"/>
              <w:right w:w="35" w:type="dxa"/>
            </w:tcMar>
          </w:tcPr>
          <w:p w14:paraId="7B8D0CE7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9. COMUNICAREA ÎN REGISTRUL NAȚIONAL AL CLĂDIRILOR</w:t>
            </w:r>
          </w:p>
        </w:tc>
      </w:tr>
      <w:tr w:rsidR="006C782F" w:rsidRPr="008E6085" w14:paraId="536B63D6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47208C0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Clădirea a fost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  <w:t>☐ identificată în registru   ☐ declarată acum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5C685F1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NIS atribuit / confirmat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6C0D405F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Cod investiție</w:t>
            </w: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8E608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dacă lucrarea e legată de o investiție</w:t>
            </w:r>
          </w:p>
        </w:tc>
      </w:tr>
      <w:tr w:rsidR="006C782F" w:rsidRPr="008E6085" w14:paraId="7F57C2CB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59E1F52A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 comunicării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C871FBA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Numărul tranzacției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76D909BE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Comunicat de</w:t>
            </w:r>
          </w:p>
        </w:tc>
      </w:tr>
    </w:tbl>
    <w:p w14:paraId="64D8E0DA" w14:textId="77777777" w:rsidR="006C782F" w:rsidRPr="008E6085" w:rsidRDefault="003815A3">
      <w:pPr>
        <w:spacing w:before="80" w:after="40" w:line="240" w:lineRule="auto"/>
        <w:rPr>
          <w:sz w:val="24"/>
          <w:szCs w:val="24"/>
        </w:rPr>
      </w:pPr>
      <w:r w:rsidRPr="008E6085">
        <w:rPr>
          <w:rFonts w:ascii="Times New Roman" w:hAnsi="Times New Roman"/>
          <w:sz w:val="18"/>
          <w:szCs w:val="24"/>
          <w:u w:val="single"/>
        </w:rPr>
        <w:t>Punctele 10-13 se completează în cazul amenajărilor /lucrărilor inginerești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1824"/>
        <w:gridCol w:w="1824"/>
        <w:gridCol w:w="3648"/>
      </w:tblGrid>
      <w:tr w:rsidR="006C782F" w:rsidRPr="008E6085" w14:paraId="2A813EF9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12" w:type="dxa"/>
              <w:right w:w="35" w:type="dxa"/>
            </w:tcMar>
          </w:tcPr>
          <w:p w14:paraId="6F36F5D1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10. DATELE CARACTERISTICE ALE AMPLASAMENTULUI</w:t>
            </w:r>
          </w:p>
        </w:tc>
      </w:tr>
      <w:tr w:rsidR="006C782F" w:rsidRPr="008E6085" w14:paraId="7A65A9EF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12" w:type="dxa"/>
              <w:right w:w="35" w:type="dxa"/>
            </w:tcMar>
          </w:tcPr>
          <w:p w14:paraId="3B59AD99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</w:tr>
      <w:tr w:rsidR="006C782F" w:rsidRPr="008E6085" w14:paraId="7891C5DB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12" w:type="dxa"/>
              <w:right w:w="35" w:type="dxa"/>
            </w:tcMar>
          </w:tcPr>
          <w:p w14:paraId="2935307C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11. CARACTERISTICI TEHNICE ȘI CAPACITĂȚI FUNCȚIONALE  SPECIFICE</w:t>
            </w:r>
          </w:p>
        </w:tc>
      </w:tr>
      <w:tr w:rsidR="006C782F" w:rsidRPr="008E6085" w14:paraId="0C68FCA0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12" w:type="dxa"/>
              <w:right w:w="35" w:type="dxa"/>
            </w:tcMar>
          </w:tcPr>
          <w:p w14:paraId="0B606756" w14:textId="77777777" w:rsidR="006C782F" w:rsidRPr="008E6085" w:rsidRDefault="006C782F">
            <w:pPr>
              <w:rPr>
                <w:sz w:val="24"/>
                <w:szCs w:val="24"/>
              </w:rPr>
            </w:pPr>
          </w:p>
        </w:tc>
      </w:tr>
      <w:tr w:rsidR="006C782F" w:rsidRPr="008E6085" w14:paraId="301F9DC7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6" w:type="dxa"/>
              <w:right w:w="35" w:type="dxa"/>
            </w:tcMar>
          </w:tcPr>
          <w:p w14:paraId="32B04A50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12. MĂSURI DE PROTECȚIE A MEDIULUI / SECURITATE LA INCENDIU</w:t>
            </w:r>
          </w:p>
        </w:tc>
      </w:tr>
      <w:tr w:rsidR="006C782F" w:rsidRPr="008E6085" w14:paraId="1FBBE6B6" w14:textId="77777777">
        <w:trPr>
          <w:jc w:val="center"/>
        </w:trPr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47F4B668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Modul de evacuare a deșeurilor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120688D4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Măsuri de securitate la incendiu</w:t>
            </w:r>
          </w:p>
        </w:tc>
      </w:tr>
      <w:tr w:rsidR="006C782F" w:rsidRPr="008E6085" w14:paraId="3DD30EE4" w14:textId="77777777">
        <w:trPr>
          <w:jc w:val="center"/>
        </w:trPr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068EA8B7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Măsuri de protecție a mediului</w:t>
            </w:r>
          </w:p>
        </w:tc>
        <w:tc>
          <w:tcPr>
            <w:tcW w:w="54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6" w:type="dxa"/>
              <w:right w:w="35" w:type="dxa"/>
            </w:tcMar>
          </w:tcPr>
          <w:p w14:paraId="29EB2ABB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Alte măsuri specifice</w:t>
            </w:r>
          </w:p>
        </w:tc>
      </w:tr>
      <w:tr w:rsidR="006C782F" w:rsidRPr="008E6085" w14:paraId="43F302E3" w14:textId="77777777">
        <w:trPr>
          <w:jc w:val="center"/>
        </w:trPr>
        <w:tc>
          <w:tcPr>
            <w:tcW w:w="109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6" w:type="dxa"/>
              <w:left w:w="35" w:type="dxa"/>
              <w:bottom w:w="15" w:type="dxa"/>
              <w:right w:w="35" w:type="dxa"/>
            </w:tcMar>
          </w:tcPr>
          <w:p w14:paraId="64EF1B31" w14:textId="77777777" w:rsidR="006C782F" w:rsidRPr="008E6085" w:rsidRDefault="003815A3">
            <w:pPr>
              <w:spacing w:before="10" w:after="1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sz w:val="18"/>
                <w:szCs w:val="24"/>
              </w:rPr>
              <w:t>13. ÎNTOCMIT</w:t>
            </w:r>
          </w:p>
        </w:tc>
      </w:tr>
      <w:tr w:rsidR="006C782F" w:rsidRPr="008E6085" w14:paraId="6C530DA8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15" w:type="dxa"/>
              <w:right w:w="35" w:type="dxa"/>
            </w:tcMar>
          </w:tcPr>
          <w:p w14:paraId="5CC2A15E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Numele și prenumele / firma și reprezentantul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15" w:type="dxa"/>
              <w:right w:w="35" w:type="dxa"/>
            </w:tcMar>
          </w:tcPr>
          <w:p w14:paraId="31B58A5C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" w:type="dxa"/>
              <w:left w:w="35" w:type="dxa"/>
              <w:bottom w:w="15" w:type="dxa"/>
              <w:right w:w="35" w:type="dxa"/>
            </w:tcMar>
          </w:tcPr>
          <w:p w14:paraId="1C89C4E4" w14:textId="77777777" w:rsidR="006C782F" w:rsidRPr="008E6085" w:rsidRDefault="003815A3">
            <w:pPr>
              <w:spacing w:after="0" w:line="240" w:lineRule="auto"/>
              <w:rPr>
                <w:sz w:val="24"/>
                <w:szCs w:val="24"/>
              </w:rPr>
            </w:pPr>
            <w:r w:rsidRPr="008E608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Semnătura și parafa</w:t>
            </w:r>
          </w:p>
        </w:tc>
      </w:tr>
    </w:tbl>
    <w:p w14:paraId="493FD407" w14:textId="77777777" w:rsidR="00CF7E1D" w:rsidRPr="008E6085" w:rsidRDefault="00CF7E1D">
      <w:pPr>
        <w:rPr>
          <w:sz w:val="24"/>
          <w:szCs w:val="24"/>
        </w:rPr>
      </w:pPr>
    </w:p>
    <w:sectPr w:rsidR="00CF7E1D" w:rsidRPr="008E6085" w:rsidSect="000C29A5">
      <w:footerReference w:type="default" r:id="rId9"/>
      <w:pgSz w:w="11906" w:h="16838" w:code="9"/>
      <w:pgMar w:top="504" w:right="648" w:bottom="504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C53A" w14:textId="77777777" w:rsidR="003815A3" w:rsidRDefault="003815A3">
      <w:pPr>
        <w:spacing w:after="0" w:line="240" w:lineRule="auto"/>
      </w:pPr>
      <w:r>
        <w:separator/>
      </w:r>
    </w:p>
  </w:endnote>
  <w:endnote w:type="continuationSeparator" w:id="0">
    <w:p w14:paraId="59D7DE84" w14:textId="77777777" w:rsidR="003815A3" w:rsidRDefault="00381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AC7B" w14:textId="39D7CFD2" w:rsidR="006C782F" w:rsidRDefault="006C782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A7488" w14:textId="77777777" w:rsidR="003815A3" w:rsidRDefault="003815A3">
      <w:pPr>
        <w:spacing w:after="0" w:line="240" w:lineRule="auto"/>
      </w:pPr>
      <w:r>
        <w:separator/>
      </w:r>
    </w:p>
  </w:footnote>
  <w:footnote w:type="continuationSeparator" w:id="0">
    <w:p w14:paraId="14150AF0" w14:textId="77777777" w:rsidR="003815A3" w:rsidRDefault="00381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5083789">
    <w:abstractNumId w:val="8"/>
  </w:num>
  <w:num w:numId="2" w16cid:durableId="1217283027">
    <w:abstractNumId w:val="6"/>
  </w:num>
  <w:num w:numId="3" w16cid:durableId="484391773">
    <w:abstractNumId w:val="5"/>
  </w:num>
  <w:num w:numId="4" w16cid:durableId="329137123">
    <w:abstractNumId w:val="4"/>
  </w:num>
  <w:num w:numId="5" w16cid:durableId="2051299653">
    <w:abstractNumId w:val="7"/>
  </w:num>
  <w:num w:numId="6" w16cid:durableId="972297197">
    <w:abstractNumId w:val="3"/>
  </w:num>
  <w:num w:numId="7" w16cid:durableId="1428384972">
    <w:abstractNumId w:val="2"/>
  </w:num>
  <w:num w:numId="8" w16cid:durableId="966398259">
    <w:abstractNumId w:val="1"/>
  </w:num>
  <w:num w:numId="9" w16cid:durableId="94254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29A5"/>
    <w:rsid w:val="0015074B"/>
    <w:rsid w:val="00200FFD"/>
    <w:rsid w:val="0022364E"/>
    <w:rsid w:val="0029639D"/>
    <w:rsid w:val="00326F90"/>
    <w:rsid w:val="003815A3"/>
    <w:rsid w:val="00387CA9"/>
    <w:rsid w:val="006127C3"/>
    <w:rsid w:val="006C7691"/>
    <w:rsid w:val="006C782F"/>
    <w:rsid w:val="007E2E89"/>
    <w:rsid w:val="00827DB9"/>
    <w:rsid w:val="008573A8"/>
    <w:rsid w:val="008E6085"/>
    <w:rsid w:val="00AA1D8D"/>
    <w:rsid w:val="00B47730"/>
    <w:rsid w:val="00CB0664"/>
    <w:rsid w:val="00CF7E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303163"/>
  <w14:defaultImageDpi w14:val="300"/>
  <w15:docId w15:val="{9F890164-E9C5-4B03-AA50-23E3591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2336</Words>
  <Characters>13319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Tamas Simo</cp:lastModifiedBy>
  <cp:revision>11</cp:revision>
  <cp:lastPrinted>2026-08-28T06:30:00Z</cp:lastPrinted>
  <dcterms:created xsi:type="dcterms:W3CDTF">2013-12-23T23:15:00Z</dcterms:created>
  <dcterms:modified xsi:type="dcterms:W3CDTF">2026-08-28T06:30:00Z</dcterms:modified>
  <cp:category/>
</cp:coreProperties>
</file>